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  <w:b/>
          <w:sz w:val="30"/>
        </w:rPr>
        <w:t>КАЛЕНДАРНО-ТЕМАТИЧНЕ ПЛАНУВАННЯ</w:t>
      </w:r>
    </w:p>
    <w:p>
      <w:pPr>
        <w:spacing w:after="120"/>
        <w:jc w:val="center"/>
      </w:pPr>
      <w:r>
        <w:rPr>
          <w:rFonts w:ascii="Arial" w:hAnsi="Arial"/>
        </w:rPr>
        <w:t>Our World, Second Edition • Starter • 70 / 105 / 140 / 175 академічних годин</w:t>
      </w:r>
    </w:p>
    <w:p>
      <w:pPr>
        <w:spacing w:after="80"/>
      </w:pPr>
      <w:r>
        <w:rPr>
          <w:rFonts w:ascii="Arial" w:hAnsi="Arial" w:eastAsia="Arial"/>
          <w:b w:val="0"/>
          <w:i w:val="0"/>
          <w:sz w:val="18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6"/>
              </w:rPr>
              <w:t>Методична примітка. Планування має модельний і рамковий характер та пропонує чотири маршрути проходження Our World, Second Edition Starter відповідно до інтенсивності 2–5 академічних годин на тиждень. Базовий маршрут становить 70 годин; маршрути 105, 140 і 175 годин розширюють те саме змістове ядро за рахунок додаткової усної взаємодії, слухання, повторення й рециклінгу, роботи з фото та відео, рухових і практичних завдань, історій, The Sounds of English, письма букв і інтегрованого повторення. На Starter рівні письмо зосереджене передусім на формуванні графомоторних навичок і написанні літер, а мовленнєве продукування спирається на короткі моделі, жести, візуальні опори та поступовий перехід від невербальної реакції до слова і короткої репліки. Діагностувальні точки після Units 1–4 та Units 5–8 є модельними; конкретну кількість і формат діагностування визначає заклад освіти / учитель. Дати й домашні завдання заповнює вчитель.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  <w:b/>
          <w:sz w:val="18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  <w:b w:val="0"/>
          <w:sz w:val="15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Progress Check; К — діагностування.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3656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3032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0. Greetings and Introductions — Привітання та знайомство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Привітання, знайомство й перші репліки</w:t>
              <w:br/>
              <w:t>SB p.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Вітатися, називати своє ім’я, запитувати ім’я співрозмовника та прощатися за короткими моделями.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входить у безпечну взаємодію, реагує на привітання, використовує ім’я без оцінювання та приймає право дитини спочатку відповідати невербально.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Hello / Hi / Goodbye / Bye, упізнає What’s your name? і співвідносить репліку з ситуацією знайомства.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Hello / Hi, називає ім’я за моделлю I’m …, повторює запитання What’s your name? і прощається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Hello. Hi. I’m … What’s your name? Goodbye. Bye.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 та інтонація привітання, запитання й прощання.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Classroom Language — діємо за інструкцією</w:t>
              <w:br/>
              <w:t>SB p. 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й виконувати прості classroom instructions; поєднувати мовну інструкцію з рухом.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та здоров’язбережувальна компетентності: реагує на правила класної взаємодії, виконує рухову інструкцію безпечно й стежить за сигналом учителя.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Sit down. Stand up. Open your book. Close your book. і виконує дію без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інструкцію, може повторити коротку команду разом із класом і показати партнерові потрібну дію.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Stand up. Sit down. Open your book. Close your book.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Імперативні classroom instructions як готові мовні блоки.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Colours and Numbers — red, blue; 1, 2</w:t>
              <w:br/>
              <w:t>SB p. 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red / blue; рахувати один або два предмети; співвідносити число, кількість і предмет.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й навчальна компетентності: рахує невелику кількість предметів, порівнює колір і кількість, працює з реальною річчю та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red, blue, one, two у коротких інструкціях і вибирає правильний предмет / картку.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й називає колір, рахує один-два предмети та повторює комбінації one blue book / two red books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red, blue; 1 (one), 2 (two); book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Число + колір + предмет у готових словосполученнях.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The Sounds of English + chant «Hello, hello»</w:t>
              <w:br/>
              <w:t>SB p. 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/h/ та /aɪ/; повторювати hello, hi, goodbye і долучатися до короткого chant.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слухає англійські звуки, повторює без страху помилки та використовує ритм, рух і хорове мовлення як підтримку.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/h/ у hello / hi та /aɪ/ у hi / goodbye, реагує на почуте словом, жестом або вибором картинки.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цільові звуки й слова, виконує chant «Hello, hello» з рухом і відтворює одну коротку репліку самостійно.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hello, hi, goodbye, bye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/h/, /aɪ/; ритм та інтонація chant.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Знайомимося в русі — міняємо партнерів і ролі</w:t>
              <w:br/>
              <w:t>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привітання, ім’я й classroom instructions у коротких рухових і парних іграх; переходити від хорової відповіді до індивідуальної.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слухає нового партнера, дотримується дистанції, використовує ім’я коректно й виконує знайомі інструкції без поспіху.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репліки в голосах різних мовців і двокомпонентні інструкції типу Sit down and open your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2–3 короткі репліки знайомства, змінює роль «запитую / відповідаю» та реагує на classroom instruction дією.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Hello / Hi / Goodbye / Bye; classroom language.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Готові мовні блоки Unit 0; природна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Кольори й числа руками, очима й рухом</w:t>
              <w:br/>
              <w:t>SB p. 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red / blue та 1 / 2 через сортування, малювання, рух, pattern і предметну гру.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навчальна й соціальна компетентності: помічає закономірність, сортує за ознакою, працює з матеріалами безпечно й перевіряє результат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Show me / Point to / one / two / red / blue і впізнає просту послідовність кольорів.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потрібну комбінацію предметів / крапок за усною інструкцією, називає колір і кількість та перевіряє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red, blue; one, two; book + знайомі предмети класу.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Число + колір + предмет;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Інтегрований старт: відео, звуки й правила нашого English time</w:t>
              <w:br/>
              <w:t>SB pp. 6–9; Classroom DVD Sc. 1–4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Упізнавати весь матеріал Unit 0 у коротких відеосценах; домовитися про прості ритуали початку / завершення заняття та показати, що вже вміємо.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розуміє сталі ритуали, використовує візуальні сигнали, бере участь у груповій грі й сприймає повторення як нормальну частину навчання.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слова, інструкції, кольори, числа й цільові звуки в аудіовізуальному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Вітається, виконує 3–4 знайомі інструкції, називає red / blue та one / two, повторює chant і демонструє одну дію, яку вже може виконати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 0.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мовних моделей і фонетики Unit 0.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1. My School — Моя школа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входимо в тему й називаємо головне</w:t>
              <w:br/>
              <w:t>SB pp. 10–11 + Vocabulary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предмети в класі; запитувати й відповідати, що це; описувати предмет за кольором і рахувати до чотирьох;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та математична компетентності: орієнтується у навчальному середовищі, виконує прості правила спільної роботи, групує й рахує предмети. Громадянська відповідальність: дбайливо користується спільними навчальними матеріалами й допомагає підтримувати порядок у класі.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book, chair, crayon, desk, paper, pen, pencil, rubber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Language in Use — говоримо за моделлю</w:t>
              <w:br/>
              <w:t>SB p. 14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What is it? It’s a [chair].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What is it? It’s a [chair].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What is it? It’s a [chair].;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book, chair, crayon, desk, paper, pen, pencil, rubber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is it? It’s a [chair].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Concepts — колір, число або форма</w:t>
              <w:br/>
              <w:t>SB p. 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colours: green, yellow; numbers: 3, 4;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green, yellow; Numbers: 3, 4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The Sounds of English + chant «I’ve got some paper»</w:t>
              <w:br/>
              <w:t>SB p. 16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/p/ pen; /eɪ/ paper; /e/ desk,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«I’ve got some paper»,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book, chair, crayon, desk, paper, pen, pencil, rubber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/p/ pen; /eɪ/ paper; /e/ desk; ритм та інтонація chant «I’ve got some paper».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Reading — «Time for School»</w:t>
              <w:br/>
              <w:t>SB p. 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«Time for School»;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1 у контексті історії «Time for School».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1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Writing — літери Aa, Bb, Cc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Aa, Bb, Cc;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Aa, Bb, Cc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Aa, Bb, Cc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Aa, Bb, Cc.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Aa, Bb, Cc;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Bonus Review — показуємо, що вже вміємо</w:t>
              <w:br/>
              <w:t>SB pp. 10–17;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1 + Colours: green, yellow; Numbers: 3, 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What is it? It’s a [chair].; /p/ pen; /eɪ/ paper; /e/ desk.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Vocabulary — рух, реалії та особисті зв’язки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book, chair, crayon, desk, paper, pen, pencil, rubber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Language in Use — міняємо ролі й опори</w:t>
              <w:br/>
              <w:t>SB p. 14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What is it? It’s a [chair].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book, chair, crayon, desk, paper, pen, pencil, rubber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is it? It’s a [chair].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Concepts — практикуємо руками й у просторі</w:t>
              <w:br/>
              <w:t>SB p. 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colours: green, yellow; numbers: 3, 4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green, yellow; Numbers: 3, 4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Story Time — повторюємо й відтворюємо «Time for School»</w:t>
              <w:br/>
              <w:t>SB p. 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1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1;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реальний світ у фото й відео</w:t>
              <w:br/>
              <w:t>SB pp. 10–11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1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Sounds + chant — слухаємо точніше</w:t>
              <w:br/>
              <w:t>SB p. 16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/p/ pen; /eɪ/ paper; /e/ desk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/p/ pen; /eɪ/ paper; /e/ desk;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Writing Lab — літери Aa, Bb, Cc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Aa, Bb, Cc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Aa, Bb, Cc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Aa, Bb, Cc,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Aa, Bb, Cc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Aa, Bb, Cc;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навчальні станції — Vocabulary / Language / Concepts / Reading</w:t>
              <w:br/>
              <w:t>SB pp. 10–17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1 + Colours: green, yellow; Numbers: 3, 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What is it? It’s a [chair]. + /p/ pen; /eɪ/ paper; /e/ desk.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персоналізуємо мову — «це про мене»</w:t>
              <w:br/>
              <w:t>SB pp. 10–17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1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What is it? It’s a [chair].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mini-math / mini-CLIL — поняття в реальному класі</w:t>
              <w:br/>
              <w:t>SB p. 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colours: green, yellow; numbers: 3, 4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green, yellow; Numbers: 3, 4; Vocabulary Unit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драматизуємо й медіюємо історію «Time for School»</w:t>
              <w:br/>
              <w:t>SB p. 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«Time for School».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1;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My School — Моя школа: мініпродукт і рефлексія</w:t>
              <w:br/>
              <w:t>SB pp. 10–17;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1 + Colours: green, yellow; Numbers: 3, 4 + слова до Aa, Bb, Cc.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What is it? It’s a [chair].; /p/ pen; /eɪ/ paper; /e/ desk; графіка Aa, Bb, Cc.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2. My Toys — Мої іграшки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входимо в тему й називаємо головне</w:t>
              <w:br/>
              <w:t>SB pp. 18–19 + Vocabulary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іграшки; ставити прості yes/no запитання про іграшку; відповідати yes / no; описувати колір і рахувати до шести;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та математична компетентності: взаємодіє у грі, дотримується черговості, класифікує знайомі предмети й співвідносить кількість із числом. Громадянська відповідальність: ділиться матеріалами, чекає своєї черги й приймає різні вподобання інших дітей.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ball, balloon, car, doll, kite, lorry, robot, teddy bear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Language in Use — говоримо за моделлю</w:t>
              <w:br/>
              <w:t>SB p. 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Is it a [doll]? Yes, it is. / No, it isn’t.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Is it a [doll]? Yes, it is. / No, it isn’t.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Is it a [doll]? Yes, it is. / No, it isn’t.;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ball, balloon, car, doll, kite, lorry, robot, teddy bear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Is it a [doll]? Yes, it is. / No, it isn’t.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Concepts — колір, число або форма</w:t>
              <w:br/>
              <w:t>SB p. 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colours: brown, orange; numbers: 5, 6;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brown, orange; Numbers: 5, 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The Sounds of English + chant «Dolls and robots»</w:t>
              <w:br/>
              <w:t>SB p. 24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/b/ ball; /əʊ/ robot; /k/ car,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«Dolls and robots»,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ball, balloon, car, doll, kite, lorry, robot, teddy bear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/b/ ball; /əʊ/ robot; /k/ car; ритм та інтонація chant «Dolls and robots».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Reading — «Birthday Boy»</w:t>
              <w:br/>
              <w:t>SB p. 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«Birthday Boy»;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2 у контексті історії «Birthday Boy».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2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Writing — літери Dd, Ee, Ff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Dd, Ee, Ff;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Dd, Ee, Ff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Dd, Ee, Ff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Dd, Ee, Ff.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Dd, Ee, Ff;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Bonus Review — показуємо, що вже вміємо</w:t>
              <w:br/>
              <w:t>SB pp. 18–25;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2 + Colours: brown, orange; Numbers: 5, 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Is it a [doll]? Yes, it is. / No, it isn’t.; /b/ ball; /əʊ/ robot; /k/ car.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Vocabulary — рух, реалії та особисті зв’язки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ball, balloon, car, doll, kite, lorry, robot, teddy bear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Language in Use — міняємо ролі й опори</w:t>
              <w:br/>
              <w:t>SB p. 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Is it a [doll]? Yes, it is. / No, it isn’t.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ball, balloon, car, doll, kite, lorry, robot, teddy bear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Is it a [doll]? Yes, it is. / No, it isn’t.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Concepts — практикуємо руками й у просторі</w:t>
              <w:br/>
              <w:t>SB p. 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colours: brown, orange; numbers: 5, 6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brown, orange; Numbers: 5, 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Story Time — повторюємо й відтворюємо «Birthday Boy»</w:t>
              <w:br/>
              <w:t>SB p. 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2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2;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реальний світ у фото й відео</w:t>
              <w:br/>
              <w:t>SB pp. 18–19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2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Sounds + chant — слухаємо точніше</w:t>
              <w:br/>
              <w:t>SB p. 24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/b/ ball; /əʊ/ robot; /k/ car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/b/ ball; /əʊ/ robot; /k/ car;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Writing Lab — літери Dd, Ee, Ff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Dd, Ee, Ff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Dd, Ee, Ff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Dd, Ee, Ff,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Dd, Ee, Ff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Dd, Ee, Ff;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навчальні станції — Vocabulary / Language / Concepts / Reading</w:t>
              <w:br/>
              <w:t>SB pp. 18–25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2 + Colours: brown, orange; Numbers: 5, 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Is it a [doll]? Yes, it is. / No, it isn’t. + /b/ ball; /əʊ/ robot; /k/ car.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персоналізуємо мову — «це про мене»</w:t>
              <w:br/>
              <w:t>SB pp. 18–25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2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Is it a [doll]? Yes, it is. / No, it isn’t.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mini-math / mini-CLIL — поняття в реальному класі</w:t>
              <w:br/>
              <w:t>SB p. 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colours: brown, orange; numbers: 5, 6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brown, orange; Numbers: 5, 6; Vocabulary Unit 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драматизуємо й медіюємо історію «Birthday Boy»</w:t>
              <w:br/>
              <w:t>SB p. 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«Birthday Boy».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2;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Toys — Мої іграшки: мініпродукт і рефлексія</w:t>
              <w:br/>
              <w:t>SB pp. 18–25;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2 + Colours: brown, orange; Numbers: 5, 6 + слова до Dd, Ee, Ff.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Is it a [doll]? Yes, it is. / No, it isn’t.; /b/ ball; /əʊ/ robot; /k/ car; графіка Dd, Ee, Ff.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3. My Family — Моя родина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входимо в тему й називаємо головне</w:t>
              <w:br/>
              <w:t>SB pp. 26–27 + Vocabulary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членів родини та кімнати; запитувати who’s this? і where’s …?; показувати, де перебуває людина; описувати кольори й рахувати до восьми;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соціальні, мовна й математична компетентності: доброзичливо говорить про родину, слухає інших, співвідносить людей і місця та використовує число в простому контексті. Громадянська відповідальність: поважає різні сімейні моделі й не робить припущень про склад чужої родини.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brother, father, grandma, grandpa, mother, sister; bathroom, bedroom, kitchen, living room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Language in Use — говоримо за моделлю</w:t>
              <w:br/>
              <w:t>SB p. 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Who’s this? It’s my [brother]. Where’s my [grandma]? In the [kitchen].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Who’s this? It’s my [brother]. Where’s my [grandma]? In the [kitchen].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Who’s this? It’s my [brother]. Where’s my [grandma]? In the [kitchen].;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brother, father, grandma, grandpa, mother, sister; bathroom, bedroom, kitchen, living room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Who’s this? It’s my [brother]. Where’s my [grandma]? In the [kitchen].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Concepts — колір, число або форма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colours: black, white; numbers: 7, 8;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black, white; Numbers: 7, 8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The Sounds of English + chant «I love my grandpa!»</w:t>
              <w:br/>
              <w:t>SB p. 32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/æ/ black; /s/ sister; /uː/ room,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«I love my grandpa!»,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brother, father, grandma, grandpa, mother, sister; bathroom, bedroom, kitchen, living room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/æ/ black; /s/ sister; /uː/ room; ритм та інтонація chant «I love my grandpa!».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Reading — «Eight Is Great»</w:t>
              <w:br/>
              <w:t>SB p. 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«Eight Is Great»;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3 у контексті історії «Eight Is Great».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3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Writing — літери Gg, Hh, Ii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Gg, Hh, Ii;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Gg, Hh, Ii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Gg, Hh, Ii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Gg, Hh, Ii.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Gg, Hh, Ii;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Bonus Review — показуємо, що вже вміємо</w:t>
              <w:br/>
              <w:t>SB pp. 26–33;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3 + Colours: black, white; Numbers: 7, 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Who’s this? It’s my [brother]. Where’s my [grandma]? In the [kitchen].; /æ/ black; /s/ sister; /uː/ room.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Vocabulary — рух, реалії та особисті зв’язки</w:t>
              <w:br/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brother, father, grandma, grandpa, mother, sister; bathroom, bedroom, kitchen, living room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Language in Use — міняємо ролі й опори</w:t>
              <w:br/>
              <w:t>SB p. 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Who’s this? It’s my [brother]. Where’s my [grandma]? In the [kitchen].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brother, father, grandma, grandpa, mother, sister; bathroom, bedroom, kitchen, living room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Who’s this? It’s my [brother]. Where’s my [grandma]? In the [kitchen].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Concepts — практикуємо руками й у просторі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colours: black, white; numbers: 7, 8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black, white; Numbers: 7, 8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Story Time — повторюємо й відтворюємо «Eight Is Great»</w:t>
              <w:br/>
              <w:t>SB p. 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3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3;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реальний світ у фото й відео</w:t>
              <w:br/>
              <w:t>SB pp. 26–27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3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Sounds + chant — слухаємо точніше</w:t>
              <w:br/>
              <w:t>SB p. 32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/æ/ black; /s/ sister; /uː/ room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/æ/ black; /s/ sister; /uː/ room;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Writing Lab — літери Gg, Hh, Ii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Gg, Hh, Ii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Gg, Hh, Ii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Gg, Hh, Ii,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Gg, Hh, Ii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Gg, Hh, Ii;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навчальні станції — Vocabulary / Language / Concepts / Reading</w:t>
              <w:br/>
              <w:t>SB pp. 26–33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3 + Colours: black, white; Numbers: 7, 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Who’s this? It’s my [brother]. Where’s my [grandma]? In the [kitchen]. + /æ/ black; /s/ sister; /uː/ room.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персоналізуємо мову — «це про мене»</w:t>
              <w:br/>
              <w:t>SB pp. 26–33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3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Who’s this? It’s my [brother]. Where’s my [grandma]? In the [kitchen].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mini-math / mini-CLIL — поняття в реальному класі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colours: black, white; numbers: 7, 8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black, white; Numbers: 7, 8; Vocabulary Unit 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драматизуємо й медіюємо історію «Eight Is Great»</w:t>
              <w:br/>
              <w:t>SB p. 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«Eight Is Great».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3;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My Family — Моя родина: мініпродукт і рефлексія</w:t>
              <w:br/>
              <w:t>SB pp. 26–33;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3 + Colours: black, white; Numbers: 7, 8 + слова до Gg, Hh, Ii.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Who’s this? It’s my [brother]. Where’s my [grandma]? In the [kitchen].; /æ/ black; /s/ sister; /uː/ room; графіка Gg, Hh, Ii.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4. My Body — Моє тіло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входимо в тему й називаємо головне</w:t>
              <w:br/>
              <w:t>SB pp. 34–35 + Vocabulary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частини тіла; говорити, що є у себе та в іншої людини; описувати колір і рахувати до десяти;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Здоров’язбережувальна, мовна та математична компетентності: усвідомлює назви частин тіла, виконує рухові інструкції безпечно, порівнює кількість і використовує прості моделі опису. Здоров’я і безпека: дбайливо ставиться до власного тіла, особистих меж і безпечної участі в рухових активностях.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arms, ears, eyes, feet, hair, hands, legs, mouth, nose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Language in Use — говоримо за моделлю</w:t>
              <w:br/>
              <w:t>SB p. 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I’ve got [two hands]. He’s / She’s got [two hands].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I’ve got [two hands]. He’s / She’s got [two hands].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I’ve got [two hands]. He’s / She’s got [two hands].;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arms, ears, eyes, feet, hair, hands, legs, mouth, nose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I’ve got [two hands]. He’s / She’s got [two hands].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Concepts — колір, число або форма</w:t>
              <w:br/>
              <w:t>SB p. 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colours: pink, purple; numbers: 9, 10;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pink, purple; Numbers: 9, 10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The Sounds of English + chant «One mouth for me»</w:t>
              <w:br/>
              <w:t>SB p. 40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/ɑː/ arm; /l/ leg; /aʊ/ mouth,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«One mouth for me»,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arms, ears, eyes, feet, hair, hands, legs, mouth, nose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/ɑː/ arm; /l/ leg; /aʊ/ mouth; ритм та інтонація chant «One mouth for me».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Reading — «It’s Me!»</w:t>
              <w:br/>
              <w:t>SB p. 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«It’s Me!»;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4 у контексті історії «It’s Me!».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4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Writing — літери Jj, Kk, Ll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Jj, Kk, Ll;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Jj, Kk, Ll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Jj, Kk, Ll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Jj, Kk, Ll.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Jj, Kk, Ll;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Bonus Review — показуємо, що вже вміємо</w:t>
              <w:br/>
              <w:t>SB pp. 34–41;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4 + Colours: pink, purple; Numbers: 9, 10.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I’ve got [two hands]. He’s / She’s got [two hands].; /ɑː/ arm; /l/ leg; /aʊ/ mouth.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Vocabulary — рух, реалії та особисті зв’язки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arms, ears, eyes, feet, hair, hands, legs, mouth, nose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Language in Use — міняємо ролі й опори</w:t>
              <w:br/>
              <w:t>SB p. 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I’ve got [two hands]. He’s / She’s got [two hands].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arms, ears, eyes, feet, hair, hands, legs, mouth, nose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I’ve got [two hands]. He’s / She’s got [two hands].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Concepts — практикуємо руками й у просторі</w:t>
              <w:br/>
              <w:t>SB p. 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colours: pink, purple; numbers: 9, 10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pink, purple; Numbers: 9, 10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Story Time — повторюємо й відтворюємо «It’s Me!»</w:t>
              <w:br/>
              <w:t>SB p. 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4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4;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реальний світ у фото й відео</w:t>
              <w:br/>
              <w:t>SB pp. 34–35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4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Sounds + chant — слухаємо точніше</w:t>
              <w:br/>
              <w:t>SB p. 40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/ɑː/ arm; /l/ leg; /aʊ/ mouth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/ɑː/ arm; /l/ leg; /aʊ/ mouth;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Writing Lab — літери Jj, Kk, Ll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Jj, Kk, Ll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Jj, Kk, Ll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Jj, Kk, Ll,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Jj, Kk, Ll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Jj, Kk, Ll;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навчальні станції — Vocabulary / Language / Concepts / Reading</w:t>
              <w:br/>
              <w:t>SB pp. 34–41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4 + Colours: pink, purple; Numbers: 9, 10.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I’ve got [two hands]. He’s / She’s got [two hands]. + /ɑː/ arm; /l/ leg; /aʊ/ mouth.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персоналізуємо мову — «це про мене»</w:t>
              <w:br/>
              <w:t>SB pp. 34–41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4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I’ve got [two hands]. He’s / She’s got [two hands].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mini-math / mini-CLIL — поняття в реальному класі</w:t>
              <w:br/>
              <w:t>SB p. 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colours: pink, purple; numbers: 9, 10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pink, purple; Numbers: 9, 10; Vocabulary Unit 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драматизуємо й медіюємо історію «It’s Me!»</w:t>
              <w:br/>
              <w:t>SB p. 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«It’s Me!».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4;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My Body — Моє тіло: мініпродукт і рефлексія</w:t>
              <w:br/>
              <w:t>SB pp. 34–41;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4 + Colours: pink, purple; Numbers: 9, 10 + слова до Jj, Kk, Ll.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I’ve got [two hands]. He’s / She’s got [two hands].; /ɑː/ arm; /l/ leg; /aʊ/ mouth; графіка Jj, Kk, Ll.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Review Units 1–4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1–4: граємо й відновлюємо Vocabulary</w:t>
              <w:br/>
              <w:t>SB pp. 42–43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ключову лексику Units 1–4 у настільній грі, називати зображення й добирати знайому коротку модель до картинки.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пригадує через гру, дотримується правил і черговості, підказує лише після спроби партнера та сприймає помилку як сигнал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назви й короткі запитання з попередніх Units, співвідносить їх із зображеннями на полі та виконує інструкції гри.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зображення, використовує одну доречну модель, ставить партнерові просте запитання й відповідає з опорою на картинку.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school objects, toys, family and rooms, body parts; colours red–purple; numbers 1–10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is it? It’s …; Is it …? Yes, it is. / No, it isn’t.; Who’s this? It’s my …; Where’s …? In the …; I’ve got …; He’s / She’s got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1–4: Language in Use — запитуємо й відповідаємо</w:t>
              <w:br/>
              <w:t>SB pp. 42–43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Комбінувати знайомі мовні моделі Units 1–4, обираючи запитання / відповідь відповідно до картинки або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добирає знайому формулу за комунікативною метою, слухає відповідь і змінює роль у парі.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кілька знайомих типів запитань і визначає, яка відповідь підходить до зображення / ситуації.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Бере участь у серії коротких обмінів, змінює ключове слово й підтримує взаєморозуміння через повтор, жест або показ.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school objects, toys, family and rooms, body parts; colours red–purple; numbers 1–10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is it? It’s …; Is it …? Yes, it is. / No, it isn’t.; Who’s this? It’s my …; Where’s …? In the …; I’ve got …; He’s / She’s got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1–4: Concepts + listening</w:t>
              <w:br/>
              <w:t>SB pp. 42–43; Workbook Review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colours and numbers 1–10 у слухових і практичних завданнях; показувати, рахувати, розфарбовувати або впізнавати потрібну ознаку.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навчальна компетентності: уважно слухає коротку інструкцію, перевіряє результат за кількістю / ознакою та коригує відповідь після повторного слухання.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кольори, числа, форми та короткі інструкції в іншому порядку, ніж під час першого вивчення.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/ рахує / сортує / називає потрібну ознаку та коротко пояснює партнерові, що обрав / обрала.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school objects, toys, family and rooms, body parts; colours red–purple; numbers 1–10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мовних моделей; числа / форми / кольори.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1–4: інтегрована взаємодія й самоперевірка</w:t>
              <w:br/>
              <w:t>SB pp. 42–43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Показувати, що учень / учениця може впізнати й використати основний матеріал Units 1–4 у грі, короткому діалозі, русі та роботі з картинкою.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соціально-емоційна компетентність: помічає власний прогрес, вибирає «ще потреную / уже можу», приймає різний темп однокласників і просить допомогу.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змішані завдання з кількох тем і реагує на них дією, вибором або словом.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4–6 знайомих слів і 2–3 моделі у коротких ситуаціях; може показати, яку тему хоче повторити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 та The Sounds of English Units 1–4.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1–4: alphabet review — літери Aa–Ll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великі й малі літери Aa–Ll; упізнавати їх у знайомих словах, співвідносити пари й тренувати написання тих літер, які ще потребують підтримки.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графомоторна готовність: самостійно обирає 2–4 літери для додаткової практики, користується зразком і не змагається у швидкості письма.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Aa–Ll у різному порядку й знаходить їх за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Співвідносить великі / малі літери, обводить і пише вибрані літери, називає знайоме слово-приклад.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курсу до літер Aa–Ll.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Aa–Ll; звуко-буквені зв’язки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1–4: Bonus Review Video — знайома мова в реальному світі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Упізнавати лексику, concepts і мовні моделі Units 1–4 у коротких реальних відеосценах; реагувати на кадр і знаходити знайоме в новому контексті.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мовна компетентність: уважно дивиться, відділяє побачене від здогадки, використовує картинку як опору для розуміння й короткої відповіді.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елементи в новому аудіовізуальному контексті, виконує завдання «знайди / покажи / назви / порахуй».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знайомі об’єкти й ознаки, використовує одну доречну модель та порівнює побачене з власним класом /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і Concepts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 Units 1–4; ритм та інтонація знайомих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1–4: станції повторення й підготовка до діагностування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Переходити між короткими станціями Vocabulary / Language / Concepts / Sounds / Story / Writing і самостійно показувати посильний результат за матеріалом Units 1–4.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та мовна компетентності: працює за зрозумілим маршрутом, завершує коротке завдання, використовує підказку за потреби й визначає, що варто повторити.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на різних станціях і впізнає знайомий матеріал без фіксованої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різні типи завдань: показує, називає, запитує, відповідає, рахує / сортує, повторює звук / chant, відтворює кадр історії, пише літеру.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Use, Sounds of English і Writing Units 1–4.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Діагностування результатів навчання за Units 1–4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1–4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 знайомих форматах показувати розуміння й використання матеріалу Units 1–4: слухати, показувати / вибирати, називати, взаємодіяти за короткою моделлю, виконувати практичне завдання й працювати з літерами.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відповідальність: виконує посильні завдання у звичних форматах, може відповідати невербально, словом або короткою фразою; результат використовується для подальшої підтримки, а не для створення тестової тривоги.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усні інструкції, знайомі слова й мовні моделі за темами шкільні предмети, іграшки, родина / кімнати, частини тіла; кольори й числа 1–10; співвідносить почуте з картинкою, предметом, дією, кольором, числом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знайомі слова, відповідає / запитує за моделями What is it? / It’s …; Is it …?; Who’s this?; Where’s …?; I’ve got … / He’s / She’s got …, виконує просте практичне завдання, показує розуміння історії / картинки та пише окремі вивчені літери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і Concepts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Use, The Sounds of English і Writing Units 1–4. Формат і конкретний обсяг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5. Stories — Історії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входимо в тему й називаємо головне</w:t>
              <w:br/>
              <w:t>SB pp. 44–45 + Vocabulary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персонажів і предмети історії; розрізняти happy / sad; ввічливо говорити, чого хочеться; називати gold і silver;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й емоційна компетентності: стежить за простою історією, розпізнає емоції персонажів, висловлює бажання ввічливо й приймає відповіді інших. Громадянська відповідальність: використовує ввічливі формули, помічає емоції іншого й добирає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bird, crown, friends, king, prince, princess, queen; happy, sad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Language in Use — говоримо за моделлю</w:t>
              <w:br/>
              <w:t>SB p. 48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I want a [crown], please. I want a [friend].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I want a [crown], please. I want a [friend].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I want a [crown], please. I want a [friend].;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bird, crown, friends, king, prince, princess, queen; happy, sad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 want a [crown], please. I want a [friend].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Concepts — колір, число або форма</w:t>
              <w:br/>
              <w:t>SB p. 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colours: gold, silver;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gold, silver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The Sounds of English + chant «The prince wants silver»</w:t>
              <w:br/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/g/ gold; /iː/ queen; /ŋ/ king,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«The prince wants silver»,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bird, crown, friends, king, prince, princess, queen; happy, sad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/g/ gold; /iː/ queen; /ŋ/ king; ритм та інтонація chant «The prince wants silver».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Reading — «The Crown»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«The Crown»;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5 у контексті історії «The Crown».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5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Writing — літери Mm, Nn, Oo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Mm, Nn, Oo;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Mm, Nn, Oo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Mm, Nn, Oo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Mm, Nn, Oo.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Mm, Nn, Oo;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Bonus Review — показуємо, що вже вміємо</w:t>
              <w:br/>
              <w:t>SB pp. 44–51;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5 + Colours: gold, silver.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I want a [crown], please. I want a [friend].; /g/ gold; /iː/ queen; /ŋ/ king.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Vocabulary — рух, реалії та особисті зв’язки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bird, crown, friends, king, prince, princess, queen; happy, sad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Language in Use — міняємо ролі й опори</w:t>
              <w:br/>
              <w:t>SB p. 48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I want a [crown], please. I want a [friend].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bird, crown, friends, king, prince, princess, queen; happy, sad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 want a [crown], please. I want a [friend].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Concepts — практикуємо руками й у просторі</w:t>
              <w:br/>
              <w:t>SB p. 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colours: gold, silver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gold, silver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Story Time — повторюємо й відтворюємо «The Crown»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5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5;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реальний світ у фото й відео</w:t>
              <w:br/>
              <w:t>SB pp. 44–45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5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Sounds + chant — слухаємо точніше</w:t>
              <w:br/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/g/ gold; /iː/ queen; /ŋ/ king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5.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/g/ gold; /iː/ queen; /ŋ/ king;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Writing Lab — літери Mm, Nn, Oo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Mm, Nn, Oo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Mm, Nn, Oo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Mm, Nn, Oo,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Mm, Nn, Oo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Mm, Nn, Oo;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навчальні станції — Vocabulary / Language / Concepts / Reading</w:t>
              <w:br/>
              <w:t>SB pp. 44–51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5 + Colours: gold, silver.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 want a [crown], please. I want a [friend]. + /g/ gold; /iː/ queen; /ŋ/ king.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персоналізуємо мову — «це про мене»</w:t>
              <w:br/>
              <w:t>SB pp. 44–51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5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I want a [crown], please. I want a [friend].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mini-math / mini-CLIL — поняття в реальному класі</w:t>
              <w:br/>
              <w:t>SB p. 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colours: gold, silver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Colours: gold, silver; Vocabulary Unit 5.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драматизуємо й медіюємо історію «The Crown»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«The Crown».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5;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Stories — Історії: мініпродукт і рефлексія</w:t>
              <w:br/>
              <w:t>SB pp. 44–51;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5 + Colours: gold, silver + слова до Mm, Nn, Oo.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 want a [crown], please. I want a [friend].; /g/ gold; /iː/ queen; /ŋ/ king; графіка Mm, Nn, Oo.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6. I Like Food — Я люблю їжу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входимо в тему й називаємо головне</w:t>
              <w:br/>
              <w:t>SB pp. 52–53 + Vocabulary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їжу й напої; говорити про власні вподобання без оцінювання чужих; розпізнавати коло й квадрат;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Здоров’язбережувальна, соціальна та мовна компетентності: називає знайомі продукти, висловлює вподобання, слухає інший вибір і розпізнає прості форми в предметах довкола. Здоров’я і безпека: формує нейтральне й доброзичливе ставлення до різних харчових уподобань та розрізняє їжу й напої у повсякденних ситуаціях.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bananas, biscuits, bread, chicken, milk, noodles, orange juice, rice, water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Language in Use — говоримо за моделлю</w:t>
              <w:br/>
              <w:t>SB p. 56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I like [noodles]. I don’t like [noodles].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I like [noodles]. I don’t like [noodles].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I like [noodles]. I don’t like [noodles].;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bananas, biscuits, bread, chicken, milk, noodles, orange juice, rice, water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 like [noodles]. I don’t like [noodles].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Concepts — колір, число або форма</w:t>
              <w:br/>
              <w:t>SB p. 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shapes: circle, square;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circle, square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The Sounds of English + chant «I like chicken»</w:t>
              <w:br/>
              <w:t>SB p. 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/tʃ/ chicken; /n/ noodles; /r/ rice,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«I like chicken»,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bananas, biscuits, bread, chicken, milk, noodles, orange juice, rice, water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/tʃ/ chicken; /n/ noodles; /r/ rice; ритм та інтонація chant «I like chicken».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Reading — «A Picnic»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«A Picnic»;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6 у контексті історії «A Picnic».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6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Writing — літери Pp, Qq, Rr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Pp, Qq, Rr;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Pp, Qq, Rr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Pp, Qq, Rr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Pp, Qq, Rr.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Pp, Qq, Rr;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Bonus Review — показуємо, що вже вміємо</w:t>
              <w:br/>
              <w:t>SB pp. 52–59;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6 + Shapes: circle, square.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I like [noodles]. I don’t like [noodles].; /tʃ/ chicken; /n/ noodles; /r/ rice.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Vocabulary — рух, реалії та особисті зв’язки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bananas, biscuits, bread, chicken, milk, noodles, orange juice, rice, water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Language in Use — міняємо ролі й опори</w:t>
              <w:br/>
              <w:t>SB p. 56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I like [noodles]. I don’t like [noodles].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bananas, biscuits, bread, chicken, milk, noodles, orange juice, rice, water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 like [noodles]. I don’t like [noodles].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Concepts — практикуємо руками й у просторі</w:t>
              <w:br/>
              <w:t>SB p. 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shapes: circle, square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circle, square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Story Time — повторюємо й відтворюємо «A Picnic»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6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6;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реальний світ у фото й відео</w:t>
              <w:br/>
              <w:t>SB pp. 52–53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6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Sounds + chant — слухаємо точніше</w:t>
              <w:br/>
              <w:t>SB p. 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/tʃ/ chicken; /n/ noodles; /r/ rice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/tʃ/ chicken; /n/ noodles; /r/ rice;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Writing Lab — літери Pp, Qq, Rr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Pp, Qq, Rr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Pp, Qq, Rr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Pp, Qq, Rr,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Pp, Qq, Rr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Pp, Qq, Rr;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навчальні станції — Vocabulary / Language / Concepts / Reading</w:t>
              <w:br/>
              <w:t>SB pp. 52–59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6 + Shapes: circle, square.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 like [noodles]. I don’t like [noodles]. + /tʃ/ chicken; /n/ noodles; /r/ rice.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персоналізуємо мову — «це про мене»</w:t>
              <w:br/>
              <w:t>SB pp. 52–59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6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I like [noodles]. I don’t like [noodles].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mini-math / mini-CLIL — поняття в реальному класі</w:t>
              <w:br/>
              <w:t>SB p. 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shapes: circle, square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circle, square; Vocabulary Unit 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драматизуємо й медіюємо історію «A Picnic»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«A Picnic».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6;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 Like Food — Я люблю їжу: мініпродукт і рефлексія</w:t>
              <w:br/>
              <w:t>SB pp. 52–59;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6 + Shapes: circle, square + слова до Pp, Qq, Rr.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 like [noodles]. I don’t like [noodles].; /tʃ/ chicken; /n/ noodles; /r/ rice; графіка Pp, Qq, Rr.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7. Clothes — Одяг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входимо в тему й називаємо головне</w:t>
              <w:br/>
              <w:t>SB pp. 60–61 + Vocabulary pp. 62–63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предмети одягу; говорити, що вдягнено на собі та іншій людині; співвідносити одяг із hot / cold; розпізнавати прямокутник і трикутник;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Здоров’язбережувальна, соціальна та математична компетентності: добирає одяг до простих погодних умов, описує його без оцінювання зовнішності та розпізнає форми. Здоров’я і безпека: пов’язує вибір одягу з погодою, чистотою та комфортом і поважає індивідуальний вибір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coat, dress, hat, shoes, T-shirt, shorts, skirt, socks, trousers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Language in Use — говоримо за моделлю</w:t>
              <w:br/>
              <w:t>SB p. 64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It’s [cold]. I’m wearing [a coat]. It’s [hot]. He’s / She’s wearing [shorts].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It’s [cold]. I’m wearing [a coat]. It’s [hot]. He’s / She’s wearing [shorts].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It’s [cold]. I’m wearing [a coat]. It’s [hot]. He’s / She’s wearing [shorts].;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coat, dress, hat, shoes, T-shirt, shorts, skirt, socks, trousers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It’s [cold]. I’m wearing [a coat]. It’s [hot]. He’s / She’s wearing [shorts].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Concepts — колір, число або форма</w:t>
              <w:br/>
              <w:t>SB p. 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shapes: rectangle, triangle;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rectangle, triangle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The Sounds of English + chant «I want a T-shirt»</w:t>
              <w:br/>
              <w:t>SB p. 66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/ʃ/ T-shirt; /ɒ/ doll; /ɪ/ milk,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«I want a T-shirt»,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coat, dress, hat, shoes, T-shirt, shorts, skirt, socks, trousers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/ʃ/ T-shirt; /ɒ/ doll; /ɪ/ milk; ритм та інтонація chant «I want a T-shirt».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Reading — «Clean Clothes»</w:t>
              <w:br/>
              <w:t>SB p. 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«Clean Clothes»;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7 у контексті історії «Clean Clothes».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7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Writing — літери Ss, Tt, Uu, Vv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Ss, Tt, Uu, Vv;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Ss, Tt, Uu, Vv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Ss, Tt, Uu, Vv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Ss, Tt, Uu, Vv.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Ss, Tt, Uu, Vv;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Bonus Review — показуємо, що вже вміємо</w:t>
              <w:br/>
              <w:t>SB pp. 60–67;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7 + Shapes: rectangle, triangle.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It’s [cold]. I’m wearing [a coat]. It’s [hot]. He’s / She’s wearing [shorts].; /ʃ/ T-shirt; /ɒ/ doll; /ɪ/ milk.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Vocabulary — рух, реалії та особисті зв’язки</w:t>
              <w:br/>
              <w:t>SB pp. 62–63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coat, dress, hat, shoes, T-shirt, shorts, skirt, socks, trousers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Language in Use — міняємо ролі й опори</w:t>
              <w:br/>
              <w:t>SB p. 64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It’s [cold]. I’m wearing [a coat]. It’s [hot]. He’s / She’s wearing [shorts].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coat, dress, hat, shoes, T-shirt, shorts, skirt, socks, trousers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It’s [cold]. I’m wearing [a coat]. It’s [hot]. He’s / She’s wearing [shorts].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Concepts — практикуємо руками й у просторі</w:t>
              <w:br/>
              <w:t>SB p. 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shapes: rectangle, triangle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rectangle, triangle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Story Time — повторюємо й відтворюємо «Clean Clothes»</w:t>
              <w:br/>
              <w:t>SB p. 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7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7;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реальний світ у фото й відео</w:t>
              <w:br/>
              <w:t>SB pp. 60–61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7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Sounds + chant — слухаємо точніше</w:t>
              <w:br/>
              <w:t>SB p. 66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/ʃ/ T-shirt; /ɒ/ doll; /ɪ/ milk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7.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/ʃ/ T-shirt; /ɒ/ doll; /ɪ/ milk;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Writing Lab — літери Ss, Tt, Uu, Vv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Ss, Tt, Uu, Vv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Ss, Tt, Uu, Vv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Ss, Tt, Uu, Vv,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Ss, Tt, Uu, Vv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Ss, Tt, Uu, Vv;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навчальні станції — Vocabulary / Language / Concepts / Reading</w:t>
              <w:br/>
              <w:t>SB pp. 60–67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7 + Shapes: rectangle, triangle.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It’s [cold]. I’m wearing [a coat]. It’s [hot]. He’s / She’s wearing [shorts]. + /ʃ/ T-shirt; /ɒ/ doll; /ɪ/ milk.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персоналізуємо мову — «це про мене»</w:t>
              <w:br/>
              <w:t>SB pp. 60–67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7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It’s [cold]. I’m wearing [a coat]. It’s [hot]. He’s / She’s wearing [shorts].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mini-math / mini-CLIL — поняття в реальному класі</w:t>
              <w:br/>
              <w:t>SB p. 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shapes: rectangle, triangle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rectangle, triangle; Vocabulary Unit 7.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драматизуємо й медіюємо історію «Clean Clothes»</w:t>
              <w:br/>
              <w:t>SB p. 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«Clean Clothes».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7;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Clothes — Одяг: мініпродукт і рефлексія</w:t>
              <w:br/>
              <w:t>SB pp. 60–67;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7 + Shapes: rectangle, triangle + слова до Ss, Tt, Uu, Vv.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It’s [cold]. I’m wearing [a coat]. It’s [hot]. He’s / She’s wearing [shorts].; /ʃ/ T-shirt; /ɒ/ doll; /ɪ/ milk; графіка Ss, Tt, Uu, Vv.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Unit 8. Animals — Тварини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входимо в тему й називаємо головне</w:t>
              <w:br/>
              <w:t>SB pp. 68–69 + Vocabulary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тварин і прості дії; запитувати, що робить тварина; виправляти припущення за моделлю; розпізнавати серце й зірку; реагувати на фото, предмети й запитання вчителя жестом, показом, словом або короткою моделлю.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Природничо-наукова, екологічна та мовна компетентності: спостерігає за тваринами, співвідносить їх із діями, ставить прості запитання й використовує візуальні докази для відповіді. Екологічна безпека та сталий розвиток: виявляє доброзичливе ставлення до тварин і розуміє, що спостерігати за ними потрібно безпечно й без шкоди.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інструкції та ключові слова, співвідносить почуте з фото, реальною річчю або карткою; може показати правильний об’єкт без обов’язкової усної відповіді.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основні слова теми за опорою, показує / обирає потрібний предмет, повторює коротку модель і бере участь у 2–3 репліках із сильним візуальним супроводом.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crocodile, giraffe, hippo, lion, monkey, zebra; drink, eat, run, walk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language in context; вимова ключових слів.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Language in Use — говоримо за моделлю</w:t>
              <w:br/>
              <w:t>SB p. 72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модель Is [the lion] [eating]? No, it isn’t. It’s [drinking]. у коротких парних обмінах; слухати відповідь і реагувати відповідно до змісту.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соціальна компетентності: користується готовою мовною опорою, дотримується черговості реплік, слухає партнера й не вимагає від нього довшої відповіді, ніж дозволяє рівень.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 Is [the lion] [eating]? No, it isn’t. It’s [drinking]. на слух, розпізнає ключове слово / відповідь і співвідносить її з картинкою або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або повторює запитання за моделлю Is [the lion] [eating]? No, it isn’t. It’s [drinking].; відповідає словом чи короткою фразою, за потреби підкріплює відповідь жестом або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crocodile, giraffe, hippo, lion, monkey, zebra; drink, eat, run, walk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Is [the lion] [eating]? No, it isn’t. It’s [drinking].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Concepts — колір, число або форма</w:t>
              <w:br/>
              <w:t>SB p. 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shapes: heart, star; знаходити ознаку в реальних предметах, на малюнках і в коротких слухових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Математична, природнича та навчальна компетентності: сортує, співвідносить, рахує або впізнає форму за наочною опорою та пояснює вибір доступним для віку способом.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типу Listen, point, colour, count, show; співвідносить почуту ознаку з кольором, кількістю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рахує й сортує; використовує короткі комбінації на кшталт colour + object / number + object або назву форми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heart,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моделей із новими поняттями; множина у готових словосполученнях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The Sounds of English + chant «Look, I’m a lion»</w:t>
              <w:br/>
              <w:t>SB p. 74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розрізняти цільові звуки; повторювати слова та ритмічний текст; поєднувати звук зі знайомим словом і рухом /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фонологічна компетентності: уважно слухає звучання англійської, експериментує з вимовою без страху помилки, використовує ритм і повторення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цільові звуки /ʌ/ run; /z/ zebra; /ə/ lion, упізнає знайомі слова в chant і реагує на них жестом, карткою або повторенням.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окремі звуки й слова, долучається до chant «Look, I’m a lion», повторює короткі ритмічні фрази та співвідносить звук із прикладом.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crocodile, giraffe, hippo, lion, monkey, zebra; drink, eat, run, walk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/ʌ/ run; /z/ zebra; /ə/ lion; ритм та інтонація chant «Look, I’m a lion».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Reading — «At the Animal Park»</w:t>
              <w:br/>
              <w:t>SB p. 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стежити за історією «At the Animal Park»; використовувати картинки для розуміння; упізнавати знайому мову й показувати ставлення до історії.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соціально-емоційна компетентності: стежить за послідовністю зображень, співвідносить мовлення з дією, передбачає простий розвиток подій і висловлює реакцію без вимоги читати самостійно.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загальний зміст чотирикадрової історії за аудіо й ілюстраціями; упізнає ключові слова та прості репліки; стежить за англійським друком зліва направо.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прості запитання вибором, жестом, словом або короткою фразою; повторює репліку персонажа й показує, подобається історія чи 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8 у контексті історії «At the Animal Park».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модель Unit 8 у контексті історії; інтонація коротких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Writing — літери Ww, Xx, Yy, Zz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великі й малі літери Ww, Xx, Yy, Zz; простежувати напрям руху руки, обводити й писати літери за зразком; співвідносити літеру з відомим словом.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графомоторна готовність: працює повільно й акуратно, дотримується напряму написання, використовує зразок, робить коротку паузу при втомі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Ww, Xx, Yy, Zz серед інших знаків, знаходить потрібну літеру за усною підказкою та співвідносить її з відомим словом /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Обводить і пише літери Ww, Xx, Yy, Zz за зразком; називає або повторює слово-приклад; показує власну роботу й приймає короткий доброзичливий відгук.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Відомі слова-приклади до літер Ww, Xx, Yy, Zz.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великі й малі літери Ww, Xx, Yy, Zz; напрям письма та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Bonus Review — показуємо, що вже вміємо</w:t>
              <w:br/>
              <w:t>SB pp. 68–75; Classroom DVD Sc.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Інтегровано повторювати лексику, Language in Use, concepts, sounds і зміст історії; переносити знайому мову в короткий реальний відеоконтекст.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й медіаграмотність: упізнає знайому мову в новому візуальному контексті, радіє успіху, просить допомогу й повторює складне без негативного оцінювання себе чи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слова й моделі у Bonus Review Video, виконує короткі інструкції, показує потрібний об’єкт / ознаку й відповідає на прості запитання за кадром.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5–8 ключових слів Unit, використовує одну-дві мовні моделі за опорою, бере участь у грі / короткій взаємодії та показує,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8 + Shapes: heart, star.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Use: Is [the lion] [eating]? No, it isn’t. It’s [drinking].; /ʌ/ run; /z/ zebra; /ə/ lion.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Vocabulary — рух, реалії та особисті зв’язки</w:t>
              <w:br/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Активніше впізнавати й називати тематичні слова через TPR, сортування, пошук у класі, matching або предметну гру; пов’язувати слово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соціальна й навчальна компетентності: використовує кілька каналів сприймання, працює з партнером і застосовує повторення / візуальну опору як стратегію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слова без сталої послідовності карток, реагує на них дією або вибором і розуміє короткі комбінації зі знайомими кольорами / числами / формами.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слова без прямого повторення за вчителем, знаходить потрібний предмет / картку, ставить партнерові просте запитання або дає однофразову підказку.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crocodile, giraffe, hippo, lion, monkey, zebra; drink, eat, run, walk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знайомої мовної моделі Unit у нових комбінаціях.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Language in Use — міняємо ролі й опори</w:t>
              <w:br/>
              <w:t>SB p. 72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використовувати модель Is [the lion] [eating]? No, it isn’t. It’s [drinking]. з новими картками, предметами й партнерами; поступово зменшувати опору на хорове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та мовна компетентності: слухає співрозмовника, чекає відповіді, змінює роль «запитую / відповідаю» і підтримує короткий обмін без тиску на мовчазного учня.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модель у голосах різних мовців, розпізнає позитивну / негативну відповідь або ключове слово й виконує відповідну дію.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3–4 послідовні короткі обміни за моделлю, змінює ключове слово та за потреби медіює значення партнерові жестом / показом.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crocodile, giraffe, hippo, lion, monkey, zebra; drink, eat, run, walk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Is [the lion] [eating]? No, it isn’t. It’s [drinking].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Concepts — практикуємо руками й у просторі</w:t>
              <w:br/>
              <w:t>SB p. 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shapes: heart, star через маніпуляції з предметами, малювання, рух, сортування, пошук або просту гру з правилами.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соціальна компетентності: виконує практичну дію, порівнює результат із моделлю, рахує або класифікує разом з іншими та дотримується простих правил безпечної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з двох послідовних кроків, що містять знайомі поняття, і знаходить правильну комбінацію ознак.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показує комбінацію за усною інструкцією, називає ознаку та перевіряє результат партнера доброзичливим способом.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heart,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 й кількісні словосполучення за зразком.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Story Time — повторюємо й відтворюємо «At the Animal Park»</w:t>
              <w:br/>
              <w:t>SB p. 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слухати історію, відновлювати послідовність кадрів, повторювати ключові репліки й передавати подію через картинку, рух або коротку фразу.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соціальна та творча компетентності: помічає порядок подій, працює з партнером, приймає різні способи показати розуміння й використовує образ / рух як місток до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історію після повторного слухання з меншою кількістю підказок, співвідносить репліку з персонажем і відновлює 3–4 кадри у правильній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Повторює / драматизує 1–2 репліки, показує подію жестом, добирає картинку до почутої фрази та допомагає групі відновити послідовність.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 8 у Story Time.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8; ритм та інтонація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реальний світ у фото й відео</w:t>
              <w:br/>
              <w:t>SB pp. 68–69 + Classroom DVD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Розглядати реальне фото / коротке відео, знаходити знайомі об’єкти, кольори, числа, форми або дії та відповідати на прості запитання за змістом.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пізнавальна компетентність: уважно спостерігає, відокремлює побачене від здогадки й робить простий висновок за конкретною візуальною ознакою.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відеофрагмент із високою візуальною підтримкою, упізнає 4–6 знайомих елементів і виконує завдання «покажи / знайди / вибери».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побачене словом або короткою моделлю, відповідає на 2–3 запитання та порівнює один елемент відео зі своїм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8 + рециклінг попередніх Units.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моделі Unit у реальному візуальному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Sounds + chant — слухаємо точніше</w:t>
              <w:br/>
              <w:t>SB p. 74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цільові звуки у знайомих і додаткових словах, порівнювати звучання, виконувати chant у різному темпі й підтримувати правильний ритм.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саморегуляція: уважно слухає, помічає різницю між звуками, повторює без поспіху й користується жестом / карткою як опорою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/ʌ/ run; /z/ zebra; /ə/ lion у знайомих словах і простому наборі нових прикладів, визначає «чується / не чується» та стежить за ритмом chant.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Вимовляє цільові звуки в словах, бере участь у фонологічній грі, відтворює chant із рухом і створює одну просту заміну слова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з цільовими звуками; Vocabulary Unit 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/ʌ/ run; /z/ zebra; /ə/ lion; ритм, наголос,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Writing Lab — літери Ww, Xx, Yy, Zz у різних матеріалах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Закріплювати форму літер Ww, Xx, Yy, Zz через обведення, письмо великим рухом, сортування великих / малих літер, складання з матеріалів і пошук у знайомих словах.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Графомоторна, мовна й творча компетентності: контролює рух руки, обирає зручний спосіб практики, порівнює форму зі зразком і працює з матеріалами охайно та безпечно.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Ww, Xx, Yy, Zz у різних шрифтах і позиціях, знаходить літеру в короткому знайомому слові / підписі та співвідносить велику й малу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/ обводить / пише Ww, Xx, Yy, Zz, називає літеру або слово-приклад і самостійно знаходить одну літеру, яку хоче потренувати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Слова-приклади до Ww, Xx, Yy, Zz + знайомі слова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 Ww, Xx, Yy, Zz; звуко-буквений зв’язок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навчальні станції — Vocabulary / Language / Concepts / Reading</w:t>
              <w:br/>
              <w:t>SB pp. 68–75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короткими типами діяльності, застосовуючи те саме мовне ядро в різних форматах: картки, предмети, рух, слухання, пара, мініісторія.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дотримується простого маршруту станцій, завершує коротке завдання, прибирає матеріали й переходить до наступної активності за сигналом.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знайомі інструкції на різних станціях, упізнає цільову лексику / модель / поняття та виконує завдання з мінімальною допомогою.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Показує, називає, запитує, відповідає, рахує / сортує або відтворює репліку залежно від станції; допомагає партнерові зрозуміти завдання через демонстрацію.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8 + Shapes: heart, star.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Is [the lion] [eating]? No, it isn’t. It’s [drinking]. + /ʌ/ run; /z/ zebra; /ə/ lion.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персоналізуємо мову — «це про мене»</w:t>
              <w:br/>
              <w:t>SB pp. 68–75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знайомі слова й мовні моделі на власні предмети, малюнки, вибір або досвід; слухати просту персональну відповідь партнера й знаходити спільне / відмінне.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особистісна компетентності: говорить лише про те, чим комфортно ділитися, слухає іншого без оцінювання й використовує англійську для реального значення, а не лише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персоналізовані приклади партнерів, якщо вони побудовані на знайомому словнику та моделі, і співвідносить відповідь із показаним предметом / малюнком.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2–4 короткі персоналізовані репліки за моделлю, ставить одне знайоме запитання й відповідає партнерові словом / фразою / жестом відповідно до готовності.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 8 у персоналізованому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Use: Is [the lion] [eating]? No, it isn’t. It’s [drinking]. з варіативним ключовим словом.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mini-math / mini-CLIL — поняття в реальному класі</w:t>
              <w:br/>
              <w:t>SB p. 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shapes: heart, star у короткому практичному завданні: створити, знайти, порахувати, згрупувати або впорядкувати предмети й показати результат.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природнича, навчальна та підприємницька компетентності: планує просту дію, добирає матеріали, перевіряє результат і пояснює його доступними мовними засобами.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інструкцію з двох-трьох кроків із знайомою лексикою та поняттями, визначає потрібні матеріали й кінцевий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мініпродукт у парі / групі, називає ключову ознаку або кількість і коротко демонструє результат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Shapes: heart, star; Vocabulary Unit 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Короткі моделі опису, кількісні словосполучення та знайомі classroom instructions.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драматизуємо й медіюємо історію «At the Animal Park»</w:t>
              <w:br/>
              <w:t>SB p. 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Розігрувати історію за ролями або картинками; допомагати іншому зрозуміти, що відбувається, через жест, повтор ключового слова чи показ потрібного кадру.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творча та соціальна компетентності: домовляється про ролі, слухає сигнал партнера, приймає невербальні способи участі й підтримує спільну історію.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знайому історію без постійної опори на повний аудіозапис, упізнає репліки персонажів і правильний порядок 3–4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роль із жестом / словом / короткою реплікою, показує правильний кадр, повторює ключову фразу для партнера й разом із групою відтворює початок, середину та кінець.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Story Time «At the Animal Park».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 Unit 8; інтонація персонажів.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Animals — Тварини: мініпродукт і рефлексія</w:t>
              <w:br/>
              <w:t>SB pp. 68–75;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Створити простий тематичний продукт із малюнка, карток, вирізок або реалій; використати 2–3 знайомі слова / моделі для представлення й показати, що вже виходить упевнено.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творчість, соціальна та навчальна компетентності: обирає матеріали, завершує посильний продукт, презентує без порівняння «хто кращий» і визначає одну річ, яку вже вміє.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покрокову інструкцію й презентації однокласників із сильним візуальним супроводом, упізнає знайому лексику й модель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тематичний продукт, називає 2–4 елементи або говорить 1–3 короткі репліки за опорою, відповідає на просте запитання й обирає власний успіх із запропонованих варіантів.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 8 + Shapes: heart, star + слова до Ww, Xx, Yy, Zz.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Is [the lion] [eating]? No, it isn’t. It’s [drinking].; /ʌ/ run; /z/ zebra; /ə/ lion; графіка Ww, Xx, Yy, Zz.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Review Units 5–8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5–8: граємо й відновлюємо Vocabulary</w:t>
              <w:br/>
              <w:t>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ключову лексику Units 5–8 у настільній грі, називати зображення й добирати знайому коротку модель до картинки.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пригадує через гру, дотримується правил і черговості, підказує лише після спроби партнера та сприймає помилку як сигнал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назви й короткі запитання з попередніх Units, співвідносить їх із зображеннями на полі та виконує інструкції гри.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зображення, використовує одну доречну модель, ставить партнерові просте запитання й відповідає з опорою на картинку.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story characters and feelings, food and drinks, clothes, animals and actions; gold / silver; shapes circle, square, rectangle, triangle, heart,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 want …; I like … / I don’t like …; It’s hot / cold. I’m wearing …; He’s / She’s wearing …; Is … -ing? No, it isn’t. It’s … -ing.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5–8: Language in Use — запитуємо й відповідаємо</w:t>
              <w:br/>
              <w:t>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Комбінувати знайомі мовні моделі Units 5–8, обираючи запитання / відповідь відповідно до картинки або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добирає знайому формулу за комунікативною метою, слухає відповідь і змінює роль у парі.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кілька знайомих типів запитань і визначає, яка відповідь підходить до зображення / ситуації.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Бере участь у серії коротких обмінів, змінює ключове слово й підтримує взаєморозуміння через повтор, жест або показ.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story characters and feelings, food and drinks, clothes, animals and actions; gold / silver; shapes circle, square, rectangle, triangle, heart,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 want …; I like … / I don’t like …; It’s hot / cold. I’m wearing …; He’s / She’s wearing …; Is … -ing? No, it isn’t. It’s … -ing.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5–8: Concepts + listening</w:t>
              <w:br/>
              <w:t>SB pp. 76–77; Workbook Review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colours / shapes and familiar numbers у слухових і практичних завданнях; показувати, рахувати, розфарбовувати або впізнавати потрібну ознаку.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/ природнича й навчальна компетентності: уважно слухає коротку інструкцію, перевіряє результат за кількістю / ознакою та коригує відповідь після повторного слухання.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кольори, числа, форми та короткі інструкції в іншому порядку, ніж під час першого вивчення.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/ рахує / сортує / називає потрібну ознаку та коротко пояснює партнерові, що обрав / обрала.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story characters and feelings, food and drinks, clothes, animals and actions; gold / silver; shapes circle, square, rectangle, triangle, heart,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Рециклінг знайомих мовних моделей; числа / форми / кольори.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5–8: інтегрована взаємодія й самоперевірка</w:t>
              <w:br/>
              <w:t>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Показувати, що учень / учениця може впізнати й використати основний матеріал Units 5–8 у грі, короткому діалозі, русі та роботі з картинкою.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соціально-емоційна компетентність: помічає власний прогрес, вибирає «ще потреную / уже можу», приймає різний темп однокласників і просить допомогу.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змішані завдання з кількох тем і реагує на них дією, вибором або словом.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4–6 знайомих слів і 2–3 моделі у коротких ситуаціях; може показати, яку тему хоче повторити ще раз.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 та The Sounds of English Units 5–8.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5–8: alphabet review — літери Mm–Zz</w:t>
              <w:br/>
              <w:t>SB Writing pp. 78–90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великі й малі літери Mm–Zz; упізнавати їх у знайомих словах, співвідносити пари й тренувати написання тих літер, які ще потребують підтримки.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графомоторна готовність: самостійно обирає 2–4 літери для додаткової практики, користується зразком і не змагається у швидкості письма.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літери Mm–Zz у різному порядку й знаходить їх за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Співвідносить великі / малі літери, обводить і пише вибрані літери, називає знайоме слово-приклад.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Знайомі слова курсу до літер Mm–Zz.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Графіка: Mm–Zz; звуко-буквені зв’язки на рівні ознайомлення.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5–8: Bonus Review Video — знайома мова в реальному світі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Упізнавати лексику, concepts і мовні моделі Units 5–8 у коротких реальних відеосценах; реагувати на кадр і знаходити знайоме в новому контексті.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Візуальна грамотність і мовна компетентність: уважно дивиться, відділяє побачене від здогадки, використовує картинку як опору для розуміння й короткої відповіді.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елементи в новому аудіовізуальному контексті, виконує завдання «знайди / покажи / назви / порахуй».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знайомі об’єкти й ознаки, використовує одну доречну модель та порівнює побачене з власним класом /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і Concepts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 Units 5–8; ритм та інтонація знайомих реплік.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5–8: станції повторення й підготовка до діагностування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Переходити між короткими станціями Vocabulary / Language / Concepts / Sounds / Story / Writing і самостійно показувати посильний результат за матеріалом Units 5–8.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вчитися, соціальна та мовна компетентності: працює за зрозумілим маршрутом, завершує коротке завдання, використовує підказку за потреби й визначає, що варто повторити.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інструкції на різних станціях і впізнає знайомий матеріал без фіксованої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різні типи завдань: показує, називає, запитує, відповідає, рахує / сортує, повторює звук / chant, відтворює кадр історії, пише літеру.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Language in Use, Sounds of English і Writing Units 5–8.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3"/>
              </w:rPr>
              <w:t>Діагностування результатів навчання за Units 5–8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5–8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 знайомих форматах показувати розуміння й використання матеріалу Units 5–8: слухати, показувати / вибирати, називати, взаємодіяти за короткою моделлю, виконувати практичне завдання й працювати з літерами.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та відповідальність: виконує посильні завдання у звичних форматах, може відповідати невербально, словом або короткою фразою; результат використовується для подальшої підтримки, а не для створення тестової тривоги.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усні інструкції, знайомі слова й мовні моделі за темами персонажі й емоції, їжа, одяг, тварини та дії; кольори й форми; співвідносить почуте з картинкою, предметом, дією, кольором, числом або формою.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знайомі слова, відповідає / запитує за моделями I want …; I like / don’t like …; I’m / He’s / She’s wearing …; Is … -ing? / It’s … -ing., виконує просте практичне завдання, показує розуміння історії / картинки та пише окремі вивчені літери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і Concepts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Language in Use, The Sounds of English і Writing Units 5–8. Формат і конкретний обсяг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</w:tbl>
    <w:p>
      <w:pPr>
        <w:spacing w:before="80" w:after="0"/>
      </w:pPr>
      <w:r>
        <w:rPr>
          <w:rFonts w:ascii="Arial" w:hAnsi="Arial"/>
          <w:sz w:val="16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У Starter розширення не означає штучного ускладнення граматики: додатковий час використовується для повторення й перенесення мови через TPR, ігри, роботу з реаліями та візуальними опорами, відео, історії, фонологічну практику, графомоторні завдання й взаємодію. Розширювальні уроки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Календарно-тематичне планування Our World, Second Edition Level 6</dc:title>
  <dc:subject>Модельне КТП 70 / 105 / 140 / 175 академічних годин</dc:subject>
  <dc:creator/>
  <cp:keywords>Our World, Second Edition, Level 6, KTP, КТП, National Geographic Learning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