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Arial" w:hAnsi="Arial" w:eastAsia="Arial"/>
          <w:b/>
          <w:sz w:val="30"/>
        </w:rPr>
        <w:t>КАЛЕНДАРНО-ТЕМАТИЧНЕ ПЛАНУВАННЯ</w:t>
      </w:r>
    </w:p>
    <w:p>
      <w:pPr>
        <w:spacing w:after="120"/>
        <w:jc w:val="center"/>
      </w:pPr>
      <w:r>
        <w:rPr>
          <w:rFonts w:ascii="Arial" w:hAnsi="Arial" w:eastAsia="Arial"/>
          <w:b/>
          <w:sz w:val="20"/>
        </w:rPr>
        <w:t>Our World, Second Edition • Level 5 • 70 / 105 / 140 / 175 академічних годин</w:t>
      </w:r>
    </w:p>
    <w:p>
      <w:pPr>
        <w:spacing w:after="80"/>
      </w:pPr>
      <w:r>
        <w:rPr>
          <w:rFonts w:ascii="Arial" w:hAnsi="Arial" w:eastAsia="Arial"/>
          <w:b w:val="0"/>
          <w:i w:val="0"/>
          <w:sz w:val="18"/>
        </w:rPr>
        <w:t>Навчальний рік ____________________    Семестр __________    Вчитель __________________________________________    Клас __________    Годин на тиждень 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B7C9D8"/>
          <w:left w:val="single" w:sz="4" w:space="0" w:color="B7C9D8"/>
          <w:bottom w:val="single" w:sz="4" w:space="0" w:color="B7C9D8"/>
          <w:right w:val="single" w:sz="4" w:space="0" w:color="B7C9D8"/>
          <w:insideH w:val="single" w:sz="4" w:space="0" w:color="B7C9D8"/>
          <w:insideV w:val="single" w:sz="4" w:space="0" w:color="B7C9D8"/>
        </w:tblBorders>
      </w:tblPr>
      <w:tblGrid>
        <w:gridCol w:w="16100"/>
      </w:tblGrid>
      <w:tr>
        <w:tc>
          <w:tcPr>
            <w:tcW w:type="dxa" w:w="16100"/>
            <w:shd w:fill="EEF5FA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5"/>
              </w:rPr>
              <w:t>Методична примітка. Планування має модельний і рамковий характер. Воно пропонує чотири маршрути проходження Level 5 відповідно до інтенсивності 2–5 академічних годин на тиждень. Базовий маршрут становить 70 годин; маршрути 105, 140 і 175 годин розширюють той самий зміст за рахунок додаткової взаємодії, читання, письма, відео, Mission, Let’s Talk, проєктної роботи, повторення та перенесення вивченого в нові ситуації. Заклад освіти або вчитель може адаптувати планування відповідно до освітньої програми, навчального календаря, темпу роботи та освітніх потреб учнів. Дати й домашні завдання заповнює вчитель. Позначені діагностувальні точки є модельними; конкретну кількість і формат діагностування визначає заклад освіти / учитель.</w:t>
            </w:r>
          </w:p>
        </w:tc>
      </w:tr>
    </w:tbl>
    <w:p>
      <w:pPr>
        <w:spacing w:before="80" w:after="40"/>
      </w:pPr>
      <w:r>
        <w:rPr>
          <w:rFonts w:ascii="Arial" w:hAnsi="Arial" w:eastAsia="Arial"/>
          <w:b/>
          <w:sz w:val="18"/>
        </w:rPr>
        <w:t>Маршрути та умовні позначення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9DAFBE"/>
          <w:left w:val="single" w:sz="4" w:space="0" w:color="9DAFBE"/>
          <w:bottom w:val="single" w:sz="4" w:space="0" w:color="9DAFBE"/>
          <w:right w:val="single" w:sz="4" w:space="0" w:color="9DAFBE"/>
          <w:insideH w:val="single" w:sz="4" w:space="0" w:color="9DAFBE"/>
          <w:insideV w:val="single" w:sz="4" w:space="0" w:color="9DAFBE"/>
        </w:tblBorders>
      </w:tblPr>
      <w:tblGrid>
        <w:gridCol w:w="3220"/>
        <w:gridCol w:w="3220"/>
        <w:gridCol w:w="3220"/>
        <w:gridCol w:w="3220"/>
        <w:gridCol w:w="3220"/>
      </w:tblGrid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Маршрут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2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3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4 год/тиж.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5"/>
              </w:rPr>
              <w:t>5 год/тиж.</w:t>
            </w:r>
          </w:p>
        </w:tc>
      </w:tr>
      <w:tr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Годин на рівень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70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105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140</w:t>
            </w:r>
          </w:p>
        </w:tc>
        <w:tc>
          <w:tcPr>
            <w:tcW w:type="dxa" w:w="3146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sz w:val="15"/>
              </w:rPr>
              <w:t>175</w:t>
            </w:r>
          </w:p>
        </w:tc>
      </w:tr>
    </w:tbl>
    <w:p>
      <w:pPr>
        <w:spacing w:before="40" w:after="100"/>
      </w:pPr>
      <w:r>
        <w:rPr>
          <w:rFonts w:ascii="Arial" w:hAnsi="Arial" w:eastAsia="Arial"/>
          <w:b w:val="0"/>
          <w:sz w:val="15"/>
        </w:rPr>
        <w:t>Маршрут у таблиці: 2–5 — урок входить до всіх маршрутів; 3–5 — додається від 3 год/тиж.; 4–5 — від 4 год/тиж.; 5 — для маршруту 5 год/тиж.  Типи: Б — базовий; Р — розширювальний; ПК — Review / Progress Check; К — діагностування.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space="0" w:color="65798A"/>
          <w:left w:val="single" w:sz="4" w:space="0" w:color="65798A"/>
          <w:bottom w:val="single" w:sz="4" w:space="0" w:color="65798A"/>
          <w:right w:val="single" w:sz="4" w:space="0" w:color="65798A"/>
          <w:insideH w:val="single" w:sz="4" w:space="0" w:color="65798A"/>
          <w:insideV w:val="single" w:sz="4" w:space="0" w:color="65798A"/>
        </w:tblBorders>
      </w:tblPr>
      <w:tblGrid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  <w:gridCol w:w="1342"/>
      </w:tblGrid>
      <w:tr>
        <w:trPr>
          <w:tblHeader w:val="true"/>
          <w:cantSplit/>
        </w:trPr>
        <w:tc>
          <w:tcPr>
            <w:tcW w:type="dxa" w:w="36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№</w:t>
            </w:r>
          </w:p>
        </w:tc>
        <w:tc>
          <w:tcPr>
            <w:tcW w:type="dxa" w:w="340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Тип</w:t>
            </w:r>
          </w:p>
        </w:tc>
        <w:tc>
          <w:tcPr>
            <w:tcW w:type="dxa" w:w="42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Маршрут</w:t>
            </w:r>
          </w:p>
        </w:tc>
        <w:tc>
          <w:tcPr>
            <w:tcW w:type="dxa" w:w="538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Дата</w:t>
            </w:r>
          </w:p>
        </w:tc>
        <w:tc>
          <w:tcPr>
            <w:tcW w:type="dxa" w:w="1729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Тематика ситуативного спілкування</w:t>
            </w:r>
          </w:p>
        </w:tc>
        <w:tc>
          <w:tcPr>
            <w:tcW w:type="dxa" w:w="161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Мовленнєві функції</w:t>
            </w:r>
          </w:p>
        </w:tc>
        <w:tc>
          <w:tcPr>
            <w:tcW w:type="dxa" w:w="1757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Ключові компетентності та наскрізні змістові лінії</w:t>
            </w:r>
          </w:p>
        </w:tc>
        <w:tc>
          <w:tcPr>
            <w:tcW w:type="dxa" w:w="3656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Очікувані результати</w:t>
            </w:r>
          </w:p>
        </w:tc>
        <w:tc>
          <w:tcPr>
            <w:tcW w:type="dxa" w:w="3032"/>
            <w:gridSpan w:val="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Мовний інвентар</w:t>
            </w:r>
          </w:p>
        </w:tc>
        <w:tc>
          <w:tcPr>
            <w:tcW w:type="dxa" w:w="595"/>
            <w:vMerge w:val="restart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Домашнє завдання</w:t>
            </w:r>
          </w:p>
        </w:tc>
      </w:tr>
      <w:tr>
        <w:trPr>
          <w:tblHeader w:val="true"/>
          <w:cantSplit/>
        </w:trPr>
        <w:tc>
          <w:tcPr>
            <w:tcW w:type="dxa" w:w="36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340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42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538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61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57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  <w:tc>
          <w:tcPr>
            <w:tcW w:type="dxa" w:w="1729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Сприймання</w:t>
            </w:r>
          </w:p>
        </w:tc>
        <w:tc>
          <w:tcPr>
            <w:tcW w:type="dxa" w:w="1927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Взаємодія, продукування та медіація</w:t>
            </w:r>
          </w:p>
        </w:tc>
        <w:tc>
          <w:tcPr>
            <w:tcW w:type="dxa" w:w="1502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Лексика</w:t>
            </w:r>
          </w:p>
        </w:tc>
        <w:tc>
          <w:tcPr>
            <w:tcW w:type="dxa" w:w="1530"/>
            <w:tcMar>
              <w:top w:w="35" w:type="dxa"/>
              <w:start w:w="45" w:type="dxa"/>
              <w:bottom w:w="35" w:type="dxa"/>
              <w:end w:w="45" w:type="dxa"/>
            </w:tcMar>
            <w:vAlign w:val="center"/>
            <w:shd w:fill="17365D"/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3"/>
              </w:rPr>
              <w:t>Граматика / фонетика</w:t>
            </w:r>
          </w:p>
        </w:tc>
        <w:tc>
          <w:tcPr>
            <w:tcW w:type="dxa" w:w="595"/>
            <w:vMerge/>
            <w:tcMar>
              <w:top w:w="28" w:type="dxa"/>
              <w:start w:w="35" w:type="dxa"/>
              <w:bottom w:w="28" w:type="dxa"/>
              <w:end w:w="35" w:type="dxa"/>
            </w:tcMar>
          </w:tcPr>
          <w:p/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1. Extreme Weather — Екстремальні погодні явища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Extreme Weather — Екстремальні погодні явища</w:t>
              <w:br/>
              <w:t>SB pp. 6–11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Говорити про різні види екстремальної погоди; описувати можливі наслідки негоди й пояснювати, як підготуватися до небезпечних погодних явищ;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 та природничо-наукова компетентність: аналізує реальний контекст, пов’язує тему з власним досвідом, аргументує прості висновки й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Реагує на запитання за фото, формулює 2–4 змістовні репліки про тему й починає використовувати мову, потрібну, щоб говорити про різні види екстремальної погоди; описувати можливі наслідки негоди й пояснювати, як підготуватися до небезпечних погодних явищ.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blizzard, drop, drought, flood, hailstorm, heatwave, hurricane, lightning, range, rise, sandstorm, speed, thunder, tornado, tropical storm. Стратегія: складні іменники.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Екстремальні погодні явища: розширюємо тематичний словник</w:t>
              <w:br/>
              <w:t>SB pp. 8–9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Точно називати й описувати поняття теми; використовувати Vocabulary 1 у запитаннях, відповідях, порівняннях і коротких поясненнях.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«складні іменники», контекстні та візуальні опори, групує слова й створює власні приклади.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Vocabulary 1 на слух і в контексті, співвідносить терміни з фото, визначеннями або прикладами.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зв’язних коротких висловленнях, ставить партнерові уточнювальні запитання й за потреби пояснює значення через приклад.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blizzard, drop, drought, flood, hailstorm, heatwave, hurricane, lightning, range, rise, sandstorm, speed, thunder, tornado, tropical storm. Стратегія: складні іменники.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порівняння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Bad Weather: мова у ритмі</w:t>
              <w:br/>
              <w:t>SB pp. 10–11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й відтворювати англійське мовлення в природному ритмі; помічати знайомі слова й граматичні моделі та переносити їх у власні репліки.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та мовна компетентності: використовує пісню як спільну мовну дію, слухає інших, контролює ритм та інтонацію й упевненіше говорить англійською.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ключову лексику й граматичні моделі в пісні, стежить за змістом, наголосом та інтонацією.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ключові рядки, змінює окремі елементи моделі й використовує її в короткому діалозі або персоналізованому висловленні.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blizzard, drop, drought, flood, hailstorm, heatwave, hurricane, lightning, range, rise, sandstorm, speed, thunder, tornado, tropical storm. Стратегія: складні іменники.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контекстне використання Future predictions and plans with be going to.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Робити прогнози й говорити про плани та наміри з be going to</w:t>
              <w:br/>
              <w:t>SB pp. 12–13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Розуміти значення моделі Future predictions and plans with be going to; робити прогнози й говорити про плани та наміри з be going to у керованому й персоналізованому мовленні.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помічає зв’язок між формою, значенням і комунікативною функцією граматичної моделі, перевіряє себе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Future predictions and plans with be going to у коротких репліках, аудіо й вправах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Будує речення й запитання з Future predictions and plans with be going to, персоналізує приклади та пояснює партнерові власний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blizzard, drop, drought, flood, hailstorm, heatwave, hurricane, lightning, range, rise, sandstorm, speed, thunder, tornado, tropical storm. Стратегія: складні іменники.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Future predictions and plans with be going to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Робити прогнози й говорити про плани та наміри з be going to: застосовуємо у взаємодії</w:t>
              <w:br/>
              <w:t>SB pp. 12–13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робити прогнози й говорити про плани та наміри з be going to; реагувати на відповідь партнера, уточнювати та передавати отриману інформацію.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підтримує обмін інформацією, слухає партнера, уточнює деталі та використовує граматику для реальної комунікативної мети.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запитання, відповіді й короткі висловлення з Future predictions and plans with be going to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4–6 реплік із Future predictions and plans with be going to, змінює елементи моделі, ставить follow-up question і стисло передає партнерові почуте.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blizzard, drop, drought, flood, hailstorm, heatwave, hurricane, lightning, range, rise, sandstorm, speed, thunder, tornado, tropical storm. Стратегія: складні іменники.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Future predictions and plans with be going to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Екстремальні погодні явища: Vocabulary 2 + Zero conditional (present tense)</w:t>
              <w:br/>
              <w:t>SB pp. 14–15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додаткову лексику теми; пояснювати типові наслідки та правила безпечної поведінки за допомогою zero conditional.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 та природничо-наукова компетентність: застосовує нові слова для змістовного обговорення теми, зіставляє інформацію й робить прості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Zero conditional (present tense) у діалозі, підписі або прикладі.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відповідях і поясненнях та застосовує Zero conditional (present tense)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emergency, evacuate, plan, shelter, supplies, torch. Стратегія: множина іменників.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Zero conditional (present tense). Фонетика: /t/ і /d/ у словах lightning, shelter, evacuate / thunder, blizzard, flood.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Екстремальні погодні явища: уточнюємо й переносимо Vocabulary 2</w:t>
              <w:br/>
              <w:t>SB p. 14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опис, класифікацію, пояснення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«множина іменників»,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реченнях і визначає їхнє значення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й перефразовує слова, складає з ними запитання / речення та пояснює партнерові свій вибір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emergency, evacuate, plan, shelter, supplies, torch. Стратегія: множина іменників.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новому лексичному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Пояснювати типові наслідки та правила безпечної поведінки за допомогою zero conditional: застосовуємо</w:t>
              <w:br/>
              <w:t>SB p. 15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пояснювати типові наслідки та правила безпечної поведінки за допомогою zero conditional; використовувати модель для вирішення короткого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соціальна компетентності: обирає потрібну модель відповідно до наміру, слухає співрозмовника, коригує формулювання й підтримує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Zero conditional (present tense) у дещо зміненому контексті й визначає зв’язок між частинами висловлення.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4–6 власних прикладів із Zero conditional (present tense), використовує їх у мінідіалозі / проблемному завданні та коротко пояснює рішення.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emergency, evacuate, plan, shelter, supplies, torch. Стратегія: множина іменників.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Zero conditional (present tense)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Tornado Trouble — Небезпечні торнадо</w:t>
              <w:br/>
              <w:t>SB pp. 16–17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Читати пізнавальний текст «Tornado Trouble», знаходити основну думку й ключові факти; простежувати, як формується торнадо, знаходити наукові факти й пояснювати, навіщо вчені досліджують екстремальну погоду.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Інформаційна та здоров’я і безпека та природничо-наукова компетентність: читає пізнавальний текст, зіставляє його з фото / схемами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 «Tornado Trouble», знаходить явні й частково імпліцитні деталі та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стисло узагальнює знайдену інформацію, порівнює її з даними партнера й висловлює обґрунтовану коротку думку.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Future predictions and plans with be going to та Zero conditional (present tense)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Tornado Trouble: стратегія — візуалізація</w:t>
              <w:br/>
              <w:t>SB pp. 16–17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Свідомо застосовувати стратегію «візуалізація», знаходити докази в тексті, порівнювати інтерпретації та пояснювати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вчитися: застосовує стратегію «візуалізація», перевіряє висновок за текстом і пояснює, який елемент допоміг зрозуміти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логічні зв’язки між частинами тексту й використовує обрану стратегію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наводить текстовий доказ, формулює висновок і за потреби медіює ключову інформацію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академічні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Future predictions and plans with be going to та Zero conditional (present tense); мовні засоби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Personal Narrative + Mission: Understand weather</w:t>
              <w:br/>
              <w:t>SB pp. 18–19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особливості жанру «Personal Narrative»; планувати й створювати власний текст; обговорювати Mission «Розуміти погодні явища».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змістова компетентності: використовує модельний текст як опору, формулює власні думки, добирає факти й пов’язує письмо з реальним контекстом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жанру «Personal Narrative», визначає його структуру, ключові мовні засоби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зв’язний текст у жанрі «особиста розповідь» з опорою на модель і висловлює 1–2 обґрунтовані думки, пов’язані з місією «Розуміти погодні явища».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й вирази для власного тексту, прикладів і аргументів.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описувати особистий досвід через сенсорні деталі, емоції та послідовність подій.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Письмова майстерня: особиста розповідь</w:t>
              <w:br/>
              <w:t>SB p. 18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писати, редагувати й представляти особиста розповідь; описувати особистий досвід через сенсорні деталі, емоції та послідовність подій.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планує, пише, перечитує й редагує текст, використовує модель / чекліст і взаємний відгук для покращення змісту та форми.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текст, план і приклади цільового письмового прийому; помічає, як організація тексту підтримує його мету.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й редагує зв’язний текст приблизно з 7–10 речень; описувати особистий досвід через сенсорні деталі, емоції та послідовність подій; ділиться роботою й уточнює деталі після запитань аудиторії.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мовні засоби для зв’язності, власної позиції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описувати особистий досвід через сенсорні деталі, емоції та послідовність подій; редагування, зв’язність і точність.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Mission: Understand weather — Розуміти погодні явища</w:t>
              <w:br/>
              <w:t>SB p. 19;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Обговорювати місію «Розуміти погодні явища», наводити релевантні приклади, ставити запитання й реагувати на різні позиції.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безпека: оцінює погодні ризики, добирає безпечний спосіб дії та пояснює, чому підготовка до надзвичайної ситуації важлива.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цитату / відеофрагмент про Tim Samaras і визначає, як приклад National Geographic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пояснює, як можна реалізувати місію «Розуміти погодні явища», ставить партнерові запитання й коректно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обговорення цінностей, дій і наслідків.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контексті; мовні засоби для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Проєкт: модель «торнадо у банці» — плануємо</w:t>
              <w:br/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«модель «торнадо у банці»», домовлятися про зміст, послідовність і розподіл ролей; пояснювати процес створення моделі та пов’язувати спостереження з рухом повітря і води.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планує проєкт, розподіляє посильні ролі, добирає інформацію / матеріали, перевіряє джерела й домовляється про критерії результату.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дій, потрібні матеріали / дані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групою, ставить уточнювальні запитання, фіксує ключові дані, пояснює етапи плану й допомагає узгодити різні пропозиції.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дослідження, дій і презентації.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Future predictions and plans with be going to та Zero conditional (present tense).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1. Проєкт: модель «торнадо у банці» — створюємо й представляємо</w:t>
              <w:br/>
              <w:t>SB pp. 20–21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й презентувати модель «торнадо у банці»; пояснювати процес створення моделі та пов’язувати спостереження з рухом повітря і води; відповідати на запитання й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інструкції, репліки партнерів і короткі презентації однокласників; виділяє ключову тематичну інформацію та критерії успішної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2–3 запитання, коротко пояснює ключову інформацію й оцінює власний прогрес.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Future predictions and plans with be going to та Zero conditional (present tense).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2. Copycat Animals — Тварини-імітатори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Copycat Animals — Тварини-імітатори</w:t>
              <w:br/>
              <w:t>SB pp. 22–27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Описувати тварин; порівнювати їхні ознаки; пояснювати, як тварини маскуються, імітують інших і захищаються від хижаків;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безпека та сталий розвиток і природничо-наукова компетентність: аналізує реальний контекст, пов’язує тему з власним досвідом, аргументує прості висновки й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Реагує на запитання за фото, формулює 2–4 змістовні репліки про тему й починає використовувати мову, потрібну, щоб описувати тварин; порівнювати їхні ознаки; пояснювати, як тварини маскуються, імітують інших і захищаються від хижаків.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camouflage, characteristic, copy, frighten, hide, hunt, imitate, insect, poisonous, predator, prey, resemble, species, spot, stripe. Стратегія: робота зі словником.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Тварини-імітатори: розширюємо тематичний словник</w:t>
              <w:br/>
              <w:t>SB pp. 24–25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Точно називати й описувати поняття теми; використовувати Vocabulary 1 у запитаннях, відповідях, порівняннях і коротких поясненнях.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«робота зі словником», контекстні та візуальні опори, групує слова й створює власні приклади.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Vocabulary 1 на слух і в контексті, співвідносить терміни з фото, визначеннями або прикладами.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зв’язних коротких висловленнях, ставить партнерові уточнювальні запитання й за потреби пояснює значення через приклад.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camouflage, characteristic, copy, frighten, hide, hunt, imitate, insect, poisonous, predator, prey, resemble, species, spot, stripe. Стратегія: робота зі словником.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порівняння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It’s a Wild World: мова у ритмі</w:t>
              <w:br/>
              <w:t>SB pp. 26–27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й відтворювати англійське мовлення в природному ритмі; помічати знайомі слова й граматичні моделі та переносити їх у власні репліки.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та мовна компетентності: використовує пісню як спільну мовну дію, слухає інших, контролює ритм та інтонацію й упевненіше говорить англійською.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ключову лексику й граматичні моделі в пісні, стежить за змістом, наголосом та інтонацією.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ключові рядки, змінює окремі елементи моделі й використовує її в короткому діалозі або персоналізованому висловленні.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camouflage, characteristic, copy, frighten, hide, hunt, imitate, insect, poisonous, predator, prey, resemble, species, spot, stripe. Стратегія: робота зі словником.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контекстне використання Comparisons with as ... as.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Порівнювати тварин за допомогою as ... as / not as ... as і пояснювати подібності та відмінності</w:t>
              <w:br/>
              <w:t>SB pp. 28–29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Розуміти значення моделі Comparisons with as ... as; порівнювати тварин за допомогою as ... as / not as ... as і пояснювати подібності та відмінності у керованому й персоналізованому мовленні.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помічає зв’язок між формою, значенням і комунікативною функцією граматичної моделі, перевіряє себе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Comparisons with as ... as у коротких репліках, аудіо й вправах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Будує речення й запитання з Comparisons with as ... as, персоналізує приклади та пояснює партнерові власний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camouflage, characteristic, copy, frighten, hide, hunt, imitate, insect, poisonous, predator, prey, resemble, species, spot, stripe. Стратегія: робота зі словником.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Comparisons with as ... as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Порівнювати тварин за допомогою as ... as / not as ... as і пояснювати подібності та відмінності: застосовуємо у взаємодії</w:t>
              <w:br/>
              <w:t>SB pp. 28–29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порівнювати тварин за допомогою as ... as / not as ... as і пояснювати подібності та відмінності; реагувати на відповідь партнера, уточнювати та передавати отриману інформацію.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підтримує обмін інформацією, слухає партнера, уточнює деталі та використовує граматику для реальної комунікативної мети.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запитання, відповіді й короткі висловлення з Comparisons with as ... as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4–6 реплік із Comparisons with as ... as, змінює елементи моделі, ставить follow-up question і стисло передає партнерові почуте.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camouflage, characteristic, copy, frighten, hide, hunt, imitate, insect, poisonous, predator, prey, resemble, species, spot, stripe. Стратегія: робота зі словником.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Comparisons with as ... as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Тварини-імітатори: Vocabulary 2 + Tag questions</w:t>
              <w:br/>
              <w:t>SB pp. 30–31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додаткову лексику теми; перевіряти припущення й залучати співрозмовника за допомогою tag questions.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безпека та сталий розвиток і природничо-наукова компетентність: застосовує нові слова для змістовного обговорення теми, зіставляє інформацію й робить прості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Tag questions у діалозі, підписі або прикладі.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відповідях і поясненнях та застосовує Tag questions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attack, avoid, confuse, defend, escape. Стратегія: дієслова дії.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Tag questions.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Тварини-імітатори: уточнюємо й переносимо Vocabulary 2</w:t>
              <w:br/>
              <w:t>SB p. 30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опис, класифікацію, пояснення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«дієслова дії»,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реченнях і визначає їхнє значення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й перефразовує слова, складає з ними запитання / речення та пояснює партнерові свій вибір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attack, avoid, confuse, defend, escape. Стратегія: дієслова дії.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новому лексичному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Перевіряти припущення й залучати співрозмовника за допомогою tag questions: застосовуємо</w:t>
              <w:br/>
              <w:t>SB p. 31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перевіряти припущення й залучати співрозмовника за допомогою tag questions; використовувати модель для вирішення короткого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соціальна компетентності: обирає потрібну модель відповідно до наміру, слухає співрозмовника, коригує формулювання й підтримує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Tag questions у дещо зміненому контексті й визначає зв’язок між частинами висловлення.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4–6 власних прикладів із Tag questions, використовує їх у мінідіалозі / проблемному завданні та коротко пояснює рішення.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attack, avoid, confuse, defend, escape. Стратегія: дієслова дії.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Tag questions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Copycats — Майстри маскування</w:t>
              <w:br/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Читати пізнавальний текст «Copycats», знаходити основну думку й ключові факти; знаходити відомості про leafy sea dragon і mimic octopus та узагальнювати, як їхня форма, колір і поведінка допомагають виживати.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Інформаційна та екологічна безпека та сталий розвиток і природничо-наукова компетентність: читає пізнавальний текст, зіставляє його з фото / схемами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 «Copycats», знаходить явні й частково імпліцитні деталі та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стисло узагальнює знайдену інформацію, порівнює її з даними партнера й висловлює обґрунтовану коротку думку.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Comparisons with as ... as та Tag questions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Copycats: стратегія — пошук конкретної інформації в тексті (scanning)</w:t>
              <w:br/>
              <w:t>SB pp. 32–33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Свідомо застосовувати стратегію «пошук конкретної інформації в тексті (scanning)», знаходити докази в тексті, порівнювати інтерпретації та пояснювати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вчитися: застосовує стратегію «пошук конкретної інформації в тексті (scanning)», перевіряє висновок за текстом і пояснює, який елемент допоміг зрозуміти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логічні зв’язки між частинами тексту й використовує обрану стратегію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наводить текстовий доказ, формулює висновок і за потреби медіює ключову інформацію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академічні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Comparisons with as ... as та Tag questions; мовні засоби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Classification Writing + Mission: Protect biodiversity</w:t>
              <w:br/>
              <w:t>SB pp. 34–35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особливості жанру «Classification Writing»; планувати й створювати власний текст; обговорювати Mission «Захищати біорізноманіття».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змістова компетентності: використовує модельний текст як опору, формулює власні думки, добирає факти й пов’язує письмо з реальним контекстом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жанру «Classification Writing», визначає його структуру, ключові мовні засоби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зв’язний текст у жанрі «класифікаційний текст» з опорою на модель і висловлює 1–2 обґрунтовані думки, пов’язані з місією «Захищати біорізноманіття».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й вирази для власного тексту, прикладів і аргументів.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показувати, як об’єкти належать до категорії або групи, і добирати зрозумілі критерії класифікації.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Письмова майстерня: класифікаційний текст</w:t>
              <w:br/>
              <w:t>SB p. 34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писати, редагувати й представляти класифікаційний текст; показувати, як об’єкти належать до категорії або групи, і добирати зрозумілі критерії класифікації.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планує, пише, перечитує й редагує текст, використовує модель / чекліст і взаємний відгук для покращення змісту та форми.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текст, план і приклади цільового письмового прийому; помічає, як організація тексту підтримує його мету.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й редагує зв’язний текст приблизно з 7–10 речень; показувати, як об’єкти належать до категорії або групи, і добирати зрозумілі критерії класифікації; ділиться роботою й уточнює деталі після запитань аудиторії.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мовні засоби для зв’язності, власної позиції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показувати, як об’єкти належать до категорії або групи, і добирати зрозумілі критерії класифікації; редагування, зв’язність і точність.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Mission: Protect biodiversity — Захищати біорізноманіття</w:t>
              <w:br/>
              <w:t>SB p. 35;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Обговорювати місію «Захищати біорізноманіття», наводити релевантні приклади, ставити запитання й реагувати на різні позиції.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безпека та сталий розвиток: пояснює цінність біорізноманіття й наводить посильні приклади відповідального ставлення до тварин та їхніх середовищ існування.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цитату / відеофрагмент про Krithi Karanth і визначає, як приклад National Geographic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пояснює, як можна реалізувати місію «Захищати біорізноманіття», ставить партнерові запитання й коректно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обговорення цінностей, дій і наслідків.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контексті; мовні засоби для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Проєкт: колаж про тварин у певному середовищі існування — плануємо</w:t>
              <w:br/>
              <w:t>SB pp. 36–37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«колаж про тварин у певному середовищі існування», домовлятися про зміст, послідовність і розподіл ролей; досліджувати середовище існування й показувати в колажі способи маскування та захисту тварин.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планує проєкт, розподіляє посильні ролі, добирає інформацію / матеріали, перевіряє джерела й домовляється про критерії результату.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дій, потрібні матеріали / дані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групою, ставить уточнювальні запитання, фіксує ключові дані, пояснює етапи плану й допомагає узгодити різні пропозиції.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дослідження, дій і презентації.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Comparisons with as ... as та Tag questions.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2. Проєкт: колаж про тварин у певному середовищі існування — створюємо й представляємо</w:t>
              <w:br/>
              <w:t>SB pp. 36–37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й презентувати колаж про тварин у певному середовищі існування; досліджувати середовище існування й показувати в колажі способи маскування та захисту тварин; відповідати на запитання й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інструкції, репліки партнерів і короткі презентації однокласників; виділяє ключову тематичну інформацію та критерії успішної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2–3 запитання, коротко пояснює ключову інформацію й оцінює власний прогрес.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Comparisons with as ... as та Tag questions.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3. Music in Our World — Музика у нашому світі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Music in Our World — Музика у нашому світі</w:t>
              <w:br/>
              <w:t>SB pp. 38–43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Говорити про музичні інструменти й стилі; описувати власний музичний досвід; порівнювати способи створення та виконання музики;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та мовна компетентності: аналізує реальний контекст, пов’язує тему з власним досвідом, аргументує прості висновки й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Реагує на запитання за фото, формулює 2–4 змістовні репліки про тему й починає використовувати мову, потрібну, щоб говорити про музичні інструменти й стилі; описувати власний музичний досвід; порівнювати способи створення та виконання музики.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band, beat, chord, concert, drum, flute, guitar, lead singer, melody, note, perform, piano, practise, rhythm, saxophone, violin. Стратегія: багатозначні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Музика у нашому світі: розширюємо тематичний словник</w:t>
              <w:br/>
              <w:t>SB pp. 40–41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Точно називати й описувати поняття теми; використовувати Vocabulary 1 у запитаннях, відповідях, порівняннях і коротких поясненнях.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«багатозначні слова», контекстні та візуальні опори, групує слова й створює власні приклади.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Vocabulary 1 на слух і в контексті, співвідносить терміни з фото, визначеннями або прикладами.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зв’язних коротких висловленнях, ставить партнерові уточнювальні запитання й за потреби пояснює значення через приклад.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band, beat, chord, concert, drum, flute, guitar, lead singer, melody, note, perform, piano, practise, rhythm, saxophone, violin. Стратегія: багатозначні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порівняння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Music Is Fun: мова у ритмі</w:t>
              <w:br/>
              <w:t>SB pp. 42–43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й відтворювати англійське мовлення в природному ритмі; помічати знайомі слова й граматичні моделі та переносити їх у власні репліки.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та мовна компетентності: використовує пісню як спільну мовну дію, слухає інших, контролює ритм та інтонацію й упевненіше говорить англійською.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ключову лексику й граматичні моделі в пісні, стежить за змістом, наголосом та інтонацією.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ключові рядки, змінює окремі елементи моделі й використовує її в короткому діалозі або персоналізованому висловленні.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band, beat, chord, concert, drum, flute, guitar, lead singer, melody, note, perform, piano, practise, rhythm, saxophone, violin. Стратегія: багатозначні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контекстне використання Present perfect with ever and never.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Розпитувати про життєвий і музичний досвід та відповідати з ever / never</w:t>
              <w:br/>
              <w:t>SB pp. 44–45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Розуміти значення моделі Present perfect with ever and never; розпитувати про життєвий і музичний досвід та відповідати з ever / never у керованому й персоналізованому мовленні.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помічає зв’язок між формою, значенням і комунікативною функцією граматичної моделі, перевіряє себе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Present perfect with ever and never у коротких репліках, аудіо й вправах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Будує речення й запитання з Present perfect with ever and never, персоналізує приклади та пояснює партнерові власний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band, beat, chord, concert, drum, flute, guitar, lead singer, melody, note, perform, piano, practise, rhythm, saxophone, violin. Стратегія: багатозначні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Present perfect with ever and never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Розпитувати про життєвий і музичний досвід та відповідати з ever / never: застосовуємо у взаємодії</w:t>
              <w:br/>
              <w:t>SB pp. 44–45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розпитувати про життєвий і музичний досвід та відповідати з ever / never; реагувати на відповідь партнера, уточнювати та передавати отриману інформацію.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підтримує обмін інформацією, слухає партнера, уточнює деталі та використовує граматику для реальної комунікативної мети.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запитання, відповіді й короткі висловлення з Present perfect with ever and never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4–6 реплік із Present perfect with ever and never, змінює елементи моделі, ставить follow-up question і стисло передає партнерові почуте.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band, beat, chord, concert, drum, flute, guitar, lead singer, melody, note, perform, piano, practise, rhythm, saxophone, violin. Стратегія: багатозначні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Present perfect with ever and never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Музика у нашому світі: Vocabulary 2 + Comparative adverbs</w:t>
              <w:br/>
              <w:t>SB pp. 46–47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додаткову лексику теми; порівнювати, як люди виконують дії: better, worse, faster, more / less often, as ... as.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та мовна компетентності: застосовує нові слова для змістовного обговорення теми, зіставляє інформацію й робить прості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Comparative adverbs у діалозі, підписі або прикладі.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відповідях і поясненнях та застосовує Comparative adverbs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classical, hip-hop, jazz, pop, rock. Стратегія: пояснення значення через дію.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Comparative adverbs. Фонетика: /æ/ і /ɒ/ у словах band, jazz / rock, pop, concert.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Музика у нашому світі: уточнюємо й переносимо Vocabulary 2</w:t>
              <w:br/>
              <w:t>SB p. 46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опис, класифікацію, пояснення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«пояснення значення через дію»,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реченнях і визначає їхнє значення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й перефразовує слова, складає з ними запитання / речення та пояснює партнерові свій вибір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classical, hip-hop, jazz, pop, rock. Стратегія: пояснення значення через дію.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новому лексичному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Порівнювати, як люди виконують дії: better, worse, faster, more / less often, as ... as: застосовуємо</w:t>
              <w:br/>
              <w:t>SB p. 47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порівнювати, як люди виконують дії: better, worse, faster, more / less often, as ... as; використовувати модель для вирішення короткого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соціальна компетентності: обирає потрібну модель відповідно до наміру, слухає співрозмовника, коригує формулювання й підтримує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Comparative adverbs у дещо зміненому контексті й визначає зв’язок між частинами висловлення.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4–6 власних прикладів із Comparative adverbs, використовує їх у мінідіалозі / проблемному завданні та коротко пояснює рішення.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classical, hip-hop, jazz, pop, rock. Стратегія: пояснення значення через дію.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Comparative adverbs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It’s All Music — Усе це музика</w:t>
              <w:br/>
              <w:t>SB pp. 48–49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Читати пізнавальний текст «It’s All Music», знаходити основну думку й ключові факти; визначати, що різні культури вважають музикою, ставити запитання до тексту й зіставляти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Інформаційна та культурна, соціальна та мовна компетентності: читає пізнавальний текст, зіставляє його з фото / схемами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 «It’s All Music», знаходить явні й частково імпліцитні деталі та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стисло узагальнює знайдену інформацію, порівнює її з даними партнера й висловлює обґрунтовану коротку думку.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Present perfect with ever and never та Comparative adverbs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It’s All Music: стратегія — постановка запитань під час читання</w:t>
              <w:br/>
              <w:t>SB pp. 48–49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Свідомо застосовувати стратегію «постановка запитань під час читання», знаходити докази в тексті, порівнювати інтерпретації та пояснювати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вчитися: застосовує стратегію «постановка запитань під час читання», перевіряє висновок за текстом і пояснює, який елемент допоміг зрозуміти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логічні зв’язки між частинами тексту й використовує обрану стратегію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наводить текстовий доказ, формулює висновок і за потреби медіює ключову інформацію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академічні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Present perfect with ever and never та Comparative adverbs; мовні засоби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Contrast Writing + Mission: Change through music</w:t>
              <w:br/>
              <w:t>SB pp. 50–51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особливості жанру «Contrast Writing»; планувати й створювати власний текст; обговорювати Mission «Змінювати світ через музику».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змістова компетентності: використовує модельний текст як опору, формулює власні думки, добирає факти й пов’язує письмо з реальним контекстом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жанру «Contrast Writing», визначає його структуру, ключові мовні засоби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зв’язний текст у жанрі «порівняльно-контрастний текст» з опорою на модель і висловлює 1–2 обґрунтовані думки, пов’язані з місією «Змінювати світ через музику».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й вирази для власного тексту, прикладів і аргументів.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показувати відмінності між двома явищами та використовувати слова й конструкції контрасту.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Письмова майстерня: порівняльно-контрастний текст</w:t>
              <w:br/>
              <w:t>SB p. 50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писати, редагувати й представляти порівняльно-контрастний текст; показувати відмінності між двома явищами та використовувати слова й конструкції контрасту.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планує, пише, перечитує й редагує текст, використовує модель / чекліст і взаємний відгук для покращення змісту та форми.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текст, план і приклади цільового письмового прийому; помічає, як організація тексту підтримує його мету.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й редагує зв’язний текст приблизно з 7–10 речень; показувати відмінності між двома явищами та використовувати слова й конструкції контрасту; ділиться роботою й уточнює деталі після запитань аудиторії.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мовні засоби для зв’язності, власної позиції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показувати відмінності між двома явищами та використовувати слова й конструкції контрасту; редагування, зв’язність і точність.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Mission: Change through music — Змінювати світ через музику</w:t>
              <w:br/>
              <w:t>SB p. 51;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Обговорювати місію «Змінювати світ через музику», наводити релевантні приклади, ставити запитання й реагувати на різні позиції.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й громадянська компетентності: пояснює, як музика може об’єднувати людей, підтримувати спільноту й передавати важливі ідеї.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цитату / відеофрагмент про Jack Johnson і визначає, як приклад National Geographic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пояснює, як можна реалізувати місію «Змінювати світ через музику», ставить партнерові запитання й коректно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обговорення цінностей, дій і наслідків.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контексті; мовні засоби для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Проєкт: музичний інструмент із доступних / повторно використаних матеріалів — плануємо</w:t>
              <w:br/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«музичний інструмент із доступних / повторно використаних матеріалів», домовлятися про зміст, послідовність і розподіл ролей; проєктувати простий інструмент, пояснювати, як він створює звук, і представляти його у спільному виконанні.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планує проєкт, розподіляє посильні ролі, добирає інформацію / матеріали, перевіряє джерела й домовляється про критерії результату.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дій, потрібні матеріали / дані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групою, ставить уточнювальні запитання, фіксує ключові дані, пояснює етапи плану й допомагає узгодити різні пропозиції.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дослідження, дій і презентації.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Present perfect with ever and never та Comparative adverbs.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3. Проєкт: музичний інструмент із доступних / повторно використаних матеріалів — створюємо й представляємо</w:t>
              <w:br/>
              <w:t>SB pp. 52–53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й презентувати музичний інструмент із доступних / повторно використаних матеріалів; проєктувати простий інструмент, пояснювати, як він створює звук, і представляти його у спільному виконанні; відповідати на запитання й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інструкції, репліки партнерів і короткі презентації однокласників; виділяє ключову тематичну інформацію та критерії успішної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2–3 запитання, коротко пояснює ключову інформацію й оцінює власний прогрес.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Present perfect with ever and never та Comparative adverbs.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Review Units 1–3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слухаємо, відновлюємо й говоримо</w:t>
              <w:br/>
              <w:t>SB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Відновлювати ключову лексику й мовні моделі Units {block}; слухати короткі повідомлення, відповідати й підтримувати тематичну взаємодію.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соціальна компетентність: визначає, що вже засвоєно, користується опорами й співпрацює під час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повідомлення, інструкції й запитання з тем блоку та знаходить ключові деталі.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Відповідає, ставить уточнювальні запитання й комбінує мову кількох Units у короткій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читаємо й застосовуємо</w:t>
              <w:br/>
              <w:t>SB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Читати й опрацьовувати змішаний матеріал Units 1–3; знаходити потрібну інформацію, пояснювати вибір і переносити мову у нові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Інформаційна й навчальна компетентності: добирає стратегію читання, перевіряє відповідь за текстом / візуальною опорою та виправляє помилки.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короткі тексти й завдання з кількох тем, визначає основну інформацію та конкретні деталі.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Пояснює відповідь партнерові, використовує вивчені моделі в новому поєднанні й формулює короткий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інтегруємо лексику та граматику</w:t>
              <w:br/>
              <w:t>SB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Інтегрувати Vocabulary і Grammar Units 1–3 у мовленнєвих та практичних завданнях; обирати форму відповідно до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компетентність і уміння вчитися: помічає типові труднощі, самостійно перевіряє форму й переносить вивчене в дещо змінений контекст.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змішані завдання з лексикою й граматикою Units блоку та розрізняє комунікативне значення форм.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усні й письмові відповіді, поєднуючи матеріал кількох Units; коротко обґрунтовує мовний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розгорнута взаємодія й письмо</w:t>
              <w:br/>
              <w:t>SB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матеріал Units 1–3 у розгорнутішу взаємодію та письмо: порівнювати, пояснювати, аргументувати й реагувати на думку партнера.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мовна й навчальна компетентності: планує висловлення, слухає співрозмовника, дає змістовний відгук і редагує власний текст.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довші запитання, короткі тексти й репліки, у яких поєднано матеріал кількох Units.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зв’язне усне або письмове повідомлення, поєднує лексику й граматику блоку та реагує на уточнення.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1–3: самоперевірка й підготовка до діагностування</w:t>
              <w:br/>
              <w:t>SB pp. 54–55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Провести самоперевірку за Units 1–3, визначити сильні сторони й матеріал для повторення та підготуватися до діагностування без механічного натаскування.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вчитися: аналізує власний результат, визначає наступний крок і використовує зворотний зв’язок для корекції.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 Review / Online Practice та визначає, у яких завданнях потрібне додаткове повторення.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Коментує стратегію виконання, виправляє помилки й формулює персональну ціль на наступний етап.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1–3.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Extended Reading. Animal Predictions? — Чи передбачають тварини небезпеку?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Animal Predictions? — Чи передбачають тварини небезпеку?</w:t>
              <w:br/>
              <w:t>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«Animal Predictions?», знаходити основну думку, ключові факти та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інформаційна й змістова компетентності: читає довший текст, співвідносить факти, візуальні опори та власні знання.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Extended Reading, знаходить явні факти й важливі зв’язки між подіями / ідеями.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запитання, стисло узагальнює один епізод або факт і висловлює обґрунтовану реакцію.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sense, behaviour, migrate, disturbed, tsunami; dog, warbler, elephant, vibration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1–3; мовні засоби для оповіді, пояснення й реакції на текст.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Animal Predictions?: науково-популярний текст і приклади спостережень і стратегія читання</w:t>
              <w:br/>
              <w:t>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Аналізувати організацію тексту; визначати основні думки й деталі та розуміти факти, що спираються на наукові спостереження; знаходити текстові докази й пояснювати інтерпретацію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вчитися: свідомо використовує текстові ознаки й стратегію читання, перевіряє висновок за текстом і аргументує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визначає ознаки жанру / організації тексту та пояснює, який елемент допоміг зрозуміти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наводить доказ із тексту та формулює короткий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sense, behaviour, migrate, disturbed, tsunami; dog, warbler, elephant, vibration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1–3; мовні засоби для оповіді, пояснення й реакції на текст.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Animal Predictions?: Express Yourself</w:t>
              <w:br/>
              <w:t>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Обирати творчу форму реакції на текст, планувати зміст і перетворювати прочитану інформацію на власний продукт.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Творчість, ініціативність і співпраця: планує продукт, добирає інформацію з тексту й узгоджує роботу з партнером /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умови творчих завдань і добирає з тексту факти, потрібні для власної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постер / інтерв’ю / сценку / презентацію або інший запропонований продукт і пояснює його зв’язок із текстом.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sense, behaviour, migrate, disturbed, tsunami; dog, warbler, elephant, vibration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1–3; мовні засоби для оповіді, пояснення й реакції на текст.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Animal Predictions?: представляємо й даємо відгук</w:t>
              <w:br/>
              <w:t>SB pp. 56–57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Представляти творчу роботу, слухати інших, ставити уточнювальні запитання й давати конкретний доброзичливий відгук.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презентує результат, відповідає на запитання, порівнює різні інтерпретації та використовує ввічливі формули зворотного зв’язку.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презентації / сценки однокласників, визначає основну ідею й помічає, які факти з тексту використано.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Презентує роботу, відповідає на 2–3 запитання та формулює щонайменше один змістовний позитивний коментар до роботи іншої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sense, behaviour, migrate, disturbed, tsunami; dog, warbler, elephant, vibration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1–3; мовні засоби для оповіді, пояснення й реакції на текст.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Let’s Talk Units 1–3 — It’s my turn. / Who’s going to make notes?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Talk Units 1–3: It’s my turn. / Who’s going to make notes?</w:t>
              <w:br/>
              <w:t>SB pp. 58–59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Дотримуватися черговості у грі, давати й розуміти короткі команди, говорити про перемогу / нічию / програш; описувати групове навчальне завдання, просити когось виконати роль або дію та пропонувати власну допомогу.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міжкультурна й мовна компетентності: добирає формули відповідно до ситуації, активно слухає, реагує на зміст репліки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повсякденні й навчальні діалоги, визначає комунікативний намір, ставлення мовця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Whose turn is it? It’s my turn. It’s his/her turn. Hurry up! Come on! I won! We’re tied. Sorry, you lost!; Who’s going to ...? I’ll do that. Can you ...? What page are we on? How long have we got? What are we doing?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Функціональні мовні моделі, мовленнєвий регістр, наголос та інтонація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Talk: It’s my turn.</w:t>
              <w:br/>
              <w:t>SB p. 58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Дотримуватися черговості у грі, давати й розуміти короткі команди, говорити про перемогу / нічию / програш; підтримувати короткий діалог і добирати доречні формули залежно від реакції партнера.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міжкультурна й мовна компетентності: добирає формули відповідно до ситуації, активно слухає, реагує на зміст репліки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повсякденні й навчальні діалоги, визначає комунікативний намір, ставлення мовця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Whose turn is it? It’s my turn. It’s his/her turn. Hurry up! Come on! I won! We’re tied. Sorry, you lost!; Who’s going to ...? I’ll do that. Can you ...? What page are we on? How long have we got? What are we doing?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Everyday English: функціональні мовні моделі та інтонація згоди / незгоди / прохання /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Talk: Who’s going to make notes?</w:t>
              <w:br/>
              <w:t>SB p. 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Описувати групове навчальне завдання, просити когось виконати роль або дію та пропонувати власну допомогу; слухати реакцію партнера / аудиторії й уточнювати, перефразовувати або змінювати пропозицію за потреби.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міжкультурна й мовна компетентності: добирає формули відповідно до ситуації, активно слухає, реагує на зміст репліки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повсякденні й навчальні діалоги, визначає комунікативний намір, ставлення мовця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Whose turn is it? It’s my turn. It’s his/her turn. Hurry up! Come on! I won! We’re tied. Sorry, you lost!; Who’s going to ...? I’ll do that. Can you ...? What page are we on? How long have we got? What are we doing?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School English: функціональні мовні моделі, регістр і чітка інтонація навчальної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Talk Units 1–3: прагматика й розгорнута рольова взаємодія</w:t>
              <w:br/>
              <w:t>SB pp. 58–59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Поєднувати в одній розмові функції «It’s my turn.» і «Who’s going to make notes?», змінювати регістр, реагувати на співрозмовника та підтримувати взаєморозуміння.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міжкультурна й мовна компетентності: добирає формули відповідно до ситуації, активно слухає, реагує на зміст репліки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повсякденні й навчальні діалоги, визначає комунікативний намір, ставлення мовця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Імпровізує довшу рольову взаємодію, комбінує функціональні формули, реагує на неочікувану відповідь і допомагає групі організувати спільну комунікативну дію.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Whose turn is it? It’s my turn. It’s his/her turn. Hurry up! Come on! I won! We’re tied. Sorry, you lost!; Who’s going to ...? I’ll do that. Can you ...? What page are we on? How long have we got? What are we doing?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Функціональна мова, прагматика, мовленнєвий регістр,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Діагностування результатів навчання за Units 1–3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Діагностування результатів навчання за Units 1–3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Демонструвати, що учень / учениця може розуміти й використовувати матеріал Units 1–3 у знайомих і дещо змінених ситуаціях: сприймати інформацію, взаємодіяти, створювати усне та письмове повідомлення.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відповідальність: виконує завдання самостійно, використовує знайомі стратегії, перевіряє роботу й сприймає результат як інформацію для наступного кроку.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усні й письмові повідомлення за темами Units 1–3, визначає основну думку, конкретні деталі, ставлення / логічні зв’язки відповідно до рівня.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Взаємодіє усно, створює зв’язне коротке письмове висловлення та використовує вивчені мовні засоби відповідно до комунікативного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1–3.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Grammar Units 1–3. Формат і конкретний обсяг діагностування визначає вчитель / заклад освіти.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4. Life Out There — Життя у Всесвіті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Life Out There — Життя у Всесвіті</w:t>
              <w:br/>
              <w:t>SB pp. 60–65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Говорити про космос і дослідження всесвіту; обговорювати можливість життя поза землею; висловлювати й обґрунтовувати власну думку;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Природничо-наукова та інформаційно-цифрова компетентності: аналізує реальний контекст, пов’язує тему з власним досвідом, аргументує прості висновки й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Реагує на запитання за фото, формулює 2–4 змістовні репліки про тему й починає використовувати мову, потрібну, щоб говорити про космос і дослідження Всесвіту; обговорювати можливість життя поза Землею; висловлювати й обґрунтовувати власну думку.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atmosphere, comet, data, debate, extraterrestrial, galaxy, journey, orbit, planet, solar system, space, the universe. Стратегія: класифікація слів.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Життя у Всесвіті: розширюємо тематичний словник</w:t>
              <w:br/>
              <w:t>SB pp. 62–63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Точно називати й описувати поняття теми; використовувати Vocabulary 1 у запитаннях, відповідях, порівняннях і коротких поясненнях.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«класифікація слів», контекстні та візуальні опори, групує слова й створює власні приклади.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Vocabulary 1 на слух і в контексті, співвідносить терміни з фото, визначеннями або прикладами.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зв’язних коротких висловленнях, ставить партнерові уточнювальні запитання й за потреби пояснює значення через приклад.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atmosphere, comet, data, debate, extraterrestrial, galaxy, journey, orbit, planet, solar system, space, the universe. Стратегія: класифікація слів.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порівняння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Deep in Outer Space: мова у ритмі</w:t>
              <w:br/>
              <w:t>SB pp. 64–65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й відтворювати англійське мовлення в природному ритмі; помічати знайомі слова й граматичні моделі та переносити їх у власні репліки.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та мовна компетентності: використовує пісню як спільну мовну дію, слухає інших, контролює ритм та інтонацію й упевненіше говорить англійською.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ключову лексику й граматичні моделі в пісні, стежить за змістом, наголосом та інтонацією.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ключові рядки, змінює окремі елементи моделі й використовує її в короткому діалозі або персоналізованому висловленні.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atmosphere, comet, data, debate, extraterrestrial, galaxy, journey, orbit, planet, solar system, space, the universe. Стратегія: класифікація слів.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контекстне використання May and might.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Обговорювати можливості й припущення про космос за допомогою may / might</w:t>
              <w:br/>
              <w:t>SB pp. 66–67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Розуміти значення моделі May and might; обговорювати можливості й припущення про космос за допомогою may / might у керованому й персоналізованому мовленні.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помічає зв’язок між формою, значенням і комунікативною функцією граматичної моделі, перевіряє себе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May and might у коротких репліках, аудіо й вправах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Будує речення й запитання з May and might, персоналізує приклади та пояснює партнерові власний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atmosphere, comet, data, debate, extraterrestrial, galaxy, journey, orbit, planet, solar system, space, the universe. Стратегія: класифікація слів.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May and might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Обговорювати можливості й припущення про космос за допомогою may / might: застосовуємо у взаємодії</w:t>
              <w:br/>
              <w:t>SB pp. 66–67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обговорювати можливості й припущення про космос за допомогою may / might; реагувати на відповідь партнера, уточнювати та передавати отриману інформацію.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підтримує обмін інформацією, слухає партнера, уточнює деталі та використовує граматику для реальної комунікативної мети.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запитання, відповіді й короткі висловлення з May and might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4–6 реплік із May and might, змінює елементи моделі, ставить follow-up question і стисло передає партнерові почуте.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atmosphere, comet, data, debate, extraterrestrial, galaxy, journey, orbit, planet, solar system, space, the universe. Стратегія: класифікація слів.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May and might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Життя у Всесвіті: Vocabulary 2 + Indefinite pronouns</w:t>
              <w:br/>
              <w:t>SB pp. 68–69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додаткову лексику теми; говорити про невизначених людей, місця й речі: someone, anyone, something, anywhere тощо.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Природничо-наукова та інформаційно-цифрова компетентності: застосовує нові слова для змістовного обговорення теми, зіставляє інформацію й робить прості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Indefinite pronouns у діалозі, підписі або прикладі.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відповідях і поясненнях та застосовує Indefinite pronouns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astronaut, communicate, rocket, search, spacecraft, space station. Стратегія: значення слова з контексту.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Indefinite pronouns. Фонетика: /ɒ/ і /ɔː/ у словах rocket / astronaut.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Життя у Всесвіті: уточнюємо й переносимо Vocabulary 2</w:t>
              <w:br/>
              <w:t>SB p. 68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опис, класифікацію, пояснення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«значення слова з контексту»,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реченнях і визначає їхнє значення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й перефразовує слова, складає з ними запитання / речення та пояснює партнерові свій вибір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astronaut, communicate, rocket, search, spacecraft, space station. Стратегія: значення слова з контексту.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новому лексичному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Говорити про невизначених людей, місця й речі: someone, anyone, something, anywhere тощо: застосовуємо</w:t>
              <w:br/>
              <w:t>SB p. 69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говорити про невизначених людей, місця й речі: someone, anyone, something, anywhere тощо; використовувати модель для вирішення короткого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соціальна компетентності: обирає потрібну модель відповідно до наміру, слухає співрозмовника, коригує формулювання й підтримує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Indefinite pronouns у дещо зміненому контексті й визначає зв’язок між частинами висловлення.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4–6 власних прикладів із Indefinite pronouns, використовує їх у мінідіалозі / проблемному завданні та коротко пояснює рішення.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astronaut, communicate, rocket, search, spacecraft, space station. Стратегія: значення слова з контексту.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Indefinite pronouns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Listening for Life — У пошуках сигналів життя</w:t>
              <w:br/>
              <w:t>SB pp. 70–71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Читати пізнавальний текст «Listening for Life», знаходити основну думку й ключові факти; з’ясовувати, як науковці шукають ознаки життя, розрізняти факти й припущення та визначати мету автора.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Інформаційна та природничо-наукова та інформаційно-цифрова компетентності: читає пізнавальний текст, зіставляє його з фото / схемами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 «Listening for Life», знаходить явні й частково імпліцитні деталі та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стисло узагальнює знайдену інформацію, порівнює її з даними партнера й висловлює обґрунтовану коротку думку.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May and might та Indefinite pronouns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Listening for Life: стратегія — визначення мети автора</w:t>
              <w:br/>
              <w:t>SB pp. 70–71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Свідомо застосовувати стратегію «визначення мети автора», знаходити докази в тексті, порівнювати інтерпретації та пояснювати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вчитися: застосовує стратегію «визначення мети автора», перевіряє висновок за текстом і пояснює, який елемент допоміг зрозуміти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логічні зв’язки між частинами тексту й використовує обрану стратегію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наводить текстовий доказ, формулює висновок і за потреби медіює ключову інформацію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академічні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May and might та Indefinite pronouns; мовні засоби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Persuasive Writing + Mission: Be curious</w:t>
              <w:br/>
              <w:t>SB pp. 72–73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особливості жанру «Persuasive Writing»; планувати й створювати власний текст; обговорювати Mission «Бути допитливими».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змістова компетентності: використовує модельний текст як опору, формулює власні думки, добирає факти й пов’язує письмо з реальним контекстом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жанру «Persuasive Writing», визначає його структуру, ключові мовні засоби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зв’язний текст у жанрі «переконувальний текст» з опорою на модель і висловлює 1–2 обґрунтовані думки, пов’язані з місією «Бути допитливими».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й вирази для власного тексту, прикладів і аргументів.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переконувати читача у власній позиції, наводячи аргументи та приклади.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Письмова майстерня: переконувальний текст</w:t>
              <w:br/>
              <w:t>SB p. 72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писати, редагувати й представляти переконувальний текст; переконувати читача у власній позиції, наводячи аргументи та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планує, пише, перечитує й редагує текст, використовує модель / чекліст і взаємний відгук для покращення змісту та форми.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текст, план і приклади цільового письмового прийому; помічає, як організація тексту підтримує його мету.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й редагує зв’язний текст приблизно з 7–10 речень; переконувати читача у власній позиції, наводячи аргументи та приклади; ділиться роботою й уточнює деталі після запитань аудиторії.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мовні засоби для зв’язності, власної позиції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переконувати читача у власній позиції, наводячи аргументи та приклади; редагування, зв’язність і точність.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Mission: Be curious — Бути допитливими</w:t>
              <w:br/>
              <w:t>SB p. 73;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Обговорювати місію «Бути допитливими», наводити релевантні приклади, ставити запитання й реагувати на різні позиції.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природничо-наукова компетентність: ставить дослідницькі запитання, відрізняє припущення від доказу й сприймає невизначеність як частину пізнання.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цитату / відеофрагмент про Kevin Hand і визначає, як приклад National Geographic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пояснює, як можна реалізувати місію «Бути допитливими», ставить партнерові запитання й коректно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обговорення цінностей, дій і наслідків.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контексті; мовні засоби для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Проєкт: модель життя на іншій планеті — плануємо</w:t>
              <w:br/>
              <w:t>SB pp. 74–75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«модель життя на іншій планеті», домовлятися про зміст, послідовність і розподіл ролей; вигадувати організм для умов іншої планети, пояснювати його ознаки й обґрунтовувати, як він міг би виживати.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планує проєкт, розподіляє посильні ролі, добирає інформацію / матеріали, перевіряє джерела й домовляється про критерії результату.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дій, потрібні матеріали / дані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групою, ставить уточнювальні запитання, фіксує ключові дані, пояснює етапи плану й допомагає узгодити різні пропозиції.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дослідження, дій і презентації.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May and might та Indefinite pronouns.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4. Проєкт: модель життя на іншій планеті — створюємо й представляємо</w:t>
              <w:br/>
              <w:t>SB pp. 74–75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й презентувати модель життя на іншій планеті; вигадувати організм для умов іншої планети, пояснювати його ознаки й обґрунтовувати, як він міг би виживати; відповідати на запитання й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інструкції, репліки партнерів і короткі презентації однокласників; виділяє ключову тематичну інформацію та критерії успішної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2–3 запитання, коротко пояснює ключову інформацію й оцінює власний прогрес.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May and might та Indefinite pronouns.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5. Arts Lost and Found — Мистецтво: зберігати й передавати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Arts Lost and Found — Мистецтво: зберігати й передавати</w:t>
              <w:br/>
              <w:t>SB pp. 76–81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Говорити про традиції та спільноти; описувати ремесла й культурні практики; пояснювати, як традиції змінюються та передаються між поколіннями;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громадянська та міжкультурна компетентності: аналізує реальний контекст, пов’язує тему з власним досвідом, аргументує прості висновки й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Реагує на запитання за фото, формулює 2–4 змістовні репліки про тему й починає використовувати мову, потрібну, щоб говорити про традиції та спільноти; описувати ремесла й культурні практики; пояснювати, як традиції змінюються та передаються між поколіннями.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art, community, culture, future, generation, hold on to, language, local, pass down, proud, share, storytelling, tourist, tradition, weave. Стратегія: контекстні підказки.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Мистецтво: зберігати й передавати: розширюємо тематичний словник</w:t>
              <w:br/>
              <w:t>SB pp. 78–79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Точно називати й описувати поняття теми; використовувати Vocabulary 1 у запитаннях, відповідях, порівняннях і коротких поясненнях.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«контекстні підказки», контекстні та візуальні опори, групує слова й створює власні приклади.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Vocabulary 1 на слух і в контексті, співвідносить терміни з фото, визначеннями або прикладами.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зв’язних коротких висловленнях, ставить партнерові уточнювальні запитання й за потреби пояснює значення через приклад.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art, community, culture, future, generation, hold on to, language, local, pass down, proud, share, storytelling, tourist, tradition, weave. Стратегія: контекстні підказки.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порівняння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Keep Your Culture Strong: мова у ритмі</w:t>
              <w:br/>
              <w:t>SB pp. 80–81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й відтворювати англійське мовлення в природному ритмі; помічати знайомі слова й граматичні моделі та переносити їх у власні репліки.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та мовна компетентності: використовує пісню як спільну мовну дію, слухає інших, контролює ритм та інтонацію й упевненіше говорить англійською.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ключову лексику й граматичні моделі в пісні, стежить за змістом, наголосом та інтонацією.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ключові рядки, змінює окремі елементи моделі й використовує її в короткому діалозі або персоналізованому висловленні.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art, community, culture, future, generation, hold on to, language, local, pass down, proud, share, storytelling, tourist, tradition, weave. Стратегія: контекстні підказки.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контекстне використання Gerunds as subjects.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Говорити про заняття й культурні практики, використовуючи gerunds як підмет</w:t>
              <w:br/>
              <w:t>SB pp. 82–83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Розуміти значення моделі Gerunds as subjects; говорити про заняття й культурні практики, використовуючи gerunds як підмет у керованому й персоналізованому мовленні.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помічає зв’язок між формою, значенням і комунікативною функцією граматичної моделі, перевіряє себе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Gerunds as subjects у коротких репліках, аудіо й вправах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Будує речення й запитання з Gerunds as subjects, персоналізує приклади та пояснює партнерові власний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art, community, culture, future, generation, hold on to, language, local, pass down, proud, share, storytelling, tourist, tradition, weave. Стратегія: контекстні підказки.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Gerunds as subjects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79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Говорити про заняття й культурні практики, використовуючи gerunds як підмет: застосовуємо у взаємодії</w:t>
              <w:br/>
              <w:t>SB pp. 82–83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говорити про заняття й культурні практики, використовуючи gerunds як підмет; реагувати на відповідь партнера, уточнювати та передавати отриману інформацію.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підтримує обмін інформацією, слухає партнера, уточнює деталі та використовує граматику для реальної комунікативної мети.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запитання, відповіді й короткі висловлення з Gerunds as subjects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4–6 реплік із Gerunds as subjects, змінює елементи моделі, ставить follow-up question і стисло передає партнерові почуте.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art, community, culture, future, generation, hold on to, language, local, pass down, proud, share, storytelling, tourist, tradition, weave. Стратегія: контекстні підказки.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Gerunds as subjects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Мистецтво: зберігати й передавати: Vocabulary 2 + Gerunds as objects</w:t>
              <w:br/>
              <w:t>SB pp. 84–85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додаткову лексику теми; описувати вподобання, продовження або уникнення діяльності з gerunds після дієслів.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громадянська та міжкультурна компетентності: застосовує нові слова для змістовного обговорення теми, зіставляє інформацію й робить прості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Gerunds as objects у діалозі, підписі або прикладі.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відповідях і поясненнях та застосовує Gerunds as objects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embroidery, handmade, jewellery making, pottery, sculpture. Стратегія: твірні основи слів.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Gerunds as objects. Фонетика: /ʃ/ і /tʃ/ у словах share, tradition / culture, future, sculpture.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Мистецтво: зберігати й передавати: уточнюємо й переносимо Vocabulary 2</w:t>
              <w:br/>
              <w:t>SB p. 84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опис, класифікацію, пояснення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«твірні основи слів»,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реченнях і визначає їхнє значення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й перефразовує слова, складає з ними запитання / речення та пояснює партнерові свій вибір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embroidery, handmade, jewellery making, pottery, sculpture. Стратегія: твірні основи слів.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новому лексичному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Описувати вподобання, продовження або уникнення діяльності з gerunds після дієслів: застосовуємо</w:t>
              <w:br/>
              <w:t>SB p. 85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описувати вподобання, продовження або уникнення діяльності з gerunds після дієслів; використовувати модель для вирішення короткого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соціальна компетентності: обирає потрібну модель відповідно до наміру, слухає співрозмовника, коригує формулювання й підтримує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Gerunds as objects у дещо зміненому контексті й визначає зв’язок між частинами висловлення.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4–6 власних прикладів із Gerunds as objects, використовує їх у мінідіалозі / проблемному завданні та коротко пояснює рішення.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embroidery, handmade, jewellery making, pottery, sculpture. Стратегія: твірні основи слів.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Gerunds as objects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Not Your Grandpa’s Mariachi — Маріачі: традиція й сучасність</w:t>
              <w:br/>
              <w:t>SB pp. 86–87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Читати пізнавальний текст «Not Your Grandpa’s Mariachi», знаходити основну думку й ключові факти; зіставляти традиційне й сучасне mariachi та пояснювати, як культурна традиція зберігається, водночас змінюючись.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Інформаційна та культурна, громадянська та міжкультурна компетентності: читає пізнавальний текст, зіставляє його з фото / схемами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 «Not Your Grandpa’s Mariachi», знаходить явні й частково імпліцитні деталі та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стисло узагальнює знайдену інформацію, порівнює її з даними партнера й висловлює обґрунтовану коротку думку.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Gerunds as subjects та Gerunds as objects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Not Your Grandpa’s Mariachi: стратегія — порівняння й протиставлення</w:t>
              <w:br/>
              <w:t>SB pp. 86–87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Свідомо застосовувати стратегію «порівняння й протиставлення», знаходити докази в тексті, порівнювати інтерпретації та пояснювати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вчитися: застосовує стратегію «порівняння й протиставлення», перевіряє висновок за текстом і пояснює, який елемент допоміг зрозуміти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логічні зв’язки між частинами тексту й використовує обрану стратегію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наводить текстовий доказ, формулює висновок і за потреби медіює ключову інформацію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академічні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Gerunds as subjects та Gerunds as objects; мовні засоби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Blog Entry + Mission: Value your cultural traditions</w:t>
              <w:br/>
              <w:t>SB pp. 88–89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особливості жанру «Blog Entry»; планувати й створювати власний текст; обговорювати Mission «Цінувати свої культурні традиції».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змістова компетентності: використовує модельний текст як опору, формулює власні думки, добирає факти й пов’язує письмо з реальним контекстом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жанру «Blog Entry», визначає його структуру, ключові мовні засоби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зв’язний текст у жанрі «допис у блозі» з опорою на модель і висловлює 1–2 обґрунтовані думки, пов’язані з місією «Цінувати свої культурні традиції».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й вирази для власного тексту, прикладів і аргументів.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писати допис про власні думки й досвід для читача, добираючи особистий і зрозумілий тон.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Письмова майстерня: допис у блозі</w:t>
              <w:br/>
              <w:t>SB p. 88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писати, редагувати й представляти допис у блозі; писати допис про власні думки й досвід для читача, добираючи особистий і зрозумілий тон.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планує, пише, перечитує й редагує текст, використовує модель / чекліст і взаємний відгук для покращення змісту та форми.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текст, план і приклади цільового письмового прийому; помічає, як організація тексту підтримує його мету.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й редагує зв’язний текст приблизно з 7–10 речень; писати допис про власні думки й досвід для читача, добираючи особистий і зрозумілий тон; ділиться роботою й уточнює деталі після запитань аудиторії.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мовні засоби для зв’язності, власної позиції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писати допис про власні думки й досвід для читача, добираючи особистий і зрозумілий тон; редагування, зв’язність і точність.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Mission: Value your cultural traditions — Цінувати свої культурні традиції</w:t>
              <w:br/>
              <w:t>SB p. 89;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Обговорювати місію «Цінувати свої культурні традиції», наводити релевантні приклади, ставити запитання й реагувати на різні позиції.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 й громадянська компетентності: описує культурну практику без стереотипів, помічає зміни в традиціях і пояснює цінність їх відповідального збереження.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цитату / відеофрагмент про Dr Elizabeth Kapu’uwailani Lindsey і визначає, як приклад National Geographic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пояснює, як можна реалізувати місію «Цінувати свої культурні традиції», ставить партнерові запитання й коректно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обговорення цінностей, дій і наслідків.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контексті; мовні засоби для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Проєкт: «музей майбутнього» про культурні традиції — плануємо</w:t>
              <w:br/>
              <w:t>SB pp. 90–91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««музей майбутнього» про культурні традиції», домовлятися про зміст, послідовність і розподіл ролей; відбирати культурні об’єкти / практики, пояснювати їхню цінність і представляти, що варто зберегти для майбутніх поколінь.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планує проєкт, розподіляє посильні ролі, добирає інформацію / матеріали, перевіряє джерела й домовляється про критерії результату.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дій, потрібні матеріали / дані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групою, ставить уточнювальні запитання, фіксує ключові дані, пояснює етапи плану й допомагає узгодити різні пропозиції.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дослідження, дій і презентації.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Gerunds as subjects та Gerunds as objects.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89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5. Проєкт: «музей майбутнього» про культурні традиції — створюємо й представляємо</w:t>
              <w:br/>
              <w:t>SB pp. 90–91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й презентувати «музей майбутнього» про культурні традиції; відбирати культурні об’єкти / практики, пояснювати їхню цінність і представляти, що варто зберегти для майбутніх поколінь; відповідати на запитання й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інструкції, репліки партнерів і короткі презентації однокласників; виділяє ключову тематичну інформацію та критерії успішної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2–3 запитання, коротко пояснює ключову інформацію й оцінює власний прогрес.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Gerunds as subjects та Gerunds as objects.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6. Amazing Plants! — Дивовижні рослини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Amazing Plants! — Дивовижні рослини</w:t>
              <w:br/>
              <w:t>SB pp. 92–97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Описувати рослини; пояснювати, як рослини й тварини допомагають рослинам виживати; порівнювати способи росту та адаптації;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та природничо-наукова компетентності: аналізує реальний контекст, пов’язує тему з власним досвідом, аргументує прості висновки й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Реагує на запитання за фото, формулює 2–4 змістовні репліки про тему й починає використовувати мову, потрібну, щоб описувати рослини; пояснювати, як рослини й тварини допомагають рослинам виживати; порівнювати способи росту та адаптації.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adapt, attract, bacteria, behaviour, digest, ground, leaf, light, roots, stem, stink, strategy, survival, trap, trick. Стратегія: словотвірні сім’ї.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Дивовижні рослини: розширюємо тематичний словник</w:t>
              <w:br/>
              <w:t>SB pp. 94–95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Точно називати й описувати поняття теми; використовувати Vocabulary 1 у запитаннях, відповідях, порівняннях і коротких поясненнях.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«словотвірні сім’ї», контекстні та візуальні опори, групує слова й створює власні приклади.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Vocabulary 1 на слух і в контексті, співвідносить терміни з фото, визначеннями або прикладами.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зв’язних коротких висловленнях, ставить партнерові уточнювальні запитання й за потреби пояснює значення через приклад.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adapt, attract, bacteria, behaviour, digest, ground, leaf, light, roots, stem, stink, strategy, survival, trap, trick. Стратегія: словотвірні сім’ї.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порівняння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Plants Are All Around: мова у ритмі</w:t>
              <w:br/>
              <w:t>SB pp. 96–97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й відтворювати англійське мовлення в природному ритмі; помічати знайомі слова й граматичні моделі та переносити їх у власні репліки.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та мовна компетентності: використовує пісню як спільну мовну дію, слухає інших, контролює ритм та інтонацію й упевненіше говорить англійською.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ключову лексику й граматичні моделі в пісні, стежить за змістом, наголосом та інтонацією.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ключові рядки, змінює окремі елементи моделі й використовує її в короткому діалозі або персоналізованому висловленні.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adapt, attract, bacteria, behaviour, digest, ground, leaf, light, roots, stem, stink, strategy, survival, trap, trick. Стратегія: словотвірні сім’ї.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контекстне використання The passive: Present simple.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Описувати процеси й властивості рослин у passive present simple, коли важлива дія або результат</w:t>
              <w:br/>
              <w:t>SB pp. 98–99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Розуміти значення моделі The passive: Present simple; описувати процеси й властивості рослин у passive present simple, коли важлива дія або результат у керованому й персоналізованому мовленні.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помічає зв’язок між формою, значенням і комунікативною функцією граматичної моделі, перевіряє себе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The passive: Present simple у коротких репліках, аудіо й вправах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Будує речення й запитання з The passive: Present simple, персоналізує приклади та пояснює партнерові власний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adapt, attract, bacteria, behaviour, digest, ground, leaf, light, roots, stem, stink, strategy, survival, trap, trick. Стратегія: словотвірні сім’ї.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The passive: Present simple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Описувати процеси й властивості рослин у passive present simple, коли важлива дія або результат: застосовуємо у взаємодії</w:t>
              <w:br/>
              <w:t>SB pp. 98–99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описувати процеси й властивості рослин у passive present simple, коли важлива дія або результат; реагувати на відповідь партнера, уточнювати та передавати отриману інформацію.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підтримує обмін інформацією, слухає партнера, уточнює деталі та використовує граматику для реальної комунікативної мети.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запитання, відповіді й короткі висловлення з The passive: Present simple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4–6 реплік із The passive: Present simple, змінює елементи моделі, ставить follow-up question і стисло передає партнерові почуте.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adapt, attract, bacteria, behaviour, digest, ground, leaf, light, roots, stem, stink, strategy, survival, trap, trick. Стратегія: словотвірні сім’ї.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The passive: Present simple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Дивовижні рослини: Vocabulary 2 + Relative clauses with that</w:t>
              <w:br/>
              <w:t>SB pp. 100–101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додаткову лексику теми; додавати істотну інформацію про рослину чи її частину за допомогою relative clauses with that.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та природничо-наукова компетентності: застосовує нові слова для змістовного обговорення теми, зіставляє інформацію й робить прості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Relative clauses with that у діалозі, підписі або прикладі.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відповідях і поясненнях та застосовує Relative clauses with that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daisy, petal, rose, thorn, vine. Стратегія: скорочені форми.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Relative clauses with that. Фонетика: /θ/ і /ð/ у словах thorn / those.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Дивовижні рослини: уточнюємо й переносимо Vocabulary 2</w:t>
              <w:br/>
              <w:t>SB p. 100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опис, класифікацію, пояснення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«скорочені форми»,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реченнях і визначає їхнє значення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й перефразовує слова, складає з ними запитання / речення та пояснює партнерові свій вибір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daisy, petal, rose, thorn, vine. Стратегія: скорочені форми.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новому лексичному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Додавати істотну інформацію про рослину чи її частину за допомогою relative clauses with that: застосовуємо</w:t>
              <w:br/>
              <w:t>SB p. 101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додавати істотну інформацію про рослину чи її частину за допомогою relative clauses with that; використовувати модель для вирішення короткого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соціальна компетентності: обирає потрібну модель відповідно до наміру, слухає співрозмовника, коригує формулювання й підтримує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Relative clauses with that у дещо зміненому контексті й визначає зв’язок між частинами висловлення.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4–6 власних прикладів із Relative clauses with that, використовує їх у мінідіалозі / проблемному завданні та коротко пояснює рішення.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daisy, petal, rose, thorn, vine. Стратегія: скорочені форми.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Relative clauses with that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Is That a Plant? — Невже це рослина?</w:t>
              <w:br/>
              <w:t>SB pp. 102–103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Читати пізнавальний текст «Is That a Plant?», знаходити основну думку й ключові факти; зіставляти текст та інформаційну графіку, пояснювати незвичайні стратегії виживання рослин.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Інформаційна та екологічна та природничо-наукова компетентності: читає пізнавальний текст, зіставляє його з фото / схемами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 «Is That a Plant?», знаходить явні й частково імпліцитні деталі та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стисло узагальнює знайдену інформацію, порівнює її з даними партнера й висловлює обґрунтовану коротку думку.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The passive: Present simple та Relative clauses with that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99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Is That a Plant?: стратегія — використання інфографіки для розуміння</w:t>
              <w:br/>
              <w:t>SB pp. 102–103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Свідомо застосовувати стратегію «використання інфографіки для розуміння», знаходити докази в тексті, порівнювати інтерпретації та пояснювати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вчитися: застосовує стратегію «використання інфографіки для розуміння», перевіряє висновок за текстом і пояснює, який елемент допоміг зрозуміти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логічні зв’язки між частинами тексту й використовує обрану стратегію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наводить текстовий доказ, формулює висновок і за потреби медіює ключову інформацію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академічні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The passive: Present simple та Relative clauses with that; мовні засоби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Descriptive Writing + Mission: Value plants</w:t>
              <w:br/>
              <w:t>SB pp. 104–105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особливості жанру «Descriptive Writing»; планувати й створювати власний текст; обговорювати Mission «Цінувати рослини».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змістова компетентності: використовує модельний текст як опору, формулює власні думки, добирає факти й пов’язує письмо з реальним контекстом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жанру «Descriptive Writing», визначає його структуру, ключові мовні засоби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зв’язний текст у жанрі «описовий текст» з опорою на модель і висловлює 1–2 обґрунтовані думки, пов’язані з місією «Цінувати рослини».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й вирази для власного тексту, прикладів і аргументів.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організовано описувати, як об’єкт виглядає і що він робить, рухаючись від загального до деталей.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Письмова майстерня: описовий текст</w:t>
              <w:br/>
              <w:t>SB p. 104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писати, редагувати й представляти описовий текст; організовано описувати, як об’єкт виглядає і що він робить, рухаючись від загального до деталей.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планує, пише, перечитує й редагує текст, використовує модель / чекліст і взаємний відгук для покращення змісту та форми.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текст, план і приклади цільового письмового прийому; помічає, як організація тексту підтримує його мету.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й редагує зв’язний текст приблизно з 7–10 речень; організовано описувати, як об’єкт виглядає і що він робить, рухаючись від загального до деталей; ділиться роботою й уточнює деталі після запитань аудиторії.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мовні засоби для зв’язності, власної позиції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організовано описувати, як об’єкт виглядає і що він робить, рухаючись від загального до деталей; редагування, зв’язність і точність.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Mission: Value plants — Цінувати рослини</w:t>
              <w:br/>
              <w:t>SB p. 105;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Обговорювати місію «Цінувати рослини», наводити релевантні приклади, ставити запитання й реагувати на різні позиції.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безпека та сталий розвиток: пояснює роль рослин у житті людей і екосистем та наводить приклади відповідального ставлення до місцевої природи.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цитату / відеофрагмент про Maria Fadiman і визначає, як приклад National Geographic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пояснює, як можна реалізувати місію «Цінувати рослини», ставить партнерові запитання й коректно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обговорення цінностей, дій і наслідків.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контексті; мовні засоби для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Проєкт: довідник про місцеву рослину — плануємо</w:t>
              <w:br/>
              <w:t>SB pp. 106–107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«довідник про місцеву рослину», домовлятися про зміст, послідовність і розподіл ролей; досліджувати місцеву рослину, описувати її вигляд, середовище, способи виживання й користь та створювати зрозумілий довідник.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планує проєкт, розподіляє посильні ролі, добирає інформацію / матеріали, перевіряє джерела й домовляється про критерії результату.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дій, потрібні матеріали / дані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групою, ставить уточнювальні запитання, фіксує ключові дані, пояснює етапи плану й допомагає узгодити різні пропозиції.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дослідження, дій і презентації.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The passive: Present simple та Relative clauses with that.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6. Проєкт: довідник про місцеву рослину — створюємо й представляємо</w:t>
              <w:br/>
              <w:t>SB pp. 106–107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й презентувати довідник про місцеву рослину; досліджувати місцеву рослину, описувати її вигляд, середовище, способи виживання й користь та створювати зрозумілий довідник; відповідати на запитання й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інструкції, репліки партнерів і короткі презентації однокласників; виділяє ключову тематичну інформацію та критерії успішної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2–3 запитання, коротко пояснює ключову інформацію й оцінює власний прогрес.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The passive: Present simple та Relative clauses with that.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Review Units 4–6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слухаємо, відновлюємо й говоримо</w:t>
              <w:br/>
              <w:t>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Відновлювати ключову лексику й мовні моделі Units {block}; слухати короткі повідомлення, відповідати й підтримувати тематичну взаємодію.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соціальна компетентність: визначає, що вже засвоєно, користується опорами й співпрацює під час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повідомлення, інструкції й запитання з тем блоку та знаходить ключові деталі.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Відповідає, ставить уточнювальні запитання й комбінує мову кількох Units у короткій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читаємо й застосовуємо</w:t>
              <w:br/>
              <w:t>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Читати й опрацьовувати змішаний матеріал Units 4–6; знаходити потрібну інформацію, пояснювати вибір і переносити мову у нові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Інформаційна й навчальна компетентності: добирає стратегію читання, перевіряє відповідь за текстом / візуальною опорою та виправляє помилки.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короткі тексти й завдання з кількох тем, визначає основну інформацію та конкретні деталі.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Пояснює відповідь партнерові, використовує вивчені моделі в новому поєднанні й формулює короткий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інтегруємо лексику та граматику</w:t>
              <w:br/>
              <w:t>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Інтегрувати Vocabulary і Grammar Units 4–6 у мовленнєвих та практичних завданнях; обирати форму відповідно до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компетентність і уміння вчитися: помічає типові труднощі, самостійно перевіряє форму й переносить вивчене в дещо змінений контекст.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змішані завдання з лексикою й граматикою Units блоку та розрізняє комунікативне значення форм.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усні й письмові відповіді, поєднуючи матеріал кількох Units; коротко обґрунтовує мовний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4–6: розгорнута взаємодія й письмо</w:t>
              <w:br/>
              <w:t>SB pp. 108–109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матеріал Units 4–6 у розгорнутішу взаємодію та письмо: порівнювати, пояснювати, аргументувати й реагувати на думку партнера.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мовна й навчальна компетентності: планує висловлення, слухає співрозмовника, дає змістовний відгук і редагує власний текст.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довші запитання, короткі тексти й репліки, у яких поєднано матеріал кількох Units.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зв’язне усне або письмове повідомлення, поєднує лексику й граматику блоку та реагує на уточнення.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4–6.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Extended Reading. Attack of the Extraterrestrial Plants! — Атака позаземних рослин!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109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Attack of the Extraterrestrial Plants! — Атака позаземних рослин!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«Attack of the Extraterrestrial Plants!», знаходити основну думку, ключові факти та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інформаційна й змістова компетентності: читає довший текст, співвідносить факти, візуальні опори та власні знання.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Extended Reading, знаходить явні факти й важливі зв’язки між подіями / ідеями.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запитання, стисло узагальнює один епізод або факт і висловлює обґрунтовану реакцію.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drama, screenplay, scene, fade in, fade out; spacecraft, data, plant, communicate, extraterrestrial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4–6; мовні засоби для оповіді, пояснення й реакції на текст.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Attack of the Extraterrestrial Plants!: science-fiction screenplay / сценарій і стратегія читання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Аналізувати організацію тексту; визначати ознаки science fiction і елементи сценарію; знаходити текстові докази й пояснювати інтерпретацію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вчитися: свідомо використовує текстові ознаки й стратегію читання, перевіряє висновок за текстом і аргументує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визначає ознаки жанру / організації тексту та пояснює, який елемент допоміг зрозуміти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наводить доказ із тексту та формулює короткий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drama, screenplay, scene, fade in, fade out; spacecraft, data, plant, communicate, extraterrestrial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4–6; мовні засоби для оповіді, пояснення й реакції на текст.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Attack of the Extraterrestrial Plants!: Express Yourself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Обирати творчу форму реакції на текст, планувати зміст і перетворювати прочитану інформацію на власний продукт.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Творчість, ініціативність і співпраця: планує продукт, добирає інформацію з тексту й узгоджує роботу з партнером /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умови творчих завдань і добирає з тексту факти, потрібні для власної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постер / інтерв’ю / сценку / презентацію або інший запропонований продукт і пояснює його зв’язок із текстом.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drama, screenplay, scene, fade in, fade out; spacecraft, data, plant, communicate, extraterrestrial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4–6; мовні засоби для оповіді, пояснення й реакції на текст.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Attack of the Extraterrestrial Plants!: представляємо й даємо відгук</w:t>
              <w:br/>
              <w:t>SB pp. 110–111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Представляти творчу роботу, слухати інших, ставити уточнювальні запитання й давати конкретний доброзичливий відгук.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презентує результат, відповідає на запитання, порівнює різні інтерпретації та використовує ввічливі формули зворотного зв’язку.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презентації / сценки однокласників, визначає основну ідею й помічає, які факти з тексту використано.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Презентує роботу, відповідає на 2–3 запитання та формулює щонайменше один змістовний позитивний коментар до роботи іншої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drama, screenplay, scene, fade in, fade out; spacecraft, data, plant, communicate, extraterrestrial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4–6; мовні засоби для оповіді, пояснення й реакції на текст.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Let’s Talk Units 4–6 — Can I borrow your bike, please? / It could work.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Talk Units 4–6: Can I borrow your bike, please? / It could work.</w:t>
              <w:br/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Формулювати неформальне прохання, ввічливо відмовляти / пояснювати причину та показувати розуміння, приймаючи відповідь «ні»; пропонувати ідею, погоджуватися або ввічливо не погоджуватися та відповідати зустрічною пропозицією.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міжкультурна й мовна компетентності: добирає формули відповідно до ситуації, активно слухає, реагує на зміст репліки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повсякденні й навчальні діалоги, визначає комунікативний намір, ставлення мовця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Can I borrow ...? Can you lend me ...? Is it OK if I use ...? I’m really sorry, but ... That’s OK. I understand. No problem.; I think we should ... Why don’t we ...? What if we ...? That’s a good idea. Yes, but ... Actually, that could work. That might work.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Функціональні мовні моделі, мовленнєвий регістр, наголос та інтонація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Talk: Can I borrow your bike, please?</w:t>
              <w:br/>
              <w:t>SB p. 112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Формулювати неформальне прохання, ввічливо відмовляти / пояснювати причину та показувати розуміння, приймаючи відповідь «ні»; підтримувати короткий діалог і добирати доречні формули залежно від реакції партнера.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міжкультурна й мовна компетентності: добирає формули відповідно до ситуації, активно слухає, реагує на зміст репліки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повсякденні й навчальні діалоги, визначає комунікативний намір, ставлення мовця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Can I borrow ...? Can you lend me ...? Is it OK if I use ...? I’m really sorry, but ... That’s OK. I understand. No problem.; I think we should ... Why don’t we ...? What if we ...? That’s a good idea. Yes, but ... Actually, that could work. That might work.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Everyday English: функціональні мовні моделі та інтонація згоди / незгоди / прохання /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Talk: It could work.</w:t>
              <w:br/>
              <w:t>SB p. 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Пропонувати ідею, погоджуватися або ввічливо не погоджуватися та відповідати зустрічною пропозицією; слухати реакцію партнера / аудиторії й уточнювати, перефразовувати або змінювати пропозицію за потреби.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міжкультурна й мовна компетентності: добирає формули відповідно до ситуації, активно слухає, реагує на зміст репліки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повсякденні й навчальні діалоги, визначає комунікативний намір, ставлення мовця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Can I borrow ...? Can you lend me ...? Is it OK if I use ...? I’m really sorry, but ... That’s OK. I understand. No problem.; I think we should ... Why don’t we ...? What if we ...? That’s a good idea. Yes, but ... Actually, that could work. That might work.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School English: функціональні мовні моделі, регістр і чітка інтонація навчальної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Talk Units 4–6: прагматика й розгорнута рольова взаємодія</w:t>
              <w:br/>
              <w:t>SB pp. 112–113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Поєднувати в одній розмові функції «Can I borrow your bike, please?» і «It could work.», змінювати регістр, реагувати на співрозмовника та підтримувати взаєморозуміння.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міжкультурна й мовна компетентності: добирає формули відповідно до ситуації, активно слухає, реагує на зміст репліки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повсякденні й навчальні діалоги, визначає комунікативний намір, ставлення мовця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Імпровізує довшу рольову взаємодію, комбінує функціональні формули, реагує на неочікувану відповідь і допомагає групі організувати спільну комунікативну дію.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Can I borrow ...? Can you lend me ...? Is it OK if I use ...? I’m really sorry, but ... That’s OK. I understand. No problem.; I think we should ... Why don’t we ...? What if we ...? That’s a good idea. Yes, but ... Actually, that could work. That might work.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Функціональна мова, прагматика, мовленнєвий регістр,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Діагностування результатів навчання за Units 4–6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Діагностування результатів навчання за Units 4–6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Демонструвати, що учень / учениця може розуміти й використовувати матеріал Units 4–6 у знайомих і дещо змінених ситуаціях: сприймати інформацію, взаємодіяти, створювати усне та письмове повідомлення.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відповідальність: виконує завдання самостійно, використовує знайомі стратегії, перевіряє роботу й сприймає результат як інформацію для наступного кроку.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усні й письмові повідомлення за темами Units 4–6, визначає основну думку, конкретні деталі, ставлення / логічні зв’язки відповідно до рівня.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Взаємодіє усно, створює зв’язне коротке письмове висловлення та використовує вивчені мовні засоби відповідно до комунікативного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4–6.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Grammar Units 4–6. Формат і конкретний обсяг діагностування визначає вчитель / заклад освіти.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7. Volcanoes — Вулкани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Volcanoes — Вулкани</w:t>
              <w:br/>
              <w:t>SB pp. 114–119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Обговорювати вулкани; описувати процес виверження; робити прогнози та пояснювати причини й наслідки природних явищ;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 та природничо-наукова компетентність: аналізує реальний контекст, пов’язує тему з власним досвідом, аргументує прості висновки й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Реагує на запитання за фото, формулює 2–4 змістовні репліки про тему й починає використовувати мову, потрібну, щоб обговорювати вулкани; описувати процес виверження; робити прогнози та пояснювати причини й наслідки природних явищ.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ash, calm, cover, crack, create, deep, erupt, explode, gas, heat, inside, melt, molten rock, steam, surface, thick, volcano. Стратегія: багатозначні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119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Вулкани: розширюємо тематичний словник</w:t>
              <w:br/>
              <w:t>SB pp. 116–117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Точно називати й описувати поняття теми; використовувати Vocabulary 1 у запитаннях, відповідях, порівняннях і коротких поясненнях.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«багатозначні слова», контекстні та візуальні опори, групує слова й створює власні приклади.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Vocabulary 1 на слух і в контексті, співвідносить терміни з фото, визначеннями або прикладами.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зв’язних коротких висловленнях, ставить партнерові уточнювальні запитання й за потреби пояснює значення через приклад.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ash, calm, cover, crack, create, deep, erupt, explode, gas, heat, inside, melt, molten rock, steam, surface, thick, volcano. Стратегія: багатозначні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порівняння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Volcanoes Are a Lot Like Me: мова у ритмі</w:t>
              <w:br/>
              <w:t>SB pp. 118–119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й відтворювати англійське мовлення в природному ритмі; помічати знайомі слова й граматичні моделі та переносити їх у власні репліки.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та мовна компетентності: використовує пісню як спільну мовну дію, слухає інших, контролює ритм та інтонацію й упевненіше говорить англійською.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ключову лексику й граматичні моделі в пісні, стежить за змістом, наголосом та інтонацією.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ключові рядки, змінює окремі елементи моделі й використовує її в короткому діалозі або персоналізованому висловленні.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ash, calm, cover, crack, create, deep, erupt, explode, gas, heat, inside, melt, molten rock, steam, surface, thick, volcano. Стратегія: багатозначні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контекстне використання First conditional.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Робити реалістичні прогнози про майбутні наслідки за допомогою first conditional</w:t>
              <w:br/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Розуміти значення моделі First conditional; робити реалістичні прогнози про майбутні наслідки за допомогою first conditional у керованому й персоналізованому мовленні.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помічає зв’язок між формою, значенням і комунікативною функцією граматичної моделі, перевіряє себе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First conditional у коротких репліках, аудіо й вправах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Будує речення й запитання з First conditional, персоналізує приклади та пояснює партнерові власний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ash, calm, cover, crack, create, deep, erupt, explode, gas, heat, inside, melt, molten rock, steam, surface, thick, volcano. Стратегія: багатозначні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First conditional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Робити реалістичні прогнози про майбутні наслідки за допомогою first conditional: застосовуємо у взаємодії</w:t>
              <w:br/>
              <w:t>SB pp. 120–121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робити реалістичні прогнози про майбутні наслідки за допомогою first conditional; реагувати на відповідь партнера, уточнювати та передавати отриману інформацію.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підтримує обмін інформацією, слухає партнера, уточнює деталі та використовує граматику для реальної комунікативної мети.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запитання, відповіді й короткі висловлення з First conditional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4–6 реплік із First conditional, змінює елементи моделі, ставить follow-up question і стисло передає партнерові почуте.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ash, calm, cover, crack, create, deep, erupt, explode, gas, heat, inside, melt, molten rock, steam, surface, thick, volcano. Стратегія: багатозначні слова.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First conditional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Вулкани: Vocabulary 2 + Because of ...</w:t>
              <w:br/>
              <w:t>SB pp. 122–123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додаткову лексику теми; пояснювати причину події або зміни за допомогою because of + noun phrase.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Здоров’я і безпека та природничо-наукова компетентність: застосовує нові слова для змістовного обговорення теми, зіставляє інформацію й робить прості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Because of ... у діалозі, підписі або прикладі.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відповідях і поясненнях та застосовує Because of ...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active, cone, crater, dormant, extinct. Стратегія: суфікси.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Because of .... Фонетика: сполучення /ŋk/ і /ŋg/ у словах на кшталт pink / angry.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Вулкани: уточнюємо й переносимо Vocabulary 2</w:t>
              <w:br/>
              <w:t>SB p. 122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опис, класифікацію, пояснення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«суфікси»,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реченнях і визначає їхнє значення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й перефразовує слова, складає з ними запитання / речення та пояснює партнерові свій вибір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active, cone, crater, dormant, extinct. Стратегія: суфікси.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новому лексичному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Пояснювати причину події або зміни за допомогою because of + noun phrase: застосовуємо</w:t>
              <w:br/>
              <w:t>SB p. 123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пояснювати причину події або зміни за допомогою because of + noun phrase; використовувати модель для вирішення короткого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соціальна компетентності: обирає потрібну модель відповідно до наміру, слухає співрозмовника, коригує формулювання й підтримує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Because of ... у дещо зміненому контексті й визначає зв’язок між частинами висловлення.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4–6 власних прикладів із Because of ..., використовує їх у мінідіалозі / проблемному завданні та коротко пояснює рішення.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active, cone, crater, dormant, extinct. Стратегія: суфікси.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Because of ...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Active Volcanoes — Активні вулкани</w:t>
              <w:br/>
              <w:t>SB pp. 124–125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Читати пізнавальний текст «Active Volcanoes», знаходити основну думку й ключові факти; знаходити факти про активні вулкани, співвідносити дані з фото / схемами й пояснювати ознаки активності.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Інформаційна та здоров’я і безпека та природничо-наукова компетентність: читає пізнавальний текст, зіставляє його з фото / схемами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 «Active Volcanoes», знаходить явні й частково імпліцитні деталі та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стисло узагальнює знайдену інформацію, порівнює її з даними партнера й висловлює обґрунтовану коротку думку.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First conditional та Because of ...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Active Volcanoes: стратегія — пошук конкретної інформації в тексті (scanning)</w:t>
              <w:br/>
              <w:t>SB pp. 124–125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Свідомо застосовувати стратегію «пошук конкретної інформації в тексті (scanning)», знаходити докази в тексті, порівнювати інтерпретації та пояснювати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вчитися: застосовує стратегію «пошук конкретної інформації в тексті (scanning)», перевіряє висновок за текстом і пояснює, який елемент допоміг зрозуміти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логічні зв’язки між частинами тексту й використовує обрану стратегію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наводить текстовий доказ, формулює висновок і за потреби медіює ключову інформацію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академічні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First conditional та Because of ...; мовні засоби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Process Description + Mission: Help in a disaster</w:t>
              <w:br/>
              <w:t>SB pp. 126–127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особливості жанру «Process Description»; планувати й створювати власний текст; обговорювати Mission «Допомагати під час стихійного лиха».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змістова компетентності: використовує модельний текст як опору, формулює власні думки, добирає факти й пов’язує письмо з реальним контекстом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жанру «Process Description», визначає його структуру, ключові мовні засоби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зв’язний текст у жанрі «опис процесу» з опорою на модель і висловлює 1–2 обґрунтовані думки, пов’язані з місією «Допомагати під час стихійного лиха».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й вирази для власного тексту, прикладів і аргументів.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пояснювати процес як послідовність етапів і використовувати логічні часові зв’язки.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129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Письмова майстерня: опис процесу</w:t>
              <w:br/>
              <w:t>SB p. 126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писати, редагувати й представляти опис процесу; пояснювати процес як послідовність етапів і використовувати логічні часові зв’язки.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планує, пише, перечитує й редагує текст, використовує модель / чекліст і взаємний відгук для покращення змісту та форми.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текст, план і приклади цільового письмового прийому; помічає, як організація тексту підтримує його мету.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й редагує зв’язний текст приблизно з 7–10 речень; пояснювати процес як послідовність етапів і використовувати логічні часові зв’язки; ділиться роботою й уточнює деталі після запитань аудиторії.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мовні засоби для зв’язності, власної позиції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пояснювати процес як послідовність етапів і використовувати логічні часові зв’язки; редагування, зв’язність і точність.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Mission: Help in a disaster — Допомагати під час стихійного лиха</w:t>
              <w:br/>
              <w:t>SB p. 127;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Обговорювати місію «Допомагати під час стихійного лиха», наводити релевантні приклади, ставити запитання й реагувати на різні позиції.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 відповідальність і здоров’я та безпека: пояснює, як інформація й координація допомагають людям під час лиха, та пропонує посильні безпечні дії.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цитату / відеофрагмент про Patrick Meier і визначає, як приклад National Geographic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пояснює, як можна реалізувати місію «Допомагати під час стихійного лиха», ставить партнерові запитання й коректно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обговорення цінностей, дій і наслідків.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контексті; мовні засоби для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Проєкт: модель вулкана — плануємо</w:t>
              <w:br/>
              <w:t>SB pp. 128–129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«модель вулкана», домовлятися про зміст, послідовність і розподіл ролей; створювати модель вулкана, пояснювати її частини та демонструвати послідовність виверження.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планує проєкт, розподіляє посильні ролі, добирає інформацію / матеріали, перевіряє джерела й домовляється про критерії результату.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дій, потрібні матеріали / дані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групою, ставить уточнювальні запитання, фіксує ключові дані, пояснює етапи плану й допомагає узгодити різні пропозиції.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дослідження, дій і презентації.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First conditional та Because of ....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7. Проєкт: модель вулкана — створюємо й представляємо</w:t>
              <w:br/>
              <w:t>SB pp. 128–129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й презентувати модель вулкана; створювати модель вулкана, пояснювати її частини та демонструвати послідовність виверження; відповідати на запитання й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інструкції, репліки партнерів і короткі презентації однокласників; виділяє ключову тематичну інформацію та критерії успішної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2–3 запитання, коротко пояснює ключову інформацію й оцінює власний прогрес.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First conditional та Because of ....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8. Reduce, Reuse, Recycle — Зменшуй, використовуй повторно, переробляй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Reduce, Reuse, Recycle — Зменшуй, використовуй повторно, переробляй</w:t>
              <w:br/>
              <w:t>SB pp. 130–135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Обговорювати важливість зменшення відходів, повторного використання й перероблення; аналізувати мистецтво з перероблених матеріалів; пропонувати дії для довкілля;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безпека та сталий розвиток і громадянська компетентність: аналізує реальний контекст, пов’язує тему з власним досвідом, аргументує прості висновки й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Реагує на запитання за фото, формулює 2–4 змістовні репліки про тему й починає використовувати мову, потрібну, щоб обговорювати важливість зменшення відходів, повторного використання й перероблення; аналізувати мистецтво з перероблених матеріалів; пропонувати дії для довкілля.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build, conserve, design, energy-efficient, environment, junk, landfill site, man-made, natural, recycle, reduce, renewable, reuse, rubbish, throw away. Стратегія: префікс re-.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Зменшуй, використовуй повторно, переробляй: розширюємо тематичний словник</w:t>
              <w:br/>
              <w:t>SB pp. 132–133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Точно називати й описувати поняття теми; використовувати Vocabulary 1 у запитаннях, відповідях, порівняннях і коротких поясненнях.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«префікс re-», контекстні та візуальні опори, групує слова й створює власні приклади.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Vocabulary 1 на слух і в контексті, співвідносить терміни з фото, визначеннями або прикладами.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зв’язних коротких висловленнях, ставить партнерові уточнювальні запитання й за потреби пояснює значення через приклад.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build, conserve, design, energy-efficient, environment, junk, landfill site, man-made, natural, recycle, reduce, renewable, reuse, rubbish, throw away. Стратегія: префікс re-.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порівняння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The Three Rs: мова у ритмі</w:t>
              <w:br/>
              <w:t>SB pp. 134–135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й відтворювати англійське мовлення в природному ритмі; помічати знайомі слова й граматичні моделі та переносити їх у власні репліки.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та мовна компетентності: використовує пісню як спільну мовну дію, слухає інших, контролює ритм та інтонацію й упевненіше говорить англійською.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ключову лексику й граматичні моделі в пісні, стежить за змістом, наголосом та інтонацією.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ключові рядки, змінює окремі елементи моделі й використовує її в короткому діалозі або персоналізованому висловленні.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build, conserve, design, energy-efficient, environment, junk, landfill site, man-made, natural, recycle, reduce, renewable, reuse, rubbish, throw away. Стратегія: префікс re-.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контекстне використання Passive with modals (present simple).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Говорити про те, що може / повинно бути зроблено з матеріалами й відходами, використовуючи passive with modals</w:t>
              <w:br/>
              <w:t>SB pp. 136–137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Розуміти значення моделі Passive with modals (present simple); говорити про те, що може / повинно бути зроблено з матеріалами й відходами, використовуючи passive with modals у керованому й персоналізованому мовленні.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помічає зв’язок між формою, значенням і комунікативною функцією граматичної моделі, перевіряє себе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Passive with modals (present simple) у коротких репліках, аудіо й вправах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Будує речення й запитання з Passive with modals (present simple), персоналізує приклади та пояснює партнерові власний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build, conserve, design, energy-efficient, environment, junk, landfill site, man-made, natural, recycle, reduce, renewable, reuse, rubbish, throw away. Стратегія: префікс re-.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Passive with modals (present simple)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Говорити про те, що може / повинно бути зроблено з матеріалами й відходами, використовуючи passive with modals: застосовуємо у взаємодії</w:t>
              <w:br/>
              <w:t>SB pp. 136–137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говорити про те, що може / повинно бути зроблено з матеріалами й відходами, використовуючи passive with modals; реагувати на відповідь партнера, уточнювати та передавати отриману інформацію.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підтримує обмін інформацією, слухає партнера, уточнює деталі та використовує граматику для реальної комунікативної мети.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запитання, відповіді й короткі висловлення з Passive with modals (present simple)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4–6 реплік із Passive with modals (present simple), змінює елементи моделі, ставить follow-up question і стисло передає партнерові почуте.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build, conserve, design, energy-efficient, environment, junk, landfill site, man-made, natural, recycle, reduce, renewable, reuse, rubbish, throw away. Стратегія: префікс re-.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Passive with modals (present simple)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Зменшуй, використовуй повторно, переробляй: Vocabulary 2 + Clauses with when</w:t>
              <w:br/>
              <w:t>SB pp. 138–139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додаткову лексику теми; пояснювати, що відбувається або що слід робити в певній ситуації, за допомогою clauses with when.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безпека та сталий розвиток і громадянська компетентність: застосовує нові слова для змістовного обговорення теми, зіставляє інформацію й робить прості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Clauses with when у діалозі, підписі або прикладі.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відповідях і поясненнях та застосовує Clauses with when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cardboard, chemicals, glass, metal, tools. Стратегія: вираження мети.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Clauses with when. Фонетика: кінцеве сполучення /əl/ у словах metal, natural, recycle, renewable.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139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Зменшуй, використовуй повторно, переробляй: уточнюємо й переносимо Vocabulary 2</w:t>
              <w:br/>
              <w:t>SB p. 138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опис, класифікацію, пояснення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«вираження мети»,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реченнях і визначає їхнє значення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й перефразовує слова, складає з ними запитання / речення та пояснює партнерові свій вибір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cardboard, chemicals, glass, metal, tools. Стратегія: вираження мети.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новому лексичному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Пояснювати, що відбувається або що слід робити в певній ситуації, за допомогою clauses with when: застосовуємо</w:t>
              <w:br/>
              <w:t>SB p. 139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пояснювати, що відбувається або що слід робити в певній ситуації, за допомогою clauses with when; використовувати модель для вирішення короткого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соціальна компетентності: обирає потрібну модель відповідно до наміру, слухає співрозмовника, коригує формулювання й підтримує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Clauses with when у дещо зміненому контексті й визначає зв’язок між частинами висловлення.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4–6 власних прикладів із Clauses with when, використовує їх у мінідіалозі / проблемному завданні та коротко пояснює рішення.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cardboard, chemicals, glass, metal, tools. Стратегія: вираження мети.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Clauses with when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Found Art — Мистецтво зі знайдених речей</w:t>
              <w:br/>
              <w:t>SB pp. 140–141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Читати пізнавальний текст «Found Art», знаходити основну думку й ключові факти; визначати, чому митці працюють із знайденими матеріалами, відрізняти опис від переконування й оцінювати екологічну ідею твору.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Інформаційна та екологічна безпека та сталий розвиток і громадянська компетентність: читає пізнавальний текст, зіставляє його з фото / схемами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 «Found Art», знаходить явні й частково імпліцитні деталі та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стисло узагальнює знайдену інформацію, порівнює її з даними партнера й висловлює обґрунтовану коротку думку.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Passive with modals (present simple) та Clauses with when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Found Art: стратегія — визначення мети автора</w:t>
              <w:br/>
              <w:t>SB pp. 140–141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Свідомо застосовувати стратегію «визначення мети автора», знаходити докази в тексті, порівнювати інтерпретації та пояснювати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вчитися: застосовує стратегію «визначення мети автора», перевіряє висновок за текстом і пояснює, який елемент допоміг зрозуміти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логічні зв’язки між частинами тексту й використовує обрану стратегію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наводить текстовий доказ, формулює висновок і за потреби медіює ключову інформацію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академічні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Passive with modals (present simple) та Clauses with when; мовні засоби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Biography + Mission: Help reduce our human footprint</w:t>
              <w:br/>
              <w:t>SB pp. 142–143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особливості жанру «Biography»; планувати й створювати власний текст; обговорювати Mission «Зменшувати свій екологічний слід».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змістова компетентності: використовує модельний текст як опору, формулює власні думки, добирає факти й пов’язує письмо з реальним контекстом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жанру «Biography», визначає його структуру, ключові мовні засоби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зв’язний текст у жанрі «біографія» з опорою на модель і висловлює 1–2 обґрунтовані думки, пов’язані з місією «Зменшувати свій екологічний слід».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й вирази для власного тексту, прикладів і аргументів.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писати про життя й роботу людини, добираючи ключові факти та організовуючи їх у зрозумілій послідовності.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Письмова майстерня: біографія</w:t>
              <w:br/>
              <w:t>SB p. 142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писати, редагувати й представляти біографія; писати про життя й роботу людини, добираючи ключові факти та організовуючи їх у зрозумілій послідовності.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планує, пише, перечитує й редагує текст, використовує модель / чекліст і взаємний відгук для покращення змісту та форми.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текст, план і приклади цільового письмового прийому; помічає, як організація тексту підтримує його мету.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й редагує зв’язний текст приблизно з 7–10 речень; писати про життя й роботу людини, добираючи ключові факти та організовуючи їх у зрозумілій послідовності; ділиться роботою й уточнює деталі після запитань аудиторії.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мовні засоби для зв’язності, власної позиції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писати про життя й роботу людини, добираючи ключові факти та організовуючи їх у зрозумілій послідовності; редагування, зв’язність і точність.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Mission: Help reduce our human footprint — Зменшувати свій екологічний слід</w:t>
              <w:br/>
              <w:t>SB p. 143;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Обговорювати місію «Зменшувати свій екологічний слід», наводити релевантні приклади, ставити запитання й реагувати на різні позиції.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Екологічна безпека та сталий розвиток: аналізує власні щоденні дії та пропонує реалістичні способи зменшувати споживання ресурсів і кількість відходів.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цитату / відеофрагмент про Alexandra Cousteau і визначає, як приклад National Geographic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пояснює, як можна реалізувати місію «Зменшувати свій екологічний слід», ставить партнерові запитання й коректно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обговорення цінностей, дій і наслідків.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контексті; мовні засоби для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Проєкт: мистецький об’єкт із повторно використаних матеріалів — плануємо</w:t>
              <w:br/>
              <w:t>SB pp. 144–145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«мистецький об’єкт із повторно використаних матеріалів», домовлятися про зміст, послідовність і розподіл ролей; переосмислювати відходи як матеріал, планувати виріб і пояснювати екологічний сенс власного рішення.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планує проєкт, розподіляє посильні ролі, добирає інформацію / матеріали, перевіряє джерела й домовляється про критерії результату.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дій, потрібні матеріали / дані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групою, ставить уточнювальні запитання, фіксує ключові дані, пояснює етапи плану й допомагає узгодити різні пропозиції.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дослідження, дій і презентації.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Passive with modals (present simple) та Clauses with when.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8. Проєкт: мистецький об’єкт із повторно використаних матеріалів — створюємо й представляємо</w:t>
              <w:br/>
              <w:t>SB pp. 144–145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й презентувати мистецький об’єкт із повторно використаних матеріалів; переосмислювати відходи як матеріал, планувати виріб і пояснювати екологічний сенс власного рішення; відповідати на запитання й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інструкції, репліки партнерів і короткі презентації однокласників; виділяє ключову тематичну інформацію та критерії успішної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2–3 запитання, коротко пояснює ключову інформацію й оцінює власний прогрес.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Passive with modals (present simple) та Clauses with when.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Unit 9. Wonderful Holidays! — Чудові канікули й подорожі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Wonderful Holidays! — Чудові канікули й подорожі</w:t>
              <w:br/>
              <w:t>SB pp. 146–151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Говорити про місця й види відпочинку; обговорювати, що робив би учень у різних ситуаціях; висловлювати вподобання та аргументувати вибір; реагувати на запитання за фото й пов’язувати тему з власним досвідом.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та громадянська компетентності: аналізує реальний контекст, пов’язує тему з власним досвідом, аргументує прості висновки й коректно взаємодіє з іншими.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коротких аудіофрагментів, підписів і візуальних опор; упізнає ключову лексику теми та повторювані моделі у пісні.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Реагує на запитання за фото, формулює 2–4 змістовні репліки про тему й починає використовувати мову, потрібну, щоб говорити про місця й види відпочинку; обговорювати, що робив би учень у різних ситуаціях; висловлювати вподобання та аргументувати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beach, camping, guide, hike, hotel, photo safari, relax, ruins, tent, theme park, ticket, tour, water park, wildlife. Стратегія: робота з тезаурусом.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Мовні моделі Unit Opener; ритм, наголос та інтонація пісні.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149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Чудові канікули й подорожі: розширюємо тематичний словник</w:t>
              <w:br/>
              <w:t>SB pp. 148–149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Точно називати й описувати поняття теми; використовувати Vocabulary 1 у запитаннях, відповідях, порівняннях і коротких поясненнях.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«робота з тезаурусом», контекстні та візуальні опори, групує слова й створює власні приклади.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Розрізняє Vocabulary 1 на слух і в контексті, співвідносить терміни з фото, визначеннями або прикладами.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нові слова у зв’язних коротких висловленнях, ставить партнерові уточнювальні запитання й за потреби пояснює значення через приклад.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beach, camping, guide, hike, hotel, photo safari, relax, ruins, tent, theme park, ticket, tour, water park, wildlife. Стратегія: робота з тезаурусом.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знайомих мовних моделей для опису, порівняння й пояснення.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If I Went on Holiday: мова у ритмі</w:t>
              <w:br/>
              <w:t>SB pp. 150–151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Сприймати й відтворювати англійське мовлення в природному ритмі; помічати знайомі слова й граматичні моделі та переносити їх у власні репліки.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та мовна компетентності: використовує пісню як спільну мовну дію, слухає інших, контролює ритм та інтонацію й упевненіше говорить англійською.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Упізнає ключову лексику й граматичні моделі в пісні, стежить за змістом, наголосом та інтонацією.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Відтворює ключові рядки, змінює окремі елементи моделі й використовує її в короткому діалозі або персоналізованому висловленні.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beach, camping, guide, hike, hotel, photo safari, relax, ruins, tent, theme park, ticket, tour, water park, wildlife. Стратегія: робота з тезаурусом.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Ритм, наголос та інтонація; контекстне використання Second conditional.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Обговорювати уявні ситуації й бажані варіанти відпочинку за допомогою second conditional</w:t>
              <w:br/>
              <w:t>SB pp. 152–153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Розуміти значення моделі Second conditional; обговорювати уявні ситуації й бажані варіанти відпочинку за допомогою second conditional у керованому й персоналізованому мовленні.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помічає зв’язок між формою, значенням і комунікативною функцією граматичної моделі, перевіряє себе за зразком.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Second conditional у коротких репліках, аудіо й вправах та визначає, яку інформацію передає форма.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Будує речення й запитання з Second conditional, персоналізує приклади та пояснює партнерові власний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beach, camping, guide, hike, hotel, photo safari, relax, ruins, tent, theme park, ticket, tour, water park, wildlife. Стратегія: робота з тезаурусом.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Second conditional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Обговорювати уявні ситуації й бажані варіанти відпочинку за допомогою second conditional: застосовуємо у взаємодії</w:t>
              <w:br/>
              <w:t>SB pp. 152–153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обговорювати уявні ситуації й бажані варіанти відпочинку за допомогою second conditional; реагувати на відповідь партнера, уточнювати та передавати отриману інформацію.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підтримує обмін інформацією, слухає партнера, уточнює деталі та використовує граматику для реальної комунікативної мети.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запитання, відповіді й короткі висловлення з Second conditional без постійної опори на переклад.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Підтримує 4–6 реплік із Second conditional, змінює елементи моделі, ставить follow-up question і стисло передає партнерові почуте.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beach, camping, guide, hike, hotel, photo safari, relax, ruins, tent, theme park, ticket, tour, water park, wildlife. Стратегія: робота з тезаурусом.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Second conditional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Чудові канікули й подорожі: Vocabulary 2 + Would rather</w:t>
              <w:br/>
              <w:t>SB pp. 154–155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Активно використовувати додаткову лексику теми; порівнювати варіанти й висловлювати перевагу за допомогою would rather.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Культурна, соціальна та громадянська компетентності: застосовує нові слова для змістовного обговорення теми, зіставляє інформацію й робить прості висновки.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Розпізнає Vocabulary 2 на слух і в короткому контексті; розуміє Would rather у діалозі, підписі або прикладі.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Використовує Vocabulary 2 у відповідях і поясненнях та застосовує Would rather у керованій парній або груповій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airport, passport, souvenir, suitcase, sunglasses. Стратегія: антоніми й синоніми.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Would rather. Фонетика: /ɔː/ і /oʊ/ у словах passport, airport, water / hotel, photo.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Чудові канікули й подорожі: уточнюємо й переносимо Vocabulary 2</w:t>
              <w:br/>
              <w:t>SB p. 154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Групувати, уточнювати й активніше використовувати Vocabulary 2; переносити слова у власний опис, класифікацію, пояснення або практичну ситуацію.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впродовж життя: застосовує стратегію «антоніми й синоніми», створює власні приклади й використовує зворотний зв’язок для самоперевірки.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нові слова в реченнях і визначає їхнє значення за контекстом, зображенням або словесним описом.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Класифікує й перефразовує слова, складає з ними запитання / речення та пояснює партнерові свій вибір англійською.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airport, passport, souvenir, suitcase, sunglasses. Стратегія: антоніми й синоніми.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новому лексичному контексті.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Порівнювати варіанти й висловлювати перевагу за допомогою would rather: застосовуємо</w:t>
              <w:br/>
              <w:t>SB p. 155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Самостійніше порівнювати варіанти й висловлювати перевагу за допомогою would rather; використовувати модель для вирішення короткого комунікативного завдання.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соціальна компетентності: обирає потрібну модель відповідно до наміру, слухає співрозмовника, коригує формулювання й підтримує взаєморозуміння.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Would rather у дещо зміненому контексті й визначає зв’язок між частинами висловлення.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4–6 власних прикладів із Would rather, використовує їх у мінідіалозі / проблемному завданні та коротко пояснює рішення.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airport, passport, souvenir, suitcase, sunglasses. Стратегія: антоніми й синоніми.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Would rather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Treehouse Holiday — Відпочинок у будиночку на дереві</w:t>
              <w:br/>
              <w:t>SB pp. 156–157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Читати пізнавальний текст «Treehouse Holiday», знаходити основну думку й ключові факти; використовувати фото й деталі тексту, щоб оцінити незвичне місце відпочинку, знаходити потрібну інформацію та обговорювати власний вибір.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Інформаційна та культурна, соціальна та громадянська компетентності: читає пізнавальний текст, зіставляє його з фото / схемами / інфографікою та відбирає потрібні факти.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тексту «Treehouse Holiday», знаходить явні й частково імпліцитні деталі та співвідносить їх із візуальними або графічними опорами.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 за текстом, стисло узагальнює знайдену інформацію, порівнює її з даними партнера й висловлює обґрунтовану коротку думку.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Second conditional та Would rather у контексті читання й обговорення.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Treehouse Holiday: стратегія — використання візуальних опор для розуміння</w:t>
              <w:br/>
              <w:t>SB pp. 156–157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Свідомо застосовувати стратегію «використання візуальних опор для розуміння», знаходити докази в тексті, порівнювати інтерпретації та пояснювати відповідь.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вчитися: застосовує стратегію «використання візуальних опор для розуміння», перевіряє висновок за текстом і пояснює, який елемент допоміг зрозуміти інформацію.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встановлює логічні зв’язки між частинами тексту й використовує обрану стратегію для перевірки розуміння.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наводить текстовий доказ, формулює висновок і за потреби медіює ключову інформацію для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Лексика тексту та Vocabulary 1–2; академічні слова для роботи з інформацією.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Second conditional та Would rather; мовні засоби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Travel Review + Mission: Be a respectful tourist</w:t>
              <w:br/>
              <w:t>SB pp. 158–159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Розпізнавати особливості жанру «Travel Review»; планувати й створювати власний текст; обговорювати Mission «Бути відповідальним туристом».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та змістова компетентності: використовує модельний текст як опору, формулює власні думки, добирає факти й пов’язує письмо з реальним контекстом Mission.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модель жанру «Travel Review», визначає його структуру, ключові мовні засоби й розуміє запитання Think–Pair–Share та зміст Mission.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зв’язний текст у жанрі «відгук про подорож» з опорою на модель і висловлює 1–2 обґрунтовані думки, пов’язані з місією «Бути відповідальним туристом».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й вирази для власного тексту, прикладів і аргументів.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писати відгук про подорож або відпочинок, поєднуючи фактичний опис, особисту оцінку та рекомендацію. Повторення Grammar 1–2.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159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Письмова майстерня: відгук про подорож</w:t>
              <w:br/>
              <w:t>SB p. 158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Планувати, писати, редагувати й представляти відгук про подорож; писати відгук про подорож або відпочинок, поєднуючи фактичний опис, особисту оцінку та рекомендацію.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й навчальна компетентності: планує, пише, перечитує й редагує текст, використовує модель / чекліст і взаємний відгук для покращення змісту та форми.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модельний текст, план і приклади цільового письмового прийому; помічає, як організація тексту підтримує його мету.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Пише й редагує зв’язний текст приблизно з 7–10 речень; писати відгук про подорож або відпочинок, поєднуючи фактичний опис, особисту оцінку та рекомендацію; ділиться роботою й уточнює деталі після запитань аудиторії.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мовні засоби для зв’язності, власної позиції та прикладів.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Writing focus: писати відгук про подорож або відпочинок, поєднуючи фактичний опис, особисту оцінку та рекомендацію; редагування, зв’язність і точність.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Mission: Be a respectful tourist — Бути відповідальним туристом</w:t>
              <w:br/>
              <w:t>SB p. 159; Meet the Explorer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Обговорювати місію «Бути відповідальним туристом», наводити релевантні приклади, ставити запитання й реагувати на різні позиції.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Громадянська й міжкультурна компетентності: пояснює правила поважної поведінки мандрівника, враховує місцеві традиції та вплив туризму на людей і довкілля.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коротку цитату / відеофрагмент про Joseph Lekuton і визначає, як приклад National Geographic Explorer пов’язаний із місією Unit.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Наводить власний приклад, пояснює, як можна реалізувати місію «Бути відповідальним туристом», ставить партнерові запитання й коректно реагує на інші погляди.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Вивчена лексика Unit; слова для обговорення цінностей, дій і наслідків.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мовних моделей Unit у реальному контексті; мовні засоби для пояснення й аргументації.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Проєкт: туристичний буклет — плануємо</w:t>
              <w:br/>
              <w:t>SB pp. 160–161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Планувати проєкт «туристичний буклет», домовлятися про зміст, послідовність і розподіл ролей; добирати інформацію для туриста, описувати місце й активності, давати практичні рекомендації та презентувати маршрут / пропозицію.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співпраця й уміння вчитися: планує проєкт, розподіляє посильні ролі, добирає інформацію / матеріали, перевіряє джерела й домовляється про критерії результату.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покрокові візуальні інструкції, визначає послідовність дій, потрібні матеріали / дані та критерії завершеного проєкту.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Домовляється з групою, ставить уточнювальні запитання, фіксує ключові дані, пояснює етапи плану й допомагає узгодити різні пропозиції.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дослідження, дій і презентації.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Second conditional та Would rather.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Unit 9. Проєкт: туристичний буклет — створюємо й представляємо</w:t>
              <w:br/>
              <w:t>SB pp. 160–161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Створювати й презентувати туристичний буклет; добирати інформацію для туриста, описувати місце й активності, давати практичні рекомендації та презентувати маршрут / пропозицію; відповідати на запитання й рефлексувати за Now I can…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Ініціативність, соціальна й мовна компетентності: створює завершений продукт, презентує його аудиторії, відповідає на запитання й дає конкретний доброзичливий відгук.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інструкції, репліки партнерів і короткі презентації однокласників; виділяє ключову тематичну інформацію та критерії успішної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проєктний продукт і представляє його кількома зв’язними реченнями; відповідає на 2–3 запитання, коротко пояснює ключову інформацію й оцінює власний прогрес.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Vocabulary 1–2; слова для матеріалів, дій, даних і представлення проєкту.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Узагальнення Second conditional та Would rather.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Review Units 7–9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слухаємо, відновлюємо й говоримо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Відновлювати ключову лексику й мовні моделі Units {block}; слухати короткі повідомлення, відповідати й підтримувати тематичну взаємодію.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соціальна компетентність: визначає, що вже засвоєно, користується опорами й співпрацює під час повторення.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знайомі повідомлення, інструкції й запитання з тем блоку та знаходить ключові деталі.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Відповідає, ставить уточнювальні запитання й комбінує мову кількох Units у короткій взаємодії.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читаємо й застосовуємо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Читати й опрацьовувати змішаний матеріал Units 7–9; знаходити потрібну інформацію, пояснювати вибір і переносити мову у нові приклади.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Інформаційна й навчальна компетентності: добирає стратегію читання, перевіряє відповідь за текстом / візуальною опорою та виправляє помилки.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Читає короткі тексти й завдання з кількох тем, визначає основну інформацію та конкретні деталі.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Пояснює відповідь партнерові, використовує вивчені моделі в новому поєднанні й формулює короткий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інтегруємо лексику та граматику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Інтегрувати Vocabulary і Grammar Units 7–9 у мовленнєвих та практичних завданнях; обирати форму відповідно до комунікативної мети.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Мовна компетентність і уміння вчитися: помічає типові труднощі, самостійно перевіряє форму й переносить вивчене в дещо змінений контекст.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змішані завдання з лексикою й граматикою Units блоку та розрізняє комунікативне значення форм.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усні й письмові відповіді, поєднуючи матеріал кількох Units; коротко обґрунтовує мовний вибір.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166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ПК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Review Units 7–9: розгорнута взаємодія й письмо</w:t>
              <w:br/>
              <w:t>SB pp. 162–163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Переносити матеріал Units 7–9 у розгорнутішу взаємодію та письмо: порівнювати, пояснювати, аргументувати й реагувати на думку партнера.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мовна й навчальна компетентності: планує висловлення, слухає співрозмовника, дає змістовний відгук і редагує власний текст.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довші запитання, короткі тексти й репліки, у яких поєднано матеріал кількох Units.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зв’язне усне або письмове повідомлення, поєднує лексику й граматику блоку та реагує на уточнення.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7–9.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Extended Reading. Surviving Krakatoa — Пережити Кракатау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167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Surviving Krakatoa — Пережити Кракатау</w:t>
              <w:br/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Слухати й читати «Surviving Krakatoa», знаходити основну думку, ключові факти та реагувати на прочитане.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Мовно-літературна, інформаційна й змістова компетентності: читає довший текст, співвідносить факти, візуальні опори та власні знання.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основний зміст Extended Reading, знаходить явні факти й важливі зв’язки між подіями / ідеями.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Відповідає на запитання, стисло узагальнює один епізод або факт і висловлює обґрунтовану реакцію.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eruption, ash, tsunami, survive, calm, roar, flood, destroy; Krakatoa, Anjer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7–9; мовні засоби для оповіді, пояснення й реакції на текст.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168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Surviving Krakatoa: історична оповідь від першої особи і стратегія читання</w:t>
              <w:br/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Аналізувати організацію тексту; відстежувати послідовність подій, точку зору оповідача й причинно-наслідкові зв’язки; знаходити текстові докази й пояснювати інтерпретацію партнерові.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вчитися: свідомо використовує текстові ознаки й стратегію читання, перевіряє висновок за текстом і аргументує відповідь.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Знаходить конкретні деталі, визначає ознаки жанру / організації тексту та пояснює, який елемент допоміг зрозуміти інформацію.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Порівнює відповіді з партнером, наводить доказ із тексту та формулює короткий висновок.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eruption, ash, tsunami, survive, calm, roar, flood, destroy; Krakatoa, Anjer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7–9; мовні засоби для оповіді, пояснення й реакції на текст.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169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Surviving Krakatoa: Express Yourself</w:t>
              <w:br/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Обирати творчу форму реакції на текст, планувати зміст і перетворювати прочитану інформацію на власний продукт.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Творчість, ініціативність і співпраця: планує продукт, добирає інформацію з тексту й узгоджує роботу з партнером / групою.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умови творчих завдань і добирає з тексту факти, потрібні для власної роботи.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Створює постер / інтерв’ю / сценку / презентацію або інший запропонований продукт і пояснює його зв’язок із текстом.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eruption, ash, tsunami, survive, calm, roar, flood, destroy; Krakatoa, Anjer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7–9; мовні засоби для оповіді, пояснення й реакції на текст.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170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Extended Reading. Surviving Krakatoa: представляємо й даємо відгук</w:t>
              <w:br/>
              <w:t>SB pp. 164–165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Представляти творчу роботу, слухати інших, ставити уточнювальні запитання й давати конкретний доброзичливий відгук.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 й мовна компетентності: презентує результат, відповідає на запитання, порівнює різні інтерпретації та використовує ввічливі формули зворотного зв’язку.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Слухає презентації / сценки однокласників, визначає основну ідею й помічає, які факти з тексту використано.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Презентує роботу, відповідає на 2–3 запитання та формулює щонайменше один змістовний позитивний коментар до роботи іншої групи.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eruption, ash, tsunami, survive, calm, roar, flood, destroy; Krakatoa, Anjer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Повторення Grammar Units 7–9; мовні засоби для оповіді, пояснення й реакції на текст.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Let’s Talk Units 7–9 — No way! / Our presentation is about ...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171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Б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Talk Units 7–9: No way! / Our presentation is about ...</w:t>
              <w:br/>
              <w:t>SB pp. 166–167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 думку, погоджуватися / не погоджуватися, обговорювати можливості й пропонувати альтернативу; представляти себе й партнерів, оголошувати тему та структуру презентації, перевіряти, чи аудиторія бачить / чує, і розпочинати виступ.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міжкультурна й мовна компетентності: добирає формули відповідно до ситуації, активно слухає, реагує на зміст репліки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повсякденні й навчальні діалоги, визначає комунікативний намір, ставлення мовця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What do you think? How about ...? No way! Definitely not! Exactly! I suppose so. What else is there? Have you got any other ideas?; Our presentation is about ... Today we’re going to ... Our talk has got two parts. Can everyone see/hear? Let’s start. Let’s get started.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Функціональні мовні моделі, мовленнєвий регістр, наголос та інтонація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172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3–5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Talk: No way!</w:t>
              <w:br/>
              <w:t>SB p. 166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Запитувати думку, погоджуватися / не погоджуватися, обговорювати можливості й пропонувати альтернативу; підтримувати короткий діалог і добирати доречні формули залежно від реакції партнера.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міжкультурна й мовна компетентності: добирає формули відповідно до ситуації, активно слухає, реагує на зміст репліки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повсякденні й навчальні діалоги, визначає комунікативний намір, ставлення мовця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What do you think? How about ...? No way! Definitely not! Exactly! I suppose so. What else is there? Have you got any other ideas?; Our presentation is about ... Today we’re going to ... Our talk has got two parts. Can everyone see/hear? Let’s start. Let’s get started.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Everyday English: функціональні мовні моделі та інтонація згоди / незгоди / прохання / реакції.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173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4–5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Talk: Our presentation is about ...</w:t>
              <w:br/>
              <w:t>SB p. 167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Представляти себе й партнерів, оголошувати тему та структуру презентації, перевіряти, чи аудиторія бачить / чує, і розпочинати виступ; слухати реакцію партнера / аудиторії й уточнювати, перефразовувати або змінювати пропозицію за потреби.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міжкультурна й мовна компетентності: добирає формули відповідно до ситуації, активно слухає, реагує на зміст репліки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повсякденні й навчальні діалоги, визначає комунікативний намір, ставлення мовця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Розігрує / імпровізує діалог, реагує на партнера, ставить уточнювальне запитання й підтримує розмову кількома доречними репліками.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What do you think? How about ...? No way! Definitely not! Exactly! I suppose so. What else is there? Have you got any other ideas?; Our presentation is about ... Today we’re going to ... Our talk has got two parts. Can everyone see/hear? Let’s start. Let’s get started.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School English: функціональні мовні моделі, регістр і чітка інтонація навчальної взаємодії.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174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Р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Let’s Talk Units 7–9: прагматика й розгорнута рольова взаємодія</w:t>
              <w:br/>
              <w:t>SB pp. 166–167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Поєднувати в одній розмові функції «No way!» і «Our presentation is about ...», змінювати регістр, реагувати на співрозмовника та підтримувати взаєморозуміння.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Соціальна, міжкультурна й мовна компетентності: добирає формули відповідно до ситуації, активно слухає, реагує на зміст репліки й поважає співрозмовника.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короткі повсякденні й навчальні діалоги, визначає комунікативний намір, ставлення мовця та доречну реакцію.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Імпровізує довшу рольову взаємодію, комбінує функціональні формули, реагує на неочікувану відповідь і допомагає групі організувати спільну комунікативну дію.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What do you think? How about ...? No way! Definitely not! Exactly! I suppose so. What else is there? Have you got any other ideas?; Our presentation is about ... Today we’re going to ... Our talk has got two parts. Can everyone see/hear? Let’s start. Let’s get started.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Функціональна мова, прагматика, мовленнєвий регістр, наголос та інтонація.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  <w:tr>
        <w:trPr>
          <w:cantSplit/>
        </w:trPr>
        <w:tc>
          <w:tcPr>
            <w:tcW w:type="dxa" w:w="16104"/>
            <w:gridSpan w:val="1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  <w:shd w:fill="D9EAF7"/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/>
                <w:sz w:val="16"/>
              </w:rPr>
              <w:t>Діагностування результатів навчання за Units 7–9</w:t>
            </w:r>
          </w:p>
        </w:tc>
      </w:tr>
      <w:tr>
        <w:trPr>
          <w:cantSplit/>
        </w:trPr>
        <w:tc>
          <w:tcPr>
            <w:tcW w:type="dxa" w:w="36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175</w:t>
            </w:r>
          </w:p>
        </w:tc>
        <w:tc>
          <w:tcPr>
            <w:tcW w:type="dxa" w:w="34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К</w:t>
            </w:r>
          </w:p>
        </w:tc>
        <w:tc>
          <w:tcPr>
            <w:tcW w:type="dxa" w:w="42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  <w:t>2–5</w:t>
            </w:r>
          </w:p>
        </w:tc>
        <w:tc>
          <w:tcPr>
            <w:tcW w:type="dxa" w:w="538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Діагностування результатів навчання за Units 7–9</w:t>
            </w:r>
          </w:p>
        </w:tc>
        <w:tc>
          <w:tcPr>
            <w:tcW w:type="dxa" w:w="161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Демонструвати, що учень / учениця може розуміти й використовувати матеріал Units 7–9 у знайомих і дещо змінених ситуаціях: сприймати інформацію, взаємодіяти, створювати усне та письмове повідомлення.</w:t>
            </w:r>
          </w:p>
        </w:tc>
        <w:tc>
          <w:tcPr>
            <w:tcW w:type="dxa" w:w="175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Уміння вчитися й відповідальність: виконує завдання самостійно, використовує знайомі стратегії, перевіряє роботу й сприймає результат як інформацію для наступного кроку.</w:t>
            </w:r>
          </w:p>
        </w:tc>
        <w:tc>
          <w:tcPr>
            <w:tcW w:type="dxa" w:w="1729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Розуміє усні й письмові повідомлення за темами Units 7–9, визначає основну думку, конкретні деталі, ставлення / логічні зв’язки відповідно до рівня.</w:t>
            </w:r>
          </w:p>
        </w:tc>
        <w:tc>
          <w:tcPr>
            <w:tcW w:type="dxa" w:w="1927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Взаємодіє усно, створює зв’язне коротке письмове висловлення та використовує вивчені мовні засоби відповідно до комунікативного завдання.</w:t>
            </w:r>
          </w:p>
        </w:tc>
        <w:tc>
          <w:tcPr>
            <w:tcW w:type="dxa" w:w="1502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Vocabulary Units 7–9.</w:t>
            </w:r>
          </w:p>
        </w:tc>
        <w:tc>
          <w:tcPr>
            <w:tcW w:type="dxa" w:w="1530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left"/>
            </w:pPr>
            <w:r>
              <w:rPr>
                <w:rFonts w:ascii="Arial" w:hAnsi="Arial"/>
                <w:b w:val="0"/>
                <w:sz w:val="12"/>
              </w:rPr>
              <w:t>Grammar Units 7–9. Формат і конкретний обсяг діагностування визначає вчитель / заклад освіти.</w:t>
            </w:r>
          </w:p>
        </w:tc>
        <w:tc>
          <w:tcPr>
            <w:tcW w:type="dxa" w:w="595"/>
            <w:vAlign w:val="center"/>
            <w:tcMar>
              <w:top w:w="35" w:type="dxa"/>
              <w:start w:w="45" w:type="dxa"/>
              <w:bottom w:w="35" w:type="dxa"/>
              <w:end w:w="45" w:type="dxa"/>
            </w:tcMar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/>
                <w:b w:val="0"/>
                <w:sz w:val="12"/>
              </w:rPr>
            </w:r>
          </w:p>
        </w:tc>
      </w:tr>
    </w:tbl>
    <w:p>
      <w:pPr>
        <w:spacing w:before="80" w:after="0"/>
      </w:pPr>
      <w:r>
        <w:rPr>
          <w:rFonts w:ascii="Arial" w:hAnsi="Arial"/>
          <w:b w:val="0"/>
          <w:sz w:val="15"/>
        </w:rPr>
        <w:t>Примітка для адаптації: під час вибору маршруту вчитель використовує всі рядки «2–5» та додає рядки відповідного рівня інтенсивності. Розширювальні уроки, зокрема Let’s Talk, додаткову мовленнєву практику, читання, письмо й проєктну роботу, можна переставляти в межах тематичного блоку без зміни базової логіки курсу.</w:t>
      </w:r>
    </w:p>
    <w:sectPr w:rsidR="00FC693F" w:rsidRPr="0006063C" w:rsidSect="00034616">
      <w:headerReference w:type="default" r:id="rId9"/>
      <w:footerReference w:type="default" r:id="rId10"/>
      <w:pgSz w:w="16838" w:h="11906" w:orient="landscape"/>
      <w:pgMar w:top="879" w:right="369" w:bottom="482" w:left="369" w:header="142" w:footer="19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sz w:val="16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 w:line="240" w:lineRule="auto"/>
    </w:pPr>
    <w:r>
      <w:rPr>
        <w:rFonts w:ascii="Arial" w:hAnsi="Arial" w:eastAsia="Arial"/>
        <w:b w:val="0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Our World, Second Edition Level 3 — календарно-тематичне планування 70–175 годин</dc:title>
  <dc:subject>Модельне календарно-тематичне планування</dc:subject>
  <dc:creator/>
  <cp:keywords>Our World 2e, Level 2, КТП, National Geographic Learning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