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 w:eastAsia="Arial"/>
          <w:b/>
          <w:sz w:val="30"/>
        </w:rPr>
        <w:t>КАЛЕНДАРНО-ТЕМАТИЧНЕ ПЛАНУВАННЯ</w:t>
      </w:r>
    </w:p>
    <w:p>
      <w:pPr>
        <w:spacing w:after="120"/>
        <w:jc w:val="center"/>
      </w:pPr>
      <w:r>
        <w:rPr>
          <w:rFonts w:ascii="Arial" w:hAnsi="Arial" w:eastAsia="Arial"/>
          <w:b/>
          <w:sz w:val="20"/>
        </w:rPr>
        <w:t>Our World, Second Edition • Level 4 • 70 / 105 / 140 / 175 академічних годин</w:t>
      </w:r>
    </w:p>
    <w:p>
      <w:pPr>
        <w:spacing w:after="80"/>
      </w:pPr>
      <w:r>
        <w:rPr>
          <w:rFonts w:ascii="Arial" w:hAnsi="Arial" w:eastAsia="Arial"/>
          <w:b w:val="0"/>
          <w:i w:val="0"/>
          <w:sz w:val="18"/>
        </w:rPr>
        <w:t>Навчальний рік ____________________    Семестр __________    Вчитель __________________________________________    Клас __________    Годин на тиждень 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</w:tblPr>
      <w:tblGrid>
        <w:gridCol w:w="16100"/>
      </w:tblGrid>
      <w:tr>
        <w:tc>
          <w:tcPr>
            <w:tcW w:type="dxa" w:w="16100"/>
            <w:shd w:fill="EEF5FA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5"/>
              </w:rPr>
              <w:t>Методична примітка. Планування має модельний і рамковий характер. Воно пропонує чотири маршрути проходження Level 4 відповідно до інтенсивності 2–5 академічних годин на тиждень. Базовий маршрут становить 70 годин; маршрути 105, 140 і 175 годин розширюють той самий зміст за рахунок додаткової взаємодії, читання, письма, відео, Mission, Let’s Talk, проєктної роботи, повторення та перенесення вивченого в нові ситуації. Заклад освіти або вчитель може адаптувати планування відповідно до освітньої програми, навчального календаря, темпу роботи та освітніх потреб учнів. Дати й домашні завдання заповнює вчитель. Позначені діагностувальні точки є модельними; конкретну кількість і формат діагностування визначає заклад освіти / учитель.</w:t>
            </w:r>
          </w:p>
        </w:tc>
      </w:tr>
    </w:tbl>
    <w:p>
      <w:pPr>
        <w:spacing w:before="80" w:after="40"/>
      </w:pPr>
      <w:r>
        <w:rPr>
          <w:rFonts w:ascii="Arial" w:hAnsi="Arial" w:eastAsia="Arial"/>
          <w:b/>
          <w:sz w:val="18"/>
        </w:rPr>
        <w:t>Маршрути та умовні позначення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9DAFBE"/>
          <w:left w:val="single" w:sz="4" w:space="0" w:color="9DAFBE"/>
          <w:bottom w:val="single" w:sz="4" w:space="0" w:color="9DAFBE"/>
          <w:right w:val="single" w:sz="4" w:space="0" w:color="9DAFBE"/>
          <w:insideH w:val="single" w:sz="4" w:space="0" w:color="9DAFBE"/>
          <w:insideV w:val="single" w:sz="4" w:space="0" w:color="9DAFBE"/>
        </w:tblBorders>
      </w:tblPr>
      <w:tblGrid>
        <w:gridCol w:w="3220"/>
        <w:gridCol w:w="3220"/>
        <w:gridCol w:w="3220"/>
        <w:gridCol w:w="3220"/>
        <w:gridCol w:w="3220"/>
      </w:tblGrid>
      <w:tr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Маршрут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2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3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4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5 год/тиж.</w:t>
            </w:r>
          </w:p>
        </w:tc>
      </w:tr>
      <w:tr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Годин на рівень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70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105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140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175</w:t>
            </w:r>
          </w:p>
        </w:tc>
      </w:tr>
    </w:tbl>
    <w:p>
      <w:pPr>
        <w:spacing w:before="40" w:after="100"/>
      </w:pPr>
      <w:r>
        <w:rPr>
          <w:rFonts w:ascii="Arial" w:hAnsi="Arial" w:eastAsia="Arial"/>
          <w:b w:val="0"/>
          <w:sz w:val="15"/>
        </w:rPr>
        <w:t>Маршрут у таблиці: 2–5 — урок входить до всіх маршрутів; 3–5 — додається від 3 год/тиж.; 4–5 — від 4 год/тиж.; 5 — для маршруту 5 год/тиж.  Типи: Б — базовий; Р — розширювальний; ПК — Review / Progress Check; К — діагностування.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65798A"/>
          <w:left w:val="single" w:sz="4" w:space="0" w:color="65798A"/>
          <w:bottom w:val="single" w:sz="4" w:space="0" w:color="65798A"/>
          <w:right w:val="single" w:sz="4" w:space="0" w:color="65798A"/>
          <w:insideH w:val="single" w:sz="4" w:space="0" w:color="65798A"/>
          <w:insideV w:val="single" w:sz="4" w:space="0" w:color="65798A"/>
        </w:tblBorders>
      </w:tblPr>
      <w:tblGrid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</w:tblGrid>
      <w:tr>
        <w:trPr>
          <w:tblHeader w:val="true"/>
          <w:cantSplit/>
        </w:trPr>
        <w:tc>
          <w:tcPr>
            <w:tcW w:type="dxa" w:w="368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№</w:t>
            </w:r>
          </w:p>
        </w:tc>
        <w:tc>
          <w:tcPr>
            <w:tcW w:type="dxa" w:w="340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Тип</w:t>
            </w:r>
          </w:p>
        </w:tc>
        <w:tc>
          <w:tcPr>
            <w:tcW w:type="dxa" w:w="42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Маршрут</w:t>
            </w:r>
          </w:p>
        </w:tc>
        <w:tc>
          <w:tcPr>
            <w:tcW w:type="dxa" w:w="538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Дата</w:t>
            </w:r>
          </w:p>
        </w:tc>
        <w:tc>
          <w:tcPr>
            <w:tcW w:type="dxa" w:w="1729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Тематика ситуативного спілкування</w:t>
            </w:r>
          </w:p>
        </w:tc>
        <w:tc>
          <w:tcPr>
            <w:tcW w:type="dxa" w:w="161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Мовленнєві функції</w:t>
            </w:r>
          </w:p>
        </w:tc>
        <w:tc>
          <w:tcPr>
            <w:tcW w:type="dxa" w:w="1757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Ключові компетентності та наскрізні змістові лінії</w:t>
            </w:r>
          </w:p>
        </w:tc>
        <w:tc>
          <w:tcPr>
            <w:tcW w:type="dxa" w:w="3656"/>
            <w:gridSpan w:val="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Очікувані результати</w:t>
            </w:r>
          </w:p>
        </w:tc>
        <w:tc>
          <w:tcPr>
            <w:tcW w:type="dxa" w:w="3032"/>
            <w:gridSpan w:val="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Мовний інвентар</w:t>
            </w:r>
          </w:p>
        </w:tc>
        <w:tc>
          <w:tcPr>
            <w:tcW w:type="dxa" w:w="59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Домашнє завдання</w:t>
            </w:r>
          </w:p>
        </w:tc>
      </w:tr>
      <w:tr>
        <w:trPr>
          <w:tblHeader w:val="true"/>
          <w:cantSplit/>
        </w:trPr>
        <w:tc>
          <w:tcPr>
            <w:tcW w:type="dxa" w:w="368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340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42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538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29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61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57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29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Сприймання</w:t>
            </w:r>
          </w:p>
        </w:tc>
        <w:tc>
          <w:tcPr>
            <w:tcW w:type="dxa" w:w="1927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Взаємодія, продукування та медіація</w:t>
            </w:r>
          </w:p>
        </w:tc>
        <w:tc>
          <w:tcPr>
            <w:tcW w:type="dxa" w:w="150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Лексика</w:t>
            </w:r>
          </w:p>
        </w:tc>
        <w:tc>
          <w:tcPr>
            <w:tcW w:type="dxa" w:w="1530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Граматика / фонетика</w:t>
            </w:r>
          </w:p>
        </w:tc>
        <w:tc>
          <w:tcPr>
            <w:tcW w:type="dxa" w:w="59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6"/>
              </w:rPr>
              <w:t>Unit 1. All in Our Family — У нашій родині всі різні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All in Our Family — У нашій родині всі різні</w:t>
              <w:br/>
              <w:t>SB pp. 6–11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Описувати власну зовнішність; порівнювати знайомих людей; реагувати на запитання за фото й пов’язувати тему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громадянська та культурна компетентності: аналізує реальну світлину, пов’язує тему з власним досвідом і коректно взаємодіє з іншими.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короткого аудіофрагмента, підписів і візуальних опор; упізнає ключову лексику теми та повторювані моделі у пісні.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Реагує на запитання за фото, називає ключові слова й коротко говорить про тему; починає використовувати моделі, потрібні, щоб описувати власну зовнішність.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bigger, cleverer, cuter, different, faster, friendlier, older, relatives, shorter, slower, smaller, stronger, taller, uglier, younger. Стратегія: антоніми.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Родина й порівняння: розширюємо словник</w:t>
              <w:br/>
              <w:t>SB pp. 8–9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Називати й описувати поняття теми; використовувати Vocabulary 1 у коротких запитаннях, відповідях і порівняннях.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впродовж життя: застосовує стратегію «антоніми», візуальні й контекстні опори для засвоєння нової лексики.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Розрізняє на слух Vocabulary 1, співвідносить слова з фото / описом і розуміє короткі речення з новою лексикою.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нові слова у власних коротких фразах, ставить партнерові запитання й реагує на відповідь; за потреби пояснює слово через приклад або зображення.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bigger, cleverer, cuter, different, faster, friendlier, older, relatives, shorter, slower, smaller, stronger, taller, uglier, younger. Стратегія: антоніми.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мовних моделей для опису, запитання й короткої відповіді.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We’re All Different: мова у ритмі</w:t>
              <w:br/>
              <w:t>SB pp. 10–11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англійське мовлення в ритмі; використовувати знайому лексику та граматичні моделі у персоналізованих рядках.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 й соціальна компетентності: використовує пісню як спільну мовну дію, слухає інших і впевненіше відтворює англійське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знайому лексику й граматичні моделі в пісні; стежить за ритмом, наголосом, інтонацією та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Співає разом із групою, відтворює ключові рядки й переносить одну-дві моделі з пісні у мінідіалог або персоналізоване речення.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bigger, cleverer, cuter, different, faster, friendlier, older, relatives, shorter, slower, smaller, stronger, taller, uglier, younger. Стратегія: антоніми.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Ритм, наголос та інтонація; контекстне використання Comparatives with -er.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Порівнюємо людей</w:t>
              <w:br/>
              <w:t>SB pp. 12–13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моделі Comparatives with -er; будувати керовані висловлення й запитання з нею.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помічає зв’язок між формою і значенням граматичної моделі, спирається на приклад і перевіряє себе.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Comparatives with -er у коротких репліках, підписах і вправах та визначає значення моделі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Comparatives with -er у керованих реченнях і короткій взаємодії; персоналізує 2–3 приклади.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bigger, cleverer, cuter, different, faster, friendlier, older, relatives, shorter, slower, smaller, stronger, taller, uglier, younger. Стратегія: антоніми.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Comparatives with -er. Фонетика: /ə/ (schwa): bigger, cuter, faster.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Порівнюємо людей: застосовуємо у взаємодії</w:t>
              <w:br/>
              <w:t>SB pp. 12–13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Використовувати Comparatives with -er для обміну реальною інформацією, порівняння відповідей і короткого уточнення.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дотримується черговості реплік, слухає партнера, уточнює інформацію й використовує граматику для реальної взаємодії.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запитання, відповіді й короткі висловлення з Comparatives with -er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використовує Comparatives with -er у 3–5 репліках, змінює окремі елементи моделі та передає партнерові отриману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bigger, cleverer, cuter, different, faster, friendlier, older, relatives, shorter, slower, smaller, stronger, taller, uglier, younger. Стратегія: антоніми.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Comparatives with -er.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Зовнішність: волосся й окуляри + Говоримо про заплановані події</w:t>
              <w:br/>
              <w:t>SB pp. 14–15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Розширювати тематичний словник; розуміти й використовувати Present continuous for future plans у типових ситуаціях Unit.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громадянська та культурна компетентності: розширює тематичний словник і використовує мовні моделі для пояснення власного досвіду.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Розпізнає Vocabulary 2 на слух і в короткому контексті; розуміє приклади з Present continuous for future plans у підписах, аудіо або діалозі.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Vocabulary 2 у коротких відповідях і застосовує Present continuous for future plans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blonde hair, curly hair, glasses, straight hair, wavy hair. Стратегія: запам’ятовування.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continuous for future plans.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Зовнішність: волосся й окуляри: уточнюємо й переносимо</w:t>
              <w:br/>
              <w:t>SB p. 14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Уточнювати значення слів, групувати їх, пояснювати через контекст / приклад і переносити у власні висловлення.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застосовує стратегію «запам’ятовування», групує або пояснює слова, створює власні приклади й використовує зворотний зв’язок.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нові слова у коротких реченнях, знаходить їх за контекстом, зображенням, визначенням або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Класифікує / пояснює нові слова, складає з ними короткі речення та ставить уточнювальні запитання партнерові.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blonde hair, curly hair, glasses, straight hair, wavy hair. Стратегія: запам’ятовування.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Vocabulary 2 у мовних моделях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Говоримо про заплановані події: застосовуємо</w:t>
              <w:br/>
              <w:t>SB p. 15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використовувати Present continuous for future plans у короткій взаємодії, описі або поясненні.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мовна та ініціативна компетентності: переносить граматичну модель у нову ситуацію, підтримує коротку розмову й коригує висловлення.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Present continuous for future plans у коротких запитаннях, відповідях і мінітекстах; добирає правильний варіант за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використовує Present continuous for future plans у 3–5 репліках або короткому описі; реагує на партнера й виправляє просту помилку після підказки.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blonde hair, curly hair, glasses, straight hair, wavy hair. Стратегія: запам’ятовування.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Present continuous for future plans.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Where Do Your Eyes Come From? — Звідки походить колір твоїх очей?</w:t>
              <w:br/>
              <w:t>SB pp. 16–17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пізнавальний текст «Where Do Your Eyes Come From?», знаходити основну думку й ключові факти, реагувати на прочитане.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 та соціальна й культурна компетентності: читає пізнавальний текст, зіставляє його з фото / схемою / інфографікою та відбирає потрібні факти.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«Where Do Your Eyes Come From?», знаходить явні факти й співвідносить їх із візуальними або графічними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 за текстом, коротко переказує знайдений факт і обмінюється з партнером інформацією, потрібною для виконання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Comparatives with -er та Present continuous for future plans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Where Do Your Eyes Come From?: стратегія — використання візуальних опор для розуміння</w:t>
              <w:br/>
              <w:t>SB pp. 16–17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Застосовувати стратегію «використання візуальних опор для розуміння», знаходити докази в тексті, порівнювати й пояснювати відповіді.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свідомо застосовує стратегію «використання візуальних опор для розуміння», перевіряє розуміння й пояснює, де знайшов потрібну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деталі, встановлює зв’язки між частинами тексту та використовує стратегію читання для перевірки розуміння.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обґрунтовує їх інформацією з тексту, формулює короткий висновок і за потреби медіює факт для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Comparatives with -er та Present continuous for future plans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Diary Entry + Mission: Understand the human family</w:t>
              <w:br/>
              <w:t>SB pp. 18–19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Розпізнавати особливості жанру «Diary Entry»; планувати й створювати власний текст; обговорювати Mission.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та соціальна й культурна компетентності: використовує модельний текст як опору, формулює власні думки й пов’язує письмо з Mission.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Читає модель жанру «Diary Entry», визначає його основні ознаки й розуміє запитання Think–Pair–Share та зміст Mission.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текст у жанрі «щоденниковий запис» з опорою на модель і висловлює 1–2 думки, пов’язані з місією «Розуміти людську родину».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Writing focus: слова для опису емоцій.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Письмова майстерня: щоденниковий запис</w:t>
              <w:br/>
              <w:t>SB p. 18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Планувати, писати, редагувати й представляти щоденниковий запис; використовувати фокус «слова для опису емоцій».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планує, пише, перечитує й редагує короткий текст, використовує чекліст і взаємний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модельний текст, план / чекліст і приклади цільового письмового прийому; помічає, що можна уточнити або відредагувати.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Планує, пише й редагує текст приблизно з 5–8 речень; застосовує фокус «слова для опису емоцій», ділиться роботою й уточнює деталі після запитань.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Writing focus: слова для опису емоцій; редагування й зв’язність тексту.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Mission: Understand the human family — Розуміти людську родину</w:t>
              <w:br/>
              <w:t>SB p. 19; Meet the Explorer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Обговорювати місію «Розуміти людську родину», наводити приклади з власного життя й реагувати на думки партнерів.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громадянська та культурна компетентності: осмислює місію «Розуміти людську родину», співвідносить її з власними діями та прикладом National Geographic Explorer.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коротку цитату / відеофрагмент про Spencer Wells і визначає, як приклад Explorer пов’язаний із місією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Наводить власний приклад, пояснює, як можна реалізувати місію «Розуміти людську родину», ставить партнерові запитання й реагує на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мовних моделей Unit у реальному контексті; мовні засоби для аргументації й пояснення.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Проєкт: велика класна книга про родинні риси — плануємо</w:t>
              <w:br/>
              <w:t>SB pp. 20–21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Планувати проєкт «велика класна книга про родинні риси», домовлятися про зміст і послідовність роботи, розподіляти ролі.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співпраця й уміння вчитися: планує проєкт, розподіляє посильні дії, добирає інформацію / матеріали й домовляється про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покрокові візуальні інструкції, визначає послідовність дій, потрібну інформацію та критерії завершеного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Домовляється з партнером або групою, ставить уточнювальні запитання, записує ключові слова / дані й пояснює окремі етапи плану.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Comparatives with -er та Present continuous for future plans.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1. Проєкт: велика класна книга про родинні риси — створюємо й представляємо</w:t>
              <w:br/>
              <w:t>SB pp. 20–21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Створювати й презентувати велика класна книга про родинні риси; відповідати на запитання, рефлексувати за Now I can…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соціальна й мовна компетентності: створює завершений продукт, презентує його аудиторії, відповідає на запитання й дає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репліки партнерів і короткі презентації однокласників; виділяє в них ключову тематичну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1–2 запитання та коротко пояснює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Comparatives with -er та Present continuous for future plans.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6"/>
              </w:rPr>
              <w:t>Unit 2. Fresh Food — Свіжі продукти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Fresh Food — Свіжі продукти</w:t>
              <w:br/>
              <w:t>SB pp. 22–27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Говорити про обов’язки; описувати частотність дій; реагувати на запитання за фото й пов’язувати тему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Природничо-наукова, екологічна та підприємницька компетентності: аналізує реальну світлину, пов’язує тему з власним досвідом і коректно взаємодіє з іншими.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короткого аудіофрагмента, підписів і візуальних опор; упізнає ключову лексику теми та повторювані моделі у пісні.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Реагує на запитання за фото, називає ключові слова й коротко говорить про тему; починає використовувати моделі, потрібні, щоб говорити про обов’язки.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aubergine, cabbage, chillis, courgette, cucumber, dig, green beans, grow, lettuce, onion, pick, plant, pumpkin, ready, ripe, water, weed. Стратегія: складні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Овочі та робота в городі: розширюємо словник</w:t>
              <w:br/>
              <w:t>SB pp. 24–25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Називати й описувати поняття теми; використовувати Vocabulary 1 у коротких запитаннях, відповідях і порівняннях.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впродовж життя: застосовує стратегію «складні слова», візуальні й контекстні опори для засвоєння нової лексики.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Розрізняє на слух Vocabulary 1, співвідносить слова з фото / описом і розуміє короткі речення з новою лексикою.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нові слова у власних коротких фразах, ставить партнерові запитання й реагує на відповідь; за потреби пояснює слово через приклад або зображення.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aubergine, cabbage, chillis, courgette, cucumber, dig, green beans, grow, lettuce, onion, pick, plant, pumpkin, ready, ripe, water, weed. Стратегія: складні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мовних моделей для опису, запитання й короткої відповіді.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Something’s Growing: мова у ритмі</w:t>
              <w:br/>
              <w:t>SB pp. 26–27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англійське мовлення в ритмі; використовувати знайому лексику та граматичні моделі у персоналізованих рядках.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 й соціальна компетентності: використовує пісню як спільну мовну дію, слухає інших і впевненіше відтворює англійське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знайому лексику й граматичні моделі в пісні; стежить за ритмом, наголосом, інтонацією та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Співає разом із групою, відтворює ключові рядки й переносить одну-дві моделі з пісні у мінідіалог або персоналізоване речення.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aubergine, cabbage, chillis, courgette, cucumber, dig, green beans, grow, lettuce, onion, pick, plant, pumpkin, ready, ripe, water, weed. Стратегія: складні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Ритм, наголос та інтонація; контекстне використання Have to.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Обов’язки й необхідність</w:t>
              <w:br/>
              <w:t>SB pp. 28–29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моделі Have to; будувати керовані висловлення й запитання з нею.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помічає зв’язок між формою і значенням граматичної моделі, спирається на приклад і перевіряє себе.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Have to у коротких репліках, підписах і вправах та визначає значення моделі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Have to у керованих реченнях і короткій взаємодії; персоналізує 2–3 приклади.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aubergine, cabbage, chillis, courgette, cucumber, dig, green beans, grow, lettuce, onion, pick, plant, pumpkin, ready, ripe, water, weed. Стратегія: складні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Have to.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Обов’язки й необхідність: застосовуємо у взаємодії</w:t>
              <w:br/>
              <w:t>SB pp. 28–29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Використовувати Have to для обміну реальною інформацією, порівняння відповідей і короткого уточнення.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дотримується черговості реплік, слухає партнера, уточнює інформацію й використовує граматику для реальної взаємодії.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запитання, відповіді й короткі висловлення з Have to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використовує Have to у 3–5 репліках, змінює окремі елементи моделі та передає партнерові отриману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aubergine, cabbage, chillis, courgette, cucumber, dig, green beans, grow, lettuce, onion, pick, plant, pumpkin, ready, ripe, water, weed. Стратегія: складні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Have to.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Як часто ми щось робимо + Замовляємо й висловлюємо побажання</w:t>
              <w:br/>
              <w:t>SB pp. 30–31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Розширювати тематичний словник; розуміти й використовувати Would like у типових ситуаціях Unit.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Природничо-наукова, екологічна та підприємницька компетентності: розширює тематичний словник і використовує мовні моделі для пояснення власного досвіду.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Розпізнає Vocabulary 2 на слух і в короткому контексті; розуміє приклади з Would like у підписах, аудіо або діалозі.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Vocabulary 2 у коротких відповідях і застосовує Would like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every day, how often, on (Friday), once (a month), three times (a week), twice (a year). Стратегія: слова й вирази частотності.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Would like. Фонетика: /w/: water, twice, weed, when, once, why.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Як часто ми щось робимо: уточнюємо й переносимо</w:t>
              <w:br/>
              <w:t>SB p. 30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Уточнювати значення слів, групувати їх, пояснювати через контекст / приклад і переносити у власні висловлення.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застосовує стратегію «слова й вирази частотності», групує або пояснює слова, створює власні приклади й використовує зворотний зв’язок.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нові слова у коротких реченнях, знаходить їх за контекстом, зображенням, визначенням або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Класифікує / пояснює нові слова, складає з ними короткі речення та ставить уточнювальні запитання партнерові.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every day, how often, on (Friday), once (a month), three times (a week), twice (a year). Стратегія: слова й вирази частотності.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Vocabulary 2 у мовних моделях Unit. Фонетика: /w/: water, twice, weed, when, once, why.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Замовляємо й висловлюємо побажання: застосовуємо</w:t>
              <w:br/>
              <w:t>SB p. 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використовувати Would like у короткій взаємодії, описі або поясненні.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мовна та ініціативна компетентності: переносить граматичну модель у нову ситуацію, підтримує коротку розмову й коригує висловлення.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Would like у коротких запитаннях, відповідях і мінітекстах; добирає правильний варіант за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використовує Would like у 3–5 репліках або короткому описі; реагує на партнера й виправляє просту помилку після підказки.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every day, how often, on (Friday), once (a month), three times (a week), twice (a year). Стратегія: слова й вирази частотності.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Would like.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The Farms of the Future Are Here — Ферми майбутнього вже тут</w:t>
              <w:br/>
              <w:t>SB pp. 32–33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пізнавальний текст «The Farms of the Future Are Here», знаходити основну думку й ключові факти, реагувати на прочитане.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 та природничо-наукова й екологічна компетентності: читає пізнавальний текст, зіставляє його з фото / схемою / інфографікою та відбирає потрібні факти.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«The Farms of the Future Are Here», знаходить явні факти й співвідносить їх із візуальними або графічними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 за текстом, коротко переказує знайдений факт і обмінюється з партнером інформацією, потрібною для виконання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Have to та Would like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The Farms of the Future Are Here: стратегія — 5W + How</w:t>
              <w:br/>
              <w:t>SB pp. 32–33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Застосовувати стратегію «5W + How», знаходити докази в тексті, порівнювати й пояснювати відповіді.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свідомо застосовує стратегію «5W + How», перевіряє розуміння й пояснює, де знайшов потрібну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деталі, встановлює зв’язки між частинами тексту та використовує стратегію читання для перевірки розуміння.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обґрунтовує їх інформацією з тексту, формулює короткий висновок і за потреби медіює факт для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Have to та Would like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Opinion Writing + Mission: Appreciate local food</w:t>
              <w:br/>
              <w:t>SB pp. 34–35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Розпізнавати особливості жанру «Opinion Writing»; планувати й створювати власний текст; обговорювати Mission.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та природничо-наукова й екологічна компетентності: використовує модельний текст як опору, формулює власні думки й пов’язує письмо з Mission.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Читає модель жанру «Opinion Writing», визначає його основні ознаки й розуміє запитання Think–Pair–Share та зміст Mission.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текст у жанрі «текст із власною думкою» з опорою на модель і висловлює 1–2 думки, пов’язані з місією «Цінувати місцеві продукти».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Writing focus: позитивні й негативні сторони.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Письмова майстерня: текст із власною думкою</w:t>
              <w:br/>
              <w:t>SB p. 34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Планувати, писати, редагувати й представляти текст із власною думкою; використовувати фокус «позитивні й негативні сторони».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планує, пише, перечитує й редагує короткий текст, використовує чекліст і взаємний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модельний текст, план / чекліст і приклади цільового письмового прийому; помічає, що можна уточнити або відредагувати.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Планує, пише й редагує текст приблизно з 5–8 речень; застосовує фокус «позитивні й негативні сторони», ділиться роботою й уточнює деталі після запитань.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Writing focus: позитивні й негативні сторони; редагування й зв’язність тексту.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Mission: Appreciate local food — Цінувати місцеві продукти</w:t>
              <w:br/>
              <w:t>SB p. 35; Meet the Explorer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Обговорювати місію «Цінувати місцеві продукти», наводити приклади з власного життя й реагувати на думки партнерів.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Природничо-наукова, екологічна та підприємницька компетентності: осмислює місію «Цінувати місцеві продукти», співвідносить її з власними діями та прикладом National Geographic Explorer.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коротку цитату / відеофрагмент про Juan Martinez і визначає, як приклад Explorer пов’язаний із місією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Наводить власний приклад, пояснює, як можна реалізувати місію «Цінувати місцеві продукти», ставить партнерові запитання й реагує на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мовних моделей Unit у реальному контексті; мовні засоби для аргументації й пояснення.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Проєкт: картки про рослини — плануємо</w:t>
              <w:br/>
              <w:t>SB pp. 36–37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Планувати проєкт «картки про рослини», домовлятися про зміст і послідовність роботи, розподіляти ролі.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співпраця й уміння вчитися: планує проєкт, розподіляє посильні дії, добирає інформацію / матеріали й домовляється про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покрокові візуальні інструкції, визначає послідовність дій, потрібну інформацію та критерії завершеного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Домовляється з партнером або групою, ставить уточнювальні запитання, записує ключові слова / дані й пояснює окремі етапи плану.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Have to та Would like.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2. Проєкт: картки про рослини — створюємо й представляємо</w:t>
              <w:br/>
              <w:t>SB pp. 36–37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Створювати й презентувати картки про рослини; відповідати на запитання, рефлексувати за Now I can…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соціальна й мовна компетентності: створює завершений продукт, презентує його аудиторії, відповідає на запитання й дає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репліки партнерів і короткі презентації однокласників; виділяє в них ключову тематичну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1–2 запитання та коротко пояснює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Have to та Would like.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6"/>
              </w:rPr>
              <w:t>Unit 3. A Long Time Ago and Today — Колись і сьогодні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A Long Time Ago and Today — Колись і сьогодні</w:t>
              <w:br/>
              <w:t>SB pp. 38–43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Описувати повсякденне життя в минулому й тепер; говорити про те, яким було минуле; реагувати на запитання за фото й пов’язувати тему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технологічна та громадянська компетентності: аналізує реальну світлину, пов’язує тему з власним досвідом і коректно взаємодіє з іншими.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короткого аудіофрагмента, підписів і візуальних опор; упізнає ключову лексику теми та повторювані моделі у пісні.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Реагує на запитання за фото, називає ключові слова й коротко говорить про тему; починає використовувати моделі, потрібні, щоб описувати повсякденне життя в минулому й тепер.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begin, computer game, electric light, fire, housework, learn, life, make, mobile phone, sew, spend time, tell, things, town, wash. Стратегія: омофони.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Життя колись і сьогодні: розширюємо словник</w:t>
              <w:br/>
              <w:t>SB pp. 40–41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Називати й описувати поняття теми; використовувати Vocabulary 1 у коротких запитаннях, відповідях і порівняннях.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впродовж життя: застосовує стратегію «омофони», візуальні й контекстні опори для засвоєння нової лексики.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Розрізняє на слух Vocabulary 1, співвідносить слова з фото / описом і розуміє короткі речення з новою лексикою.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нові слова у власних коротких фразах, ставить партнерові запитання й реагує на відповідь; за потреби пояснює слово через приклад або зображення.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begin, computer game, electric light, fire, housework, learn, life, make, mobile phone, sew, spend time, tell, things, town, wash. Стратегія: омофони.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мовних моделей для опису, запитання й короткої відповіді.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Yesterday and Today: мова у ритмі</w:t>
              <w:br/>
              <w:t>SB pp. 42–43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англійське мовлення в ритмі; використовувати знайому лексику та граматичні моделі у персоналізованих рядках.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 й соціальна компетентності: використовує пісню як спільну мовну дію, слухає інших і впевненіше відтворює англійське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знайому лексику й граматичні моделі в пісні; стежить за ритмом, наголосом, інтонацією та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Співає разом із групою, відтворює ключові рядки й переносить одну-дві моделі з пісні у мінідіалог або персоналізоване речення.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begin, computer game, electric light, fire, housework, learn, life, make, mobile phone, sew, spend time, tell, things, town, wash. Стратегія: омофони.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Ритм, наголос та інтонація; контекстне використання Contrast with but and instead.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Протиставляємо ідеї</w:t>
              <w:br/>
              <w:t>SB pp. 44–45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моделі Contrast with but and instead; будувати керовані висловлення й запитання з нею.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помічає зв’язок між формою і значенням граматичної моделі, спирається на приклад і перевіряє себе.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Contrast with but and instead у коротких репліках, підписах і вправах та визначає значення моделі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Contrast with but and instead у керованих реченнях і короткій взаємодії; персоналізує 2–3 приклади.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begin, computer game, electric light, fire, housework, learn, life, make, mobile phone, sew, spend time, tell, things, town, wash. Стратегія: омофони.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Contrast with but and instead.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Протиставляємо ідеї: застосовуємо у взаємодії</w:t>
              <w:br/>
              <w:t>SB pp. 44–45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Використовувати Contrast with but and instead для обміну реальною інформацією, порівняння відповідей і короткого уточнення.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дотримується черговості реплік, слухає партнера, уточнює інформацію й використовує граматику для реальної взаємодії.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запитання, відповіді й короткі висловлення з Contrast with but and instead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використовує Contrast with but and instead у 3–5 репліках, змінює окремі елементи моделі та передає партнерові отриману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begin, computer game, electric light, fire, housework, learn, life, make, mobile phone, sew, spend time, tell, things, town, wash. Стратегія: омофони.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Contrast with but and instead.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Описуємо речі минулого й сучасності + Порівнюємо складніші ознаки</w:t>
              <w:br/>
              <w:t>SB pp. 46–47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Розширювати тематичний словник; розуміти й використовувати Comparatives with more + adjective у типових ситуаціях Unit.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технологічна та громадянська компетентності: розширює тематичний словник і використовує мовні моделі для пояснення власного досвіду.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Розпізнає Vocabulary 2 на слух і в короткому контексті; розуміє приклади з Comparatives with more + adjective у підписах, аудіо або діалозі.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Vocabulary 2 у коротких відповідях і застосовує Comparatives with more + adjective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difficult, expensive, important, modern, old-fashioned. Стратегія: прикметники для опису.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Comparatives with more + adjective. Фонетика: /l/ і /n/: life / modern / learn.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Описуємо речі минулого й сучасності: уточнюємо й переносимо</w:t>
              <w:br/>
              <w:t>SB p. 46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Уточнювати значення слів, групувати їх, пояснювати через контекст / приклад і переносити у власні висловлення.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застосовує стратегію «прикметники для опису», групує або пояснює слова, створює власні приклади й використовує зворотний зв’язок.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нові слова у коротких реченнях, знаходить їх за контекстом, зображенням, визначенням або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Класифікує / пояснює нові слова, складає з ними короткі речення та ставить уточнювальні запитання партнерові.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difficult, expensive, important, modern, old-fashioned. Стратегія: прикметники для опису.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Vocabulary 2 у мовних моделях Unit. Фонетика: /l/ і /n/: life / modern / learn.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Порівнюємо складніші ознаки: застосовуємо</w:t>
              <w:br/>
              <w:t>SB p. 47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використовувати Comparatives with more + adjective у короткій взаємодії, описі або поясненні.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мовна та ініціативна компетентності: переносить граматичну модель у нову ситуацію, підтримує коротку розмову й коригує висловлення.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Comparatives with more + adjective у коротких запитаннях, відповідях і мінітекстах; добирає правильний варіант за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використовує Comparatives with more + adjective у 3–5 репліках або короткому описі; реагує на партнера й виправляє просту помилку після підказки.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difficult, expensive, important, modern, old-fashioned. Стратегія: прикметники для опису.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Comparatives with more + adjective.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The World in the Palm of Your Hand — Світ на долоні</w:t>
              <w:br/>
              <w:t>SB pp. 48–49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пізнавальний текст «The World in the Palm of Your Hand», знаходити основну думку й ключові факти, реагувати на прочитане.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 та культурна й технологічна компетентності: читає пізнавальний текст, зіставляє його з фото / схемою / інфографікою та відбирає потрібні факти.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«The World in the Palm of Your Hand», знаходить явні факти й співвідносить їх із візуальними або графічними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 за текстом, коротко переказує знайдений факт і обмінюється з партнером інформацією, потрібною для виконання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Contrast with but and instead та Comparatives with more + adjective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The World in the Palm of Your Hand: стратегія — робота з часовою шкалою</w:t>
              <w:br/>
              <w:t>SB pp. 48–49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Застосовувати стратегію «робота з часовою шкалою», знаходити докази в тексті, порівнювати й пояснювати відповіді.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свідомо застосовує стратегію «робота з часовою шкалою», перевіряє розуміння й пояснює, де знайшов потрібну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деталі, встановлює зв’язки між частинами тексту та використовує стратегію читання для перевірки розуміння.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обґрунтовує їх інформацією з тексту, формулює короткий висновок і за потреби медіює факт для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Contrast with but and instead та Comparatives with more + adjective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Paragraph Unity + Mission: Appreciate the past</w:t>
              <w:br/>
              <w:t>SB pp. 50–51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Розпізнавати особливості жанру «Paragraph Unity»; планувати й створювати власний текст; обговорювати Mission.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та культурна й технологічна компетентності: використовує модельний текст як опору, формулює власні думки й пов’язує письмо з Mission.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Читає модель жанру «Paragraph Unity», визначає його основні ознаки й розуміє запитання Think–Pair–Share та зміст Mission.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текст у жанрі «зв’язний абзац» з опорою на модель і висловлює 1–2 думки, пов’язані з місією «Цінувати минуле».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Writing focus: тематичне речення й деталі на його підтримку.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Письмова майстерня: зв’язний абзац</w:t>
              <w:br/>
              <w:t>SB p. 50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Планувати, писати, редагувати й представляти зв’язний абзац; використовувати фокус «тематичне речення й деталі на його підтримку».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планує, пише, перечитує й редагує короткий текст, використовує чекліст і взаємний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модельний текст, план / чекліст і приклади цільового письмового прийому; помічає, що можна уточнити або відредагувати.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Планує, пише й редагує текст приблизно з 5–8 речень; застосовує фокус «тематичне речення й деталі на його підтримку», ділиться роботою й уточнює деталі після запитань.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Writing focus: тематичне речення й деталі на його підтримку; редагування й зв’язність тексту.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Mission: Appreciate the past — Цінувати минуле</w:t>
              <w:br/>
              <w:t>SB p. 51; Meet the Explorer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Обговорювати місію «Цінувати минуле», наводити приклади з власного життя й реагувати на думки партнерів.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технологічна та громадянська компетентності: осмислює місію «Цінувати минуле», співвідносить її з власними діями та прикладом National Geographic Explorer.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коротку цитату / відеофрагмент про Stephen Ambrose і визначає, як приклад Explorer пов’язаний із місією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Наводить власний приклад, пояснює, як можна реалізувати місію «Цінувати минуле», ставить партнерові запитання й реагує на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мовних моделей Unit у реальному контексті; мовні засоби для аргументації й пояснення.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Проєкт: постер «Тоді й тепер» — плануємо</w:t>
              <w:br/>
              <w:t>SB pp. 52–53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Планувати проєкт «постер «Тоді й тепер»», домовлятися про зміст і послідовність роботи, розподіляти ролі.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співпраця й уміння вчитися: планує проєкт, розподіляє посильні дії, добирає інформацію / матеріали й домовляється про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покрокові візуальні інструкції, визначає послідовність дій, потрібну інформацію та критерії завершеного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Домовляється з партнером або групою, ставить уточнювальні запитання, записує ключові слова / дані й пояснює окремі етапи плану.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Contrast with but and instead та Comparatives with more + adjective.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3. Проєкт: постер «Тоді й тепер» — створюємо й представляємо</w:t>
              <w:br/>
              <w:t>SB pp. 52–53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Створювати й презентувати постер «Тоді й тепер»; відповідати на запитання, рефлексувати за Now I can…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соціальна й мовна компетентності: створює завершений продукт, презентує його аудиторії, відповідає на запитання й дає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репліки партнерів і короткі презентації однокласників; виділяє в них ключову тематичну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1–2 запитання та коротко пояснює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Contrast with but and instead та Comparatives with more + adjective.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6"/>
              </w:rPr>
              <w:t>Review Units 1–3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Units 1–3: слухаємо, відновлюємо й говоримо</w:t>
              <w:br/>
              <w:t>SB pp. 54–55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матеріал Units 1–3: порівнювати життя родини колись і сьогодні; самостійно добирати відомі мовні засоби до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соціальна й мовна компетентності: працює з різними форматами повторення, слухає партнера, пояснює вибір і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короткі аудіо- й письмові повідомлення з матеріалом блоку; знаходить ключову інформацію й визначає потрібну стратегію.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інтегроване усно-письмове завдання, порівнює відповіді з партнером, пояснює 1–2 рішення та коротко рефлексує над прогресом.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Grammar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Units 1–3: читаємо й застосовуємо</w:t>
              <w:br/>
              <w:t>SB pp. 54–55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матеріал Units 1–3: говорити про родину, плани й уподобання; самостійно добирати відомі мовні засоби до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соціальна й мовна компетентності: працює з різними форматами повторення, слухає партнера, пояснює вибір і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короткі аудіо- й письмові повідомлення з матеріалом блоку; знаходить ключову інформацію й визначає потрібну стратегію.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інтегроване усно-письмове завдання, порівнює відповіді з партнером, пояснює 1–2 рішення та коротко рефлексує над прогресом.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Grammar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Units 1–3: інтегруємо лексику та граматику</w:t>
              <w:br/>
              <w:t>SB pp. 54–55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матеріал Units 1–3: читати описи й порівнювати предмети та ціни; самостійно добирати відомі мовні засоби до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соціальна й мовна компетентності: працює з різними форматами повторення, слухає партнера, пояснює вибір і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короткі аудіо- й письмові повідомлення з матеріалом блоку; знаходить ключову інформацію й визначає потрібну стратегію.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інтегроване усно-письмове завдання, порівнює відповіді з партнером, пояснює 1–2 рішення та коротко рефлексує над прогресом.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Grammar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Units 1–3: розгорнута взаємодія й письмо</w:t>
              <w:br/>
              <w:t>SB pp. 54–55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матеріал Units 1–3: поєднувати слухання, говоріння, читання й письмо; самостійно добирати відомі мовні засоби до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соціальна й мовна компетентності: працює з різними форматами повторення, слухає партнера, пояснює вибір і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короткі аудіо- й письмові повідомлення з матеріалом блоку; знаходить ключову інформацію й визначає потрібну стратегію.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інтегроване усно-письмове завдання, порівнює відповіді з партнером, пояснює 1–2 рішення та коротко рефлексує над прогресом.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Grammar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Units 1–3: самоперевірка й підготовка до діагностування</w:t>
              <w:br/>
              <w:t>SB pp. 54–55; Workbook / Online Practice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матеріал Units 1–3: виконувати самоперевірку; самостійно добирати відомі мовні засоби до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соціальна й мовна компетентності: працює з різними форматами повторення, слухає партнера, пояснює вибір і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короткі аудіо- й письмові повідомлення з матеріалом блоку; знаходить ключову інформацію й визначає потрібну стратегію.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інтегроване усно-письмове завдання, порівнює відповіді з партнером, пояснює 1–2 рішення та коротко рефлексує над прогресом.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Grammar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6"/>
              </w:rPr>
              <w:t>Extended Reading. Giant’s Causeway — Дорога велетнів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Extended Reading. Giant’s Causeway — читаємо й розуміємо</w:t>
              <w:br/>
              <w:t>SB pp. 56–57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й слухати легенду; знаходити основну думку, ключові факти й реагувати на зміст.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Читацька, культурна й інформаційна компетентності: працює з автентичним текстом і пов’язує його зміст із ширшим культурним / суспільним контекстом.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тексту, знаходить явні факти й співвідносить їх із візуальними / графічними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запитання, стисло переказує факт і висловлює просту власну думку про прочитане.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giant, causeway, argue, brave, scared; ключова лексика 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Grammar Units 1–3; мовні засоби порівняння й оповіді.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Extended Reading. Giant’s Causeway: легенду і стратегія читання</w:t>
              <w:br/>
              <w:t>SB pp. 56–57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Аналізувати особливості жанру та визначати ознаки легенди й елементи діалогу; знаходити текстові докази й пояснювати відповідь партнерові.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свідомо використовує текстові ознаки й стратегію читання, перевіряє висновок за текстом.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деталі, визначає ознаки жанру / організації тексту та пояснює, який елемент допоміг зрозуміти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наводить доказ із тексту та формулює короткий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giant, causeway, argue, brave, scared; ключова лексика 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Grammar Units 1–3; мовні засоби порівняння й оповіді.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Extended Reading. Giant’s Causeway: Express Yourself</w:t>
              <w:br/>
              <w:t>SB pp. 56–57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Обирати творчу форму реакції на текст, планувати зміст і перетворювати прочитану інформацію на власний продукт.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Творчість, ініціативність і співпраця: планує власний продукт, добирає інформацію з тексту й узгоджує роботу з партнером /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умови творчих завдань і добирає з тексту факти, потрібні для власної роботи.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ескіз / постер / сценку / інший запропонований продукт і пояснює його зв’язок із текстом.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giant, causeway, argue, brave, scared; ключова лексика 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Grammar Units 1–3; мовні засоби порівняння й оповіді.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Extended Reading. Giant’s Causeway: представляємо й даємо відгук</w:t>
              <w:br/>
              <w:t>SB pp. 56–57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Представляти творчу роботу, слухати інших, ставити запитання й давати конкретний доброзичливий відгук.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презентує результат, відповідає на запитання та використовує ввічливі формули зворотного зв’язку.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презентації / інсценізації однокласників і визначає, які ідеї з тексту вони використали.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Презентує роботу, відповідає на запитання та формулює щонайменше один змістовний позитивний коментар.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giant, causeway, argue, brave, scared; ключова лексика 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Grammar Units 1–3; мовні засоби порівняння й оповіді.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6"/>
              </w:rPr>
              <w:t>Let’s Talk Units 1–3 — Hello! / I agree!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Let’s Talk Units 1–3: Hello! / I agree!</w:t>
              <w:br/>
              <w:t>SB pp. 58–59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вітатися формально й неформально та дякувати; запитувати думку, погоджуватися або не погоджуватися.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міжкультурна й мовна компетентності: добирає ввічливі формули відповідно до ситуації, активно слухає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повсякденні й навчальні діалоги, визначає комунікативний намір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Розігрує / імпровізує діалог, реагує на партнера, ставить уточнювальне запитання й підтримує розмову кількома доречними репліками.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Everyday English / School English: Hello!; I agree!.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Функціональні мовні моделі, мовленнєвий регістр, інтонація ввічливої взаємодії.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Let’s Talk: Hello!</w:t>
              <w:br/>
              <w:t>SB p. 58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вітатися формально й неформально та дякувати; підтримувати короткий діалог і добирати доречні формули.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міжкультурна й мовна компетентності: добирає ввічливі формули відповідно до ситуації, активно слухає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повсякденні й навчальні діалоги, визначає комунікативний намір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Розігрує / імпровізує діалог, реагує на партнера, ставить уточнювальне запитання й підтримує розмову кількома доречними репліками.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Everyday English / School English: Hello!; I agree!.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Функціональні мовні моделі, мовленнєвий регістр, інтонація ввічливої взаємодії.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Let’s Talk: I agree!</w:t>
              <w:br/>
              <w:t>SB p. 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запитувати думку, погоджуватися або не погоджуватися; слухати реакцію партнера й уточнювати / перефразовувати за потреби.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міжкультурна й мовна компетентності: добирає ввічливі формули відповідно до ситуації, активно слухає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повсякденні й навчальні діалоги, визначає комунікативний намір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Розігрує / імпровізує діалог, реагує на партнера, ставить уточнювальне запитання й підтримує розмову кількома доречними репліками.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Everyday English / School English: Hello!; I agree!.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Функціональні мовні моделі, мовленнєвий регістр, інтонація ввічливої взаємодії.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Let’s Talk Units 1–3: прагматика й розгорнута рольова взаємодія</w:t>
              <w:br/>
              <w:t>SB pp. 58–59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Поєднувати в одній розмові функції «Hello!» і «I agree!», змінювати регістр та підтримувати взаєморозуміння.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міжкультурна й мовна компетентності: добирає ввічливі формули відповідно до ситуації, активно слухає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повсякденні й навчальні діалоги, визначає комунікативний намір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Розігрує / імпровізує діалог, реагує на партнера, ставить уточнювальне запитання й підтримує розмову кількома доречними репліками.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Everyday English / School English: Hello!; I agree!.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Функціональні мовні моделі, мовленнєвий регістр, інтонація ввічливої взаємодії.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6"/>
              </w:rPr>
              <w:t>Діагностування результатів навчання за Units 1–3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Діагностування результатів навчання за Units 1–3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Демонструвати, що учень / учениця може розуміти й використовувати матеріал Units 1–3 у знайомих і дещо змінених ситуаціях.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відповідальність: виконує завдання самостійно, використовує знайомі стратегії та сприймає результат як інформацію для подальшого навчання.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усні й письмові повідомлення за темами Units 1–3, знаходить основну думку, деталі й потрібні зв’язки.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Взаємодіє усно, створює коротке письмове висловлення та використовує вивчені мовні засоби відповідно до комунікативного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Grammar Units 1–3. Формат і конкретний обсяг діагностування визначає вчитель / заклад освіти.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6"/>
              </w:rPr>
              <w:t>Unit 4. Get Well Soon! — Одужуй!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Get Well Soon! — Одужуй!</w:t>
              <w:br/>
              <w:t>SB pp. 60–65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Говорити про здоров’я й самопочуття; давати поради; реагувати на запитання за фото й пов’язувати тему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Здоров’язбережувальна, соціальна та природничо-наукова компетентності: аналізує реальну світлину, пов’язує тему з власним досвідом і коректно взаємодіє з іншими.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короткого аудіофрагмента, підписів і візуальних опор; упізнає ключову лексику теми та повторювані моделі у пісні.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Реагує на запитання за фото, називає ключові слова й коротко говорить про тему; починає використовувати моделі, потрібні, щоб говорити про здоров’я й самопочуття.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bandage, cast, cough, earache, feel dizzy, first aid kit, germ, have a cold, have a temperature, headache, medicine, sneeze, stomach ache, thermometer, tissue, toothache. Стратегія: частини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Самопочуття, хвороби й перша допомога: розширюємо словник</w:t>
              <w:br/>
              <w:t>SB pp. 62–63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Називати й описувати поняття теми; використовувати Vocabulary 1 у коротких запитаннях, відповідях і порівняннях.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впродовж життя: застосовує стратегію «частини слова», візуальні й контекстні опори для засвоєння нової лексики.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Розрізняє на слух Vocabulary 1, співвідносить слова з фото / описом і розуміє короткі речення з новою лексикою.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нові слова у власних коротких фразах, ставить партнерові запитання й реагує на відповідь; за потреби пояснює слово через приклад або зображення.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bandage, cast, cough, earache, feel dizzy, first aid kit, germ, have a cold, have a temperature, headache, medicine, sneeze, stomach ache, thermometer, tissue, toothache. Стратегія: частини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мовних моделей для опису, запитання й короткої відповіді.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Get Well Soon!: мова у ритмі</w:t>
              <w:br/>
              <w:t>SB pp. 64–65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англійське мовлення в ритмі; використовувати знайому лексику та граматичні моделі у персоналізованих рядках.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 й соціальна компетентності: використовує пісню як спільну мовну дію, слухає інших і впевненіше відтворює англійське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знайому лексику й граматичні моделі в пісні; стежить за ритмом, наголосом, інтонацією та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Співає разом із групою, відтворює ключові рядки й переносить одну-дві моделі з пісні у мінідіалог або персоналізоване речення.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bandage, cast, cough, earache, feel dizzy, first aid kit, germ, have a cold, have a temperature, headache, medicine, sneeze, stomach ache, thermometer, tissue, toothache. Стратегія: частини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Ритм, наголос та інтонація; контекстне використання Advice with should.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Даємо поради</w:t>
              <w:br/>
              <w:t>SB pp. 66–67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моделі Advice with should; будувати керовані висловлення й запитання з нею.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помічає зв’язок між формою і значенням граматичної моделі, спирається на приклад і перевіряє себе.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Advice with should у коротких репліках, підписах і вправах та визначає значення моделі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Advice with should у керованих реченнях і короткій взаємодії; персоналізує 2–3 приклади.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bandage, cast, cough, earache, feel dizzy, first aid kit, germ, have a cold, have a temperature, headache, medicine, sneeze, stomach ache, thermometer, tissue, toothache. Стратегія: частини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Advice with should.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Даємо поради: застосовуємо у взаємодії</w:t>
              <w:br/>
              <w:t>SB pp. 66–67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Використовувати Advice with should для обміну реальною інформацією, порівняння відповідей і короткого уточнення.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дотримується черговості реплік, слухає партнера, уточнює інформацію й використовує граматику для реальної взаємодії.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запитання, відповіді й короткі висловлення з Advice with should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використовує Advice with should у 3–5 репліках, змінює окремі елементи моделі та передає партнерові отриману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bandage, cast, cough, earache, feel dizzy, first aid kit, germ, have a cold, have a temperature, headache, medicine, sneeze, stomach ache, thermometer, tissue, toothache. Стратегія: частини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Advice with should.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Травми й ушкодження + Хто виконує дію сам</w:t>
              <w:br/>
              <w:t>SB pp. 68–69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Розширювати тематичний словник; розуміти й використовувати Reflexive pronouns у типових ситуаціях Unit.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Здоров’язбережувальна, соціальна та природничо-наукова компетентності: розширює тематичний словник і використовує мовні моделі для пояснення власного досвіду.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Розпізнає Vocabulary 2 на слух і в короткому контексті; розуміє приклади з Reflexive pronouns у підписах, аудіо або діалозі.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Vocabulary 2 у коротких відповідях і застосовує Reflexive pronouns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broken leg, bruise, burn, cut, scratch. Стратегія: слова з кількома значеннями.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Reflexive pronouns. Фонетика: /tʃ/ і /dʒ/: scratch / germ, bandage.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Травми й ушкодження: уточнюємо й переносимо</w:t>
              <w:br/>
              <w:t>SB p. 68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Уточнювати значення слів, групувати їх, пояснювати через контекст / приклад і переносити у власні висловлення.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застосовує стратегію «слова з кількома значеннями», групує або пояснює слова, створює власні приклади й використовує зворотний зв’язок.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нові слова у коротких реченнях, знаходить їх за контекстом, зображенням, визначенням або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Класифікує / пояснює нові слова, складає з ними короткі речення та ставить уточнювальні запитання партнерові.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broken leg, bruise, burn, cut, scratch. Стратегія: слова з кількома значеннями.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Vocabulary 2 у мовних моделях Unit. Фонетика: /tʃ/ і /dʒ/: scratch / germ, bandage.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Хто виконує дію сам: застосовуємо</w:t>
              <w:br/>
              <w:t>SB p. 69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використовувати Reflexive pronouns у короткій взаємодії, описі або поясненні.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мовна та ініціативна компетентності: переносить граматичну модель у нову ситуацію, підтримує коротку розмову й коригує висловлення.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Reflexive pronouns у коротких запитаннях, відповідях і мінітекстах; добирає правильний варіант за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використовує Reflexive pronouns у 3–5 репліках або короткому описі; реагує на партнера й виправляє просту помилку після підказки.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broken leg, bruise, burn, cut, scratch. Стратегія: слова з кількома значеннями.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Reflexive pronouns.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Why Do We Sneeze? — Чому ми чхаємо?</w:t>
              <w:br/>
              <w:t>SB pp. 70–71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пізнавальний текст «Why Do We Sneeze?», знаходити основну думку й ключові факти, реагувати на прочитане.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 та здоров’язбережувальна й соціальна компетентності: читає пізнавальний текст, зіставляє його з фото / схемою / інфографікою та відбирає потрібні факти.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«Why Do We Sneeze?», знаходить явні факти й співвідносить їх із візуальними або графічними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 за текстом, коротко переказує знайдений факт і обмінюється з партнером інформацією, потрібною для виконання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Advice with should та Reflexive pronouns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69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Why Do We Sneeze?: стратегія — визначення послідовності подій</w:t>
              <w:br/>
              <w:t>SB pp. 70–71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Застосовувати стратегію «визначення послідовності подій», знаходити докази в тексті, порівнювати й пояснювати відповіді.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свідомо застосовує стратегію «визначення послідовності подій», перевіряє розуміння й пояснює, де знайшов потрібну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деталі, встановлює зв’язки між частинами тексту та використовує стратегію читання для перевірки розуміння.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обґрунтовує їх інформацією з тексту, формулює короткий висновок і за потреби медіює факт для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Advice with should та Reflexive pronouns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Cause and Effect Writing + Mission: Be prepared</w:t>
              <w:br/>
              <w:t>SB pp. 72–73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Розпізнавати особливості жанру «Cause and Effect Writing»; планувати й створювати власний текст; обговорювати Mission.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та здоров’язбережувальна й соціальна компетентності: використовує модельний текст як опору, формулює власні думки й пов’язує письмо з Mission.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Читає модель жанру «Cause and Effect Writing», визначає його основні ознаки й розуміє запитання Think–Pair–Share та зміст Mission.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текст у жанрі «опис причини й наслідку» з опорою на модель і висловлює 1–2 думки, пов’язані з місією «Бути підготовленими».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Writing focus: пояснення, що відбувається і чому.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Письмова майстерня: опис причини й наслідку</w:t>
              <w:br/>
              <w:t>SB p. 72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Планувати, писати, редагувати й представляти опис причини й наслідку; використовувати фокус «пояснення, що відбувається і чому».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планує, пише, перечитує й редагує короткий текст, використовує чекліст і взаємний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модельний текст, план / чекліст і приклади цільового письмового прийому; помічає, що можна уточнити або відредагувати.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Планує, пише й редагує текст приблизно з 5–8 речень; застосовує фокус «пояснення, що відбувається і чому», ділиться роботою й уточнює деталі після запитань.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Writing focus: пояснення, що відбувається і чому; редагування й зв’язність тексту.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Mission: Be prepared — Бути підготовленими</w:t>
              <w:br/>
              <w:t>SB p. 73; Meet the Explorer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Обговорювати місію «Бути підготовленими», наводити приклади з власного життя й реагувати на думки партнерів.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Здоров’язбережувальна, соціальна та природничо-наукова компетентності: осмислює місію «Бути підготовленими», співвідносить її з власними діями та прикладом National Geographic Explorer.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коротку цитату / відеофрагмент про Dr Hayat Sindi і визначає, як приклад Explorer пов’язаний із місією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Наводить власний приклад, пояснює, як можна реалізувати місію «Бути підготовленими», ставить партнерові запитання й реагує на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мовних моделей Unit у реальному контексті; мовні засоби для аргументації й пояснення.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Проєкт: аптечка першої допомоги — плануємо</w:t>
              <w:br/>
              <w:t>SB pp. 74–75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Планувати проєкт «аптечка першої допомоги», домовлятися про зміст і послідовність роботи, розподіляти ролі.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співпраця й уміння вчитися: планує проєкт, розподіляє посильні дії, добирає інформацію / матеріали й домовляється про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покрокові візуальні інструкції, визначає послідовність дій, потрібну інформацію та критерії завершеного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Домовляється з партнером або групою, ставить уточнювальні запитання, записує ключові слова / дані й пояснює окремі етапи плану.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Advice with should та Reflexive pronouns.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4. Проєкт: аптечка першої допомоги — створюємо й представляємо</w:t>
              <w:br/>
              <w:t>SB pp. 74–75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Створювати й презентувати аптечка першої допомоги; відповідати на запитання, рефлексувати за Now I can…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соціальна й мовна компетентності: створює завершений продукт, презентує його аудиторії, відповідає на запитання й дає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репліки партнерів і короткі презентації однокласників; виділяє в них ключову тематичну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1–2 запитання та коротко пояснює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Advice with should та Reflexive pronouns.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6"/>
              </w:rPr>
              <w:t>Unit 5. My Favourites — Мої улюблені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My Favourites — Мої улюблені</w:t>
              <w:br/>
              <w:t>SB pp. 76–81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Називати різні види розваг; порівнювати людей і види діяльності; реагувати на запитання за фото й пов’язувати тему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соціальна та громадянська компетентності: аналізує реальну світлину, пов’язує тему з власним досвідом і коректно взаємодіє з іншими.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короткого аудіофрагмента, підписів і візуальних опор; упізнає ключову лексику теми та повторювані моделі у пісні.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Реагує на запитання за фото, називає ключові слова й коротко говорить про тему; починає використовувати моделі, потрібні, щоб називати різні види розваг.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actor, amazing, athlete, brave, cool, famous, film, funny, great, handsome, person, popular, pretty, talented, wonderful. Стратегія: категоризація слів.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Люди, таланти й розваги: розширюємо словник</w:t>
              <w:br/>
              <w:t>SB pp. 78–79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Називати й описувати поняття теми; використовувати Vocabulary 1 у коротких запитаннях, відповідях і порівняннях.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впродовж життя: застосовує стратегію «категоризація слів», візуальні й контекстні опори для засвоєння нової лексики.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Розрізняє на слух Vocabulary 1, співвідносить слова з фото / описом і розуміє короткі речення з новою лексикою.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нові слова у власних коротких фразах, ставить партнерові запитання й реагує на відповідь; за потреби пояснює слово через приклад або зображення.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actor, amazing, athlete, brave, cool, famous, film, funny, great, handsome, person, popular, pretty, talented, wonderful. Стратегія: категоризація слів.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мовних моделей для опису, запитання й короткої відповіді. Фонетика: /e/ і /æ/: tell / talented; medicine / handsome.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You’re the Best: мова у ритмі</w:t>
              <w:br/>
              <w:t>SB pp. 80–81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англійське мовлення в ритмі; використовувати знайому лексику та граматичні моделі у персоналізованих рядках.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 й соціальна компетентності: використовує пісню як спільну мовну дію, слухає інших і впевненіше відтворює англійське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знайому лексику й граматичні моделі в пісні; стежить за ритмом, наголосом, інтонацією та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Співає разом із групою, відтворює ключові рядки й переносить одну-дві моделі з пісні у мінідіалог або персоналізоване речення.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actor, amazing, athlete, brave, cool, famous, film, funny, great, handsome, person, popular, pretty, talented, wonderful. Стратегія: категоризація слів.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Ритм, наголос та інтонація; контекстне використання Superlatives with -est and most.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Виділяємо найвищий ступінь</w:t>
              <w:br/>
              <w:t>SB pp. 82–83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моделі Superlatives with -est and most; будувати керовані висловлення й запитання з нею.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помічає зв’язок між формою і значенням граматичної моделі, спирається на приклад і перевіряє себе.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Superlatives with -est and most у коротких репліках, підписах і вправах та визначає значення моделі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Superlatives with -est and most у керованих реченнях і короткій взаємодії; персоналізує 2–3 приклади.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actor, amazing, athlete, brave, cool, famous, film, funny, great, handsome, person, popular, pretty, talented, wonderful. Стратегія: категоризація слів.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Superlatives with -est and most.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79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Виділяємо найвищий ступінь: застосовуємо у взаємодії</w:t>
              <w:br/>
              <w:t>SB pp. 82–83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Використовувати Superlatives with -est and most для обміну реальною інформацією, порівняння відповідей і короткого уточнення.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дотримується черговості реплік, слухає партнера, уточнює інформацію й використовує граматику для реальної взаємодії.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запитання, відповіді й короткі висловлення з Superlatives with -est and most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використовує Superlatives with -est and most у 3–5 репліках, змінює окремі елементи моделі та передає партнерові отриману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actor, amazing, athlete, brave, cool, famous, film, funny, great, handsome, person, popular, pretty, talented, wonderful. Стратегія: категоризація слів.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Superlatives with -est and most.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Улюблені заняття й теми + Нерегулярні порівняння</w:t>
              <w:br/>
              <w:t>SB pp. 84–85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Розширювати тематичний словник; розуміти й використовувати Irregular comparatives and superlatives у типових ситуаціях Unit.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соціальна та громадянська компетентності: розширює тематичний словник і використовує мовні моделі для пояснення власного досвіду.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Розпізнає Vocabulary 2 на слух і в короткому контексті; розуміє приклади з Irregular comparatives and superlatives у підписах, аудіо або діалозі.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Vocabulary 2 у коротких відповідях і застосовує Irregular comparatives and superlatives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hobby, school subject, sport, TV programme, writer. Стратегія: ранжування вподобань.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Irregular comparatives and superlatives.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Улюблені заняття й теми: уточнюємо й переносимо</w:t>
              <w:br/>
              <w:t>SB p. 84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Уточнювати значення слів, групувати їх, пояснювати через контекст / приклад і переносити у власні висловлення.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застосовує стратегію «ранжування вподобань», групує або пояснює слова, створює власні приклади й використовує зворотний зв’язок.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нові слова у коротких реченнях, знаходить їх за контекстом, зображенням, визначенням або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Класифікує / пояснює нові слова, складає з ними короткі речення та ставить уточнювальні запитання партнерові.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hobby, school subject, sport, TV programme, writer. Стратегія: ранжування вподобань.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Vocabulary 2 у мовних моделях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Нерегулярні порівняння: застосовуємо</w:t>
              <w:br/>
              <w:t>SB p. 85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використовувати Irregular comparatives and superlatives у короткій взаємодії, описі або поясненні.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мовна та ініціативна компетентності: переносить граматичну модель у нову ситуацію, підтримує коротку розмову й коригує висловлення.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Irregular comparatives and superlatives у коротких запитаннях, відповідях і мінітекстах; добирає правильний варіант за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використовує Irregular comparatives and superlatives у 3–5 репліках або короткому описі; реагує на партнера й виправляє просту помилку після підказки.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hobby, school subject, sport, TV programme, writer. Стратегія: ранжування вподобань.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Irregular comparatives and superlatives.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Amazing Acrobats — Дивовижні акробати</w:t>
              <w:br/>
              <w:t>SB pp. 86–87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пізнавальний текст «Amazing Acrobats», знаходити основну думку й ключові факти, реагувати на прочитане.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 та культурна й соціальна компетентності: читає пізнавальний текст, зіставляє його з фото / схемою / інфографікою та відбирає потрібні факти.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«Amazing Acrobats», знаходить явні факти й співвідносить їх із візуальними або графічними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 за текстом, коротко переказує знайдений факт і обмінюється з партнером інформацією, потрібною для виконання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Superlatives with -est and most та Irregular comparatives and superlatives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Amazing Acrobats: стратегія — використання візуальних опор</w:t>
              <w:br/>
              <w:t>SB pp. 86–87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Застосовувати стратегію «використання візуальних опор», знаходити докази в тексті, порівнювати й пояснювати відповіді.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свідомо застосовує стратегію «використання візуальних опор», перевіряє розуміння й пояснює, де знайшов потрібну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деталі, встановлює зв’язки між частинами тексту та використовує стратегію читання для перевірки розуміння.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обґрунтовує їх інформацією з тексту, формулює короткий висновок і за потреби медіює факт для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Superlatives with -est and most та Irregular comparatives and superlatives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Reviews + Mission: Find a role model</w:t>
              <w:br/>
              <w:t>SB pp. 88–89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Розпізнавати особливості жанру «Reviews»; планувати й створювати власний текст; обговорювати Mission.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та культурна й соціальна компетентності: використовує модельний текст як опору, формулює власні думки й пов’язує письмо з Mission.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Читає модель жанру «Reviews», визначає його основні ознаки й розуміє запитання Think–Pair–Share та зміст Mission.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текст у жанрі «відгук про книжку» з опорою на модель і висловлює 1–2 думки, пов’язані з місією «Знайти рольову модель».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Writing focus: структура короткого відгуку.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Письмова майстерня: відгук про книжку</w:t>
              <w:br/>
              <w:t>SB p. 88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Планувати, писати, редагувати й представляти відгук про книжку; використовувати фокус «структура короткого відгуку».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планує, пише, перечитує й редагує короткий текст, використовує чекліст і взаємний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модельний текст, план / чекліст і приклади цільового письмового прийому; помічає, що можна уточнити або відредагувати.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Планує, пише й редагує текст приблизно з 5–8 речень; застосовує фокус «структура короткого відгуку», ділиться роботою й уточнює деталі після запитань.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Writing focus: структура короткого відгуку; редагування й зв’язність тексту.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Mission: Find a role model — Знайти рольову модель</w:t>
              <w:br/>
              <w:t>SB p. 89; Meet the Explorer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Обговорювати місію «Знайти рольову модель», наводити приклади з власного життя й реагувати на думки партнерів.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соціальна та громадянська компетентності: осмислює місію «Знайти рольову модель», співвідносить її з власними діями та прикладом National Geographic Explorer.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коротку цитату / відеофрагмент про Aparajita Datta і визначає, як приклад Explorer пов’язаний із місією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Наводить власний приклад, пояснює, як можна реалізувати місію «Знайти рольову модель», ставить партнерові запитання й реагує на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мовних моделей Unit у реальному контексті; мовні засоби для аргументації й пояснення.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Проєкт: класна книга про відомих людей — плануємо</w:t>
              <w:br/>
              <w:t>SB pp. 90–91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Планувати проєкт «класна книга про відомих людей», домовлятися про зміст і послідовність роботи, розподіляти ролі.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співпраця й уміння вчитися: планує проєкт, розподіляє посильні дії, добирає інформацію / матеріали й домовляється про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покрокові візуальні інструкції, визначає послідовність дій, потрібну інформацію та критерії завершеного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Домовляється з партнером або групою, ставить уточнювальні запитання, записує ключові слова / дані й пояснює окремі етапи плану.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Superlatives with -est and most та Irregular comparatives and superlatives.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89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5. Проєкт: класна книга про відомих людей — створюємо й представляємо</w:t>
              <w:br/>
              <w:t>SB pp. 90–91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Створювати й презентувати класна книга про відомих людей; відповідати на запитання, рефлексувати за Now I can…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соціальна й мовна компетентності: створює завершений продукт, презентує його аудиторії, відповідає на запитання й дає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репліки партнерів і короткі презентації однокласників; виділяє в них ключову тематичну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1–2 запитання та коротко пояснює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Superlatives with -est and most та Irregular comparatives and superlatives.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6"/>
              </w:rPr>
              <w:t>Unit 6. Wonders of the Sea — Дива моря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Wonders of the Sea — Дива моря</w:t>
              <w:br/>
              <w:t>SB pp. 92–97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Називати й описувати морських істот; говорити про захист морів і океанів; реагувати на запитання за фото й пов’язувати тему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Екологічна, природничо-наукова та громадянська компетентності: аналізує реальну світлину, пов’язує тему з власним досвідом і коректно взаємодіє з іншими.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короткого аудіофрагмента, підписів і візуальних опор; упізнає ключову лексику теми та повторювані моделі у пісні.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Реагує на запитання за фото, називає ключові слова й коротко говорить про тему; починає використовувати моделі, потрібні, щоб називати й описувати морських істот.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creature, disappear, dolphin, fish, layer, midnight, octopus, pollution, resource, sea sponge, turtle, shark, squid, sunlight, whale, zone. Стратегія: значення з контексту.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Морські істоти й зони океану: розширюємо словник</w:t>
              <w:br/>
              <w:t>SB pp. 94–95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Називати й описувати поняття теми; використовувати Vocabulary 1 у коротких запитаннях, відповідях і порівняннях.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впродовж життя: застосовує стратегію «значення з контексту», візуальні й контекстні опори для засвоєння нової лексики.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Розрізняє на слух Vocabulary 1, співвідносить слова з фото / описом і розуміє короткі речення з новою лексикою.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нові слова у власних коротких фразах, ставить партнерові запитання й реагує на відповідь; за потреби пояснює слово через приклад або зображення.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creature, disappear, dolphin, fish, layer, midnight, octopus, pollution, resource, sea sponge, turtle, shark, squid, sunlight, whale, zone. Стратегія: значення з контексту.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мовних моделей для опису, запитання й короткої відповіді. Фонетика: /s/ і /ʃ/: sea / shark, pollution.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Protect the Seas: мова у ритмі</w:t>
              <w:br/>
              <w:t>SB pp. 96–97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англійське мовлення в ритмі; використовувати знайому лексику та граматичні моделі у персоналізованих рядках.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 й соціальна компетентності: використовує пісню як спільну мовну дію, слухає інших і впевненіше відтворює англійське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знайому лексику й граматичні моделі в пісні; стежить за ритмом, наголосом, інтонацією та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Співає разом із групою, відтворює ключові рядки й переносить одну-дві моделі з пісні у мінідіалог або персоналізоване речення.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creature, disappear, dolphin, fish, layer, midnight, octopus, pollution, resource, sea sponge, turtle, shark, squid, sunlight, whale, zone. Стратегія: значення з контексту.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Ритм, наголос та інтонація; контекстне використання Have to, must, can’t and don’t.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Правила й необхідність</w:t>
              <w:br/>
              <w:t>SB pp. 98–99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моделі Have to, must, can’t and don’t; будувати керовані висловлення й запитання з нею.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помічає зв’язок між формою і значенням граматичної моделі, спирається на приклад і перевіряє себе.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Have to, must, can’t and don’t у коротких репліках, підписах і вправах та визначає значення моделі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Have to, must, can’t and don’t у керованих реченнях і короткій взаємодії; персоналізує 2–3 приклади.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creature, disappear, dolphin, fish, layer, midnight, octopus, pollution, resource, sea sponge, turtle, shark, squid, sunlight, whale, zone. Стратегія: значення з контексту.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Have to, must, can’t and don’t.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Правила й необхідність: застосовуємо у взаємодії</w:t>
              <w:br/>
              <w:t>SB pp. 98–99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Використовувати Have to, must, can’t and don’t для обміну реальною інформацією, порівняння відповідей і короткого уточнення.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дотримується черговості реплік, слухає партнера, уточнює інформацію й використовує граматику для реальної взаємодії.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запитання, відповіді й короткі висловлення з Have to, must, can’t and don’t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використовує Have to, must, can’t and don’t у 3–5 репліках, змінює окремі елементи моделі та передає партнерові отриману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creature, disappear, dolphin, fish, layer, midnight, octopus, pollution, resource, sea sponge, turtle, shark, squid, sunlight, whale, zone. Стратегія: значення з контексту.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Have to, must, can’t and don’t.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Загрози для морів і океанів + Говоримо про майбутнє</w:t>
              <w:br/>
              <w:t>SB pp. 100–101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Розширювати тематичний словник; розуміти й використовувати Future with will and won’t у типових ситуаціях Unit.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Екологічна, природничо-наукова та громадянська компетентності: розширює тематичний словник і використовує мовні моделі для пояснення власного досвіду.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Розпізнає Vocabulary 2 на слух і в короткому контексті; розуміє приклади з Future with will and won’t у підписах, аудіо або діалозі.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Vocabulary 2 у коротких відповідях і застосовує Future with will and won’t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biodegradable, oil spill, overfishing, plastic, rubbish. Стратегія: суфікс -able.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Future with will and won’t.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Загрози для морів і океанів: уточнюємо й переносимо</w:t>
              <w:br/>
              <w:t>SB p. 100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Уточнювати значення слів, групувати їх, пояснювати через контекст / приклад і переносити у власні висловлення.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застосовує стратегію «суфікс -able», групує або пояснює слова, створює власні приклади й використовує зворотний зв’язок.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нові слова у коротких реченнях, знаходить їх за контекстом, зображенням, визначенням або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Класифікує / пояснює нові слова, складає з ними короткі речення та ставить уточнювальні запитання партнерові.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biodegradable, oil spill, overfishing, plastic, rubbish. Стратегія: суфікс -able.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Vocabulary 2 у мовних моделях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Говоримо про майбутнє: застосовуємо</w:t>
              <w:br/>
              <w:t>SB p. 101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використовувати Future with will and won’t у короткій взаємодії, описі або поясненні.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мовна та ініціативна компетентності: переносить граматичну модель у нову ситуацію, підтримує коротку розмову й коригує висловлення.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Future with will and won’t у коротких запитаннях, відповідях і мінітекстах; добирає правильний варіант за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використовує Future with will and won’t у 3–5 репліках або короткому описі; реагує на партнера й виправляє просту помилку після підказки.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biodegradable, oil spill, overfishing, plastic, rubbish. Стратегія: суфікс -able.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Future with will and won’t.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Colourful Corals — Барвисті корали</w:t>
              <w:br/>
              <w:t>SB pp. 102–103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пізнавальний текст «Colourful Corals», знаходити основну думку й ключові факти, реагувати на прочитане.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 та екологічна й природничо-наукова компетентності: читає пізнавальний текст, зіставляє його з фото / схемою / інфографікою та відбирає потрібні факти.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«Colourful Corals», знаходить явні факти й співвідносить їх із візуальними або графічними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 за текстом, коротко переказує знайдений факт і обмінюється з партнером інформацією, потрібною для виконання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Have to, must, can’t and don’t та Future with will and won’t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99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Colourful Corals: стратегія — визначення мети читання</w:t>
              <w:br/>
              <w:t>SB pp. 102–103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Застосовувати стратегію «визначення мети читання», знаходити докази в тексті, порівнювати й пояснювати відповіді.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свідомо застосовує стратегію «визначення мети читання», перевіряє розуміння й пояснює, де знайшов потрібну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деталі, встановлює зв’язки між частинами тексту та використовує стратегію читання для перевірки розуміння.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обґрунтовує їх інформацією з тексту, формулює короткий висновок і за потреби медіює факт для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Have to, must, can’t and don’t та Future with will and won’t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Contrast Writing + Mission: Protect the seas and oceans</w:t>
              <w:br/>
              <w:t>SB pp. 104–105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Розпізнавати особливості жанру «Contrast Writing»; планувати й створювати власний текст; обговорювати Mission.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та екологічна й природничо-наукова компетентності: використовує модельний текст як опору, формулює власні думки й пов’язує письмо з Mission.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Читає модель жанру «Contrast Writing», визначає його основні ознаки й розуміє запитання Think–Pair–Share та зміст Mission.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текст у жанрі «порівняльно-контрастний текст» з опорою на модель і висловлює 1–2 думки, пов’язані з місією «Захищати моря й океани».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Writing focus: слова й вирази для протиставлення.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Письмова майстерня: порівняльно-контрастний текст</w:t>
              <w:br/>
              <w:t>SB p. 104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Планувати, писати, редагувати й представляти порівняльно-контрастний текст; використовувати фокус «слова й вирази для протиставлення».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планує, пише, перечитує й редагує короткий текст, використовує чекліст і взаємний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модельний текст, план / чекліст і приклади цільового письмового прийому; помічає, що можна уточнити або відредагувати.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Планує, пише й редагує текст приблизно з 5–8 речень; застосовує фокус «слова й вирази для протиставлення», ділиться роботою й уточнює деталі після запитань.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Writing focus: слова й вирази для протиставлення; редагування й зв’язність тексту.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Mission: Protect the seas and oceans — Захищати моря й океани</w:t>
              <w:br/>
              <w:t>SB p. 105; Meet the Explorer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Обговорювати місію «Захищати моря й океани», наводити приклади з власного життя й реагувати на думки партнерів.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Екологічна, природничо-наукова та громадянська компетентності: осмислює місію «Захищати моря й океани», співвідносить її з власними діями та прикладом National Geographic Explorer.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коротку цитату / відеофрагмент про Dr Sylvia Earle і визначає, як приклад Explorer пов’язаний із місією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Наводить власний приклад, пояснює, як можна реалізувати місію «Захищати моря й океани», ставить партнерові запитання й реагує на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мовних моделей Unit у реальному контексті; мовні засоби для аргументації й пояснення.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Проєкт: постер про морських істот — плануємо</w:t>
              <w:br/>
              <w:t>SB pp. 106–107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Планувати проєкт «постер про морських істот», домовлятися про зміст і послідовність роботи, розподіляти ролі.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співпраця й уміння вчитися: планує проєкт, розподіляє посильні дії, добирає інформацію / матеріали й домовляється про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покрокові візуальні інструкції, визначає послідовність дій, потрібну інформацію та критерії завершеного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Домовляється з партнером або групою, ставить уточнювальні запитання, записує ключові слова / дані й пояснює окремі етапи плану.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Have to, must, can’t and don’t та Future with will and won’t.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6. Проєкт: постер про морських істот — створюємо й представляємо</w:t>
              <w:br/>
              <w:t>SB pp. 106–107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Створювати й презентувати постер про морських істот; відповідати на запитання, рефлексувати за Now I can…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соціальна й мовна компетентності: створює завершений продукт, презентує його аудиторії, відповідає на запитання й дає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репліки партнерів і короткі презентації однокласників; виділяє в них ключову тематичну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1–2 запитання та коротко пояснює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Have to, must, can’t and don’t та Future with will and won’t.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6"/>
              </w:rPr>
              <w:t>Review Units 4–6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Units 4–6: слухаємо, відновлюємо й говоримо</w:t>
              <w:br/>
              <w:t>SB pp. 108–109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матеріал Units 4–6: проводити опитування про улюблене; самостійно добирати відомі мовні засоби до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соціальна й мовна компетентності: працює з різними форматами повторення, слухає партнера, пояснює вибір і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короткі аудіо- й письмові повідомлення з матеріалом блоку; знаходить ключову інформацію й визначає потрібну стратегію.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інтегроване усно-письмове завдання, порівнює відповіді з партнером, пояснює 1–2 рішення та коротко рефлексує над прогресом.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Grammar Units 4–6.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Units 4–6: читаємо й застосовуємо</w:t>
              <w:br/>
              <w:t>SB pp. 108–109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матеріал Units 4–6: давати поради й формулювати правила безпеки; самостійно добирати відомі мовні засоби до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соціальна й мовна компетентності: працює з різними форматами повторення, слухає партнера, пояснює вибір і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короткі аудіо- й письмові повідомлення з матеріалом блоку; знаходить ключову інформацію й визначає потрібну стратегію.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інтегроване усно-письмове завдання, порівнює відповіді з партнером, пояснює 1–2 рішення та коротко рефлексує над прогресом.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Grammar Units 4–6.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Units 4–6: інтегруємо лексику та граматику</w:t>
              <w:br/>
              <w:t>SB pp. 108–109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матеріал Units 4–6: інтегрувати матеріал трьох Units; самостійно добирати відомі мовні засоби до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соціальна й мовна компетентності: працює з різними форматами повторення, слухає партнера, пояснює вибір і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короткі аудіо- й письмові повідомлення з матеріалом блоку; знаходить ключову інформацію й визначає потрібну стратегію.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інтегроване усно-письмове завдання, порівнює відповіді з партнером, пояснює 1–2 рішення та коротко рефлексує над прогресом.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Grammar Units 4–6.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Units 4–6: розгорнута взаємодія й письмо</w:t>
              <w:br/>
              <w:t>SB pp. 108–109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матеріал Units 4–6: виконувати цифрове повторення й самоперевірку; самостійно добирати відомі мовні засоби до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соціальна й мовна компетентності: працює з різними форматами повторення, слухає партнера, пояснює вибір і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короткі аудіо- й письмові повідомлення з матеріалом блоку; знаходить ключову інформацію й визначає потрібну стратегію.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інтегроване усно-письмове завдання, порівнює відповіді з партнером, пояснює 1–2 рішення та коротко рефлексує над прогресом.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Grammar Units 4–6.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6"/>
              </w:rPr>
              <w:t>Extended Reading. Oceans of Plastic: Time for Action — Океани пластику: час діяти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109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Extended Reading. Oceans of Plastic: Time for Action — читаємо й розуміємо</w:t>
              <w:br/>
              <w:t>SB pp. 110–111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й слухати problem-solution essay; знаходити основну думку, ключові факти й реагувати на зміст.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Читацька, культурна й інформаційна компетентності: працює з автентичним текстом і пов’язує його зміст із ширшим культурним / суспільним контекстом.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тексту, знаходить явні факти й співвідносить їх із візуальними / графічними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запитання, стисло переказує факт і висловлює просту власну думку про прочитане.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plastic, microplastics, packaging, tangled up, biodegradable, sweeping, refillable.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Grammar Units 4–6; мова правил, рекомендацій і майбутніх наслідків.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Extended Reading. Oceans of Plastic: Time for Action: problem-solution essay і стратегія читання</w:t>
              <w:br/>
              <w:t>SB pp. 110–111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Аналізувати особливості жанру та аналізувати проблему, рішення й заголовки; знаходити текстові докази й пояснювати відповідь партнерові.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свідомо використовує текстові ознаки й стратегію читання, перевіряє висновок за текстом.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деталі, визначає ознаки жанру / організації тексту та пояснює, який елемент допоміг зрозуміти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наводить доказ із тексту та формулює короткий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plastic, microplastics, packaging, tangled up, biodegradable, sweeping, refillable.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Grammar Units 4–6; мова правил, рекомендацій і майбутніх наслідків.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Extended Reading. Oceans of Plastic: Time for Action: Express Yourself</w:t>
              <w:br/>
              <w:t>SB pp. 110–111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Обирати творчу форму реакції на текст, планувати зміст і перетворювати прочитану інформацію на власний продукт.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Творчість, ініціативність і співпраця: планує власний продукт, добирає інформацію з тексту й узгоджує роботу з партнером /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умови творчих завдань і добирає з тексту факти, потрібні для власної роботи.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ескіз / постер / сценку / інший запропонований продукт і пояснює його зв’язок із текстом.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plastic, microplastics, packaging, tangled up, biodegradable, sweeping, refillable.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Grammar Units 4–6; мова правил, рекомендацій і майбутніх наслідків.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Extended Reading. Oceans of Plastic: Time for Action: представляємо й даємо відгук</w:t>
              <w:br/>
              <w:t>SB pp. 110–111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Представляти творчу роботу, слухати інших, ставити запитання й давати конкретний доброзичливий відгук.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презентує результат, відповідає на запитання та використовує ввічливі формули зворотного зв’язку.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презентації / інсценізації однокласників і визначає, які ідеї з тексту вони використали.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Презентує роботу, відповідає на запитання та формулює щонайменше один змістовний позитивний коментар.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plastic, microplastics, packaging, tangled up, biodegradable, sweeping, refillable.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Grammar Units 4–6; мова правил, рекомендацій і майбутніх наслідків.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6"/>
              </w:rPr>
              <w:t>Let’s Talk Units 4–6 — What’s wrong? / I don’t understand.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Let’s Talk Units 4–6: What’s wrong? / I don’t understand.</w:t>
              <w:br/>
              <w:t>SB pp. 112–113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запитувати про самопочуття, показувати турботу й давати пораду; ввічливо повідомляти про нерозуміння, просити пояснення й перевіряти розуміння.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міжкультурна й мовна компетентності: добирає ввічливі формули відповідно до ситуації, активно слухає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повсякденні й навчальні діалоги, визначає комунікативний намір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Розігрує / імпровізує діалог, реагує на партнера, ставить уточнювальне запитання й підтримує розмову кількома доречними репліками.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Everyday English / School English: What’s wrong?; I don’t understand..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Функціональні мовні моделі, мовленнєвий регістр, інтонація ввічливої взаємодії.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Let’s Talk: What’s wrong?</w:t>
              <w:br/>
              <w:t>SB p. 112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запитувати про самопочуття, показувати турботу й давати пораду; підтримувати короткий діалог і добирати доречні формули.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міжкультурна й мовна компетентності: добирає ввічливі формули відповідно до ситуації, активно слухає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повсякденні й навчальні діалоги, визначає комунікативний намір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Розігрує / імпровізує діалог, реагує на партнера, ставить уточнювальне запитання й підтримує розмову кількома доречними репліками.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Everyday English / School English: What’s wrong?; I don’t understand..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Функціональні мовні моделі, мовленнєвий регістр, інтонація ввічливої взаємодії.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Let’s Talk: I don’t understand.</w:t>
              <w:br/>
              <w:t>SB p. 113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ввічливо повідомляти про нерозуміння, просити пояснення й перевіряти розуміння; слухати реакцію партнера й уточнювати / перефразовувати за потреби.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міжкультурна й мовна компетентності: добирає ввічливі формули відповідно до ситуації, активно слухає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повсякденні й навчальні діалоги, визначає комунікативний намір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Розігрує / імпровізує діалог, реагує на партнера, ставить уточнювальне запитання й підтримує розмову кількома доречними репліками.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Everyday English / School English: What’s wrong?; I don’t understand..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Функціональні мовні моделі, мовленнєвий регістр, інтонація ввічливої взаємодії.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Let’s Talk Units 4–6: прагматика й розгорнута рольова взаємодія</w:t>
              <w:br/>
              <w:t>SB pp. 112–113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Поєднувати в одній розмові функції «What’s wrong?» і «I don’t understand.», змінювати регістр та підтримувати взаєморозуміння.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міжкультурна й мовна компетентності: добирає ввічливі формули відповідно до ситуації, активно слухає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повсякденні й навчальні діалоги, визначає комунікативний намір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Розігрує / імпровізує діалог, реагує на партнера, ставить уточнювальне запитання й підтримує розмову кількома доречними репліками.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Everyday English / School English: What’s wrong?; I don’t understand..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Функціональні мовні моделі, мовленнєвий регістр, інтонація ввічливої взаємодії.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6"/>
              </w:rPr>
              <w:t>Діагностування результатів навчання за Units 4–6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Діагностування результатів навчання за Units 4–6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Демонструвати, що учень / учениця може розуміти й використовувати матеріал Units 4–6 у знайомих і дещо змінених ситуаціях.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відповідальність: виконує завдання самостійно, використовує знайомі стратегії та сприймає результат як інформацію для подальшого навчання.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усні й письмові повідомлення за темами Units 4–6, знаходить основну думку, деталі й потрібні зв’язки.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Взаємодіє усно, створює коротке письмове висловлення та використовує вивчені мовні засоби відповідно до комунікативного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Grammar Units 4–6. Формат і конкретний обсяг діагностування визначає вчитель / заклад освіти.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6"/>
              </w:rPr>
              <w:t>Unit 7. Good Idea! — Гарна ідея!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Good Idea! — Гарна ідея!</w:t>
              <w:br/>
              <w:t>SB pp. 114–119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Говорити про винаходи; описувати звички в минулому; реагувати на запитання за фото й пов’язувати тему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Інноваційність, підприємливість та інформаційно-комунікаційна компетентність: аналізує реальну світлину, пов’язує тему з власним досвідом і коректно взаємодіє з іншими.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короткого аудіофрагмента, підписів і візуальних опор; упізнає ключову лексику теми та повторювані моделі у пісні.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Реагує на запитання за фото, називає ключові слова й коротко говорить про тему; починає використовувати моделі, потрібні, щоб говорити про винаходи.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battery, creativity, electricity, fail, idea, imagination, invent, invention, problem, solution, succeed, try, useful, wheel. Стратегія: суфікс -ful.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119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Винаходи, ідеї та розв’язання проблем: розширюємо словник</w:t>
              <w:br/>
              <w:t>SB pp. 116–117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Називати й описувати поняття теми; використовувати Vocabulary 1 у коротких запитаннях, відповідях і порівняннях.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впродовж життя: застосовує стратегію «суфікс -ful», візуальні й контекстні опори для засвоєння нової лексики.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Розрізняє на слух Vocabulary 1, співвідносить слова з фото / описом і розуміє короткі речення з новою лексикою.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нові слова у власних коротких фразах, ставить партнерові запитання й реагує на відповідь; за потреби пояснює слово через приклад або зображення.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battery, creativity, electricity, fail, idea, imagination, invent, invention, problem, solution, succeed, try, useful, wheel. Стратегія: суфікс -ful.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мовних моделей для опису, запитання й короткої відповіді.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Creativity!: мова у ритмі</w:t>
              <w:br/>
              <w:t>SB pp. 118–119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англійське мовлення в ритмі; використовувати знайому лексику та граматичні моделі у персоналізованих рядках.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 й соціальна компетентності: використовує пісню як спільну мовну дію, слухає інших і впевненіше відтворює англійське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знайому лексику й граматичні моделі в пісні; стежить за ритмом, наголосом, інтонацією та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Співає разом із групою, відтворює ключові рядки й переносить одну-дві моделі з пісні у мінідіалог або персоналізоване речення.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battery, creativity, electricity, fail, idea, imagination, invent, invention, problem, solution, succeed, try, useful, wheel. Стратегія: суфікс -ful.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Ритм, наголос та інтонація; контекстне використання Used to for past habits.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Говоримо про звички в минулому</w:t>
              <w:br/>
              <w:t>SB pp. 120–121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моделі Used to for past habits; будувати керовані висловлення й запитання з нею.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помічає зв’язок між формою і значенням граматичної моделі, спирається на приклад і перевіряє себе.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Used to for past habits у коротких репліках, підписах і вправах та визначає значення моделі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Used to for past habits у керованих реченнях і короткій взаємодії; персоналізує 2–3 приклади.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battery, creativity, electricity, fail, idea, imagination, invent, invention, problem, solution, succeed, try, useful, wheel. Стратегія: суфікс -ful.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Used to for past habits. Фонетика: глайди /w/ і /j/: wash, wheel / used to, you.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Говоримо про звички в минулому: застосовуємо у взаємодії</w:t>
              <w:br/>
              <w:t>SB pp. 120–121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Використовувати Used to for past habits для обміну реальною інформацією, порівняння відповідей і короткого уточнення.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дотримується черговості реплік, слухає партнера, уточнює інформацію й використовує граматику для реальної взаємодії.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запитання, відповіді й короткі висловлення з Used to for past habits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використовує Used to for past habits у 3–5 репліках, змінює окремі елементи моделі та передає партнерові отриману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battery, creativity, electricity, fail, idea, imagination, invent, invention, problem, solution, succeed, try, useful, wheel. Стратегія: суфікс -ful.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Used to for past habits.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Інструкції: що й як робити + Пояснюємо загальні правила</w:t>
              <w:br/>
              <w:t>SB pp. 122–123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Розширювати тематичний словник; розуміти й використовувати You for general statements у типових ситуаціях Unit.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Інноваційність, підприємливість та інформаційно-комунікаційна компетентність: розширює тематичний словник і використовує мовні моделі для пояснення власного досвіду.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Розпізнає Vocabulary 2 на слух і в короткому контексті; розуміє приклади з You for general statements у підписах, аудіо або діалозі.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Vocabulary 2 у коротких відповідях і застосовує You for general statements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lift, move, put, turn, use. Стратегія: наказові форми для інструкцій.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You for general statements.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Інструкції: що й як робити: уточнюємо й переносимо</w:t>
              <w:br/>
              <w:t>SB p. 122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Уточнювати значення слів, групувати їх, пояснювати через контекст / приклад і переносити у власні висловлення.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застосовує стратегію «наказові форми для інструкцій», групує або пояснює слова, створює власні приклади й використовує зворотний зв’язок.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нові слова у коротких реченнях, знаходить їх за контекстом, зображенням, визначенням або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Класифікує / пояснює нові слова, складає з ними короткі речення та ставить уточнювальні запитання партнерові.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lift, move, put, turn, use. Стратегія: наказові форми для інструкцій.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Vocabulary 2 у мовних моделях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Пояснюємо загальні правила: застосовуємо</w:t>
              <w:br/>
              <w:t>SB p. 123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використовувати You for general statements у короткій взаємодії, описі або поясненні.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мовна та ініціативна компетентності: переносить граматичну модель у нову ситуацію, підтримує коротку розмову й коригує висловлення.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You for general statements у коротких запитаннях, відповідях і мінітекстах; добирає правильний варіант за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використовує You for general statements у 3–5 репліках або короткому описі; реагує на партнера й виправляє просту помилку після підказки.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lift, move, put, turn, use. Стратегія: наказові форми для інструкцій.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You for general statements.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Young and Creative — Молоді й креативні</w:t>
              <w:br/>
              <w:t>SB pp. 124–125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пізнавальний текст «Young and Creative», знаходити основну думку й ключові факти, реагувати на прочитане.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 та інноваційність та інформаційно-комунікаційна компетентність: читає пізнавальний текст, зіставляє його з фото / схемою / інфографікою та відбирає потрібні факти.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«Young and Creative», знаходить явні факти й співвідносить їх із візуальними або графічними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 за текстом, коротко переказує знайдений факт і обмінюється з партнером інформацією, потрібною для виконання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Used to for past habits та You for general statements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Young and Creative: стратегія — ставимо запитання до тексту</w:t>
              <w:br/>
              <w:t>SB pp. 124–125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Застосовувати стратегію «ставимо запитання до тексту», знаходити докази в тексті, порівнювати й пояснювати відповіді.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свідомо застосовує стратегію «ставимо запитання до тексту», перевіряє розуміння й пояснює, де знайшов потрібну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деталі, встановлює зв’язки між частинами тексту та використовує стратегію читання для перевірки розуміння.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обґрунтовує їх інформацією з тексту, формулює короткий висновок і за потреби медіює факт для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Used to for past habits та You for general statements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Fact and Opinion Writing + Mission: Use your imagination and creativity to solve problems</w:t>
              <w:br/>
              <w:t>SB pp. 126–127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Розпізнавати особливості жанру «Fact and Opinion Writing»; планувати й створювати власний текст; обговорювати Mission.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та інноваційність та інформаційно-комунікаційна компетентність: використовує модельний текст як опору, формулює власні думки й пов’язує письмо з Mission.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Читає модель жанру «Fact and Opinion Writing», визначає його основні ознаки й розуміє запитання Think–Pair–Share та зміст Mission.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текст у жанрі «факти й думки» з опорою на модель і висловлює 1–2 думки, пов’язані з місією «Використовувати уяву й творчість для розв’язання проблем».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Writing focus: факти як підтримка власної думки.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129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Письмова майстерня: факти й думки</w:t>
              <w:br/>
              <w:t>SB p. 126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Планувати, писати, редагувати й представляти факти й думки; використовувати фокус «факти як підтримка власної думки».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планує, пише, перечитує й редагує короткий текст, використовує чекліст і взаємний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модельний текст, план / чекліст і приклади цільового письмового прийому; помічає, що можна уточнити або відредагувати.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Планує, пише й редагує текст приблизно з 5–8 речень; застосовує фокус «факти як підтримка власної думки», ділиться роботою й уточнює деталі після запитань.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Writing focus: факти як підтримка власної думки; редагування й зв’язність тексту.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Mission: Use your imagination and creativity to solve problems — Використовувати уяву й творчість для розв’язання проблем</w:t>
              <w:br/>
              <w:t>SB p. 127; Meet the Explorer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Обговорювати місію «Використовувати уяву й творчість для розв’язання проблем», наводити приклади з власного життя й реагувати на думки партнерів.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Інноваційність, підприємливість та інформаційно-комунікаційна компетентність: осмислює місію «Використовувати уяву й творчість для розв’язання проблем», співвідносить її з власними діями та прикладом National Geographic Explorer.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коротку цитату / відеофрагмент про Aydogan Ozcan і визначає, як приклад Explorer пов’язаний із місією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Наводить власний приклад, пояснює, як можна реалізувати місію «Використовувати уяву й творчість для розв’язання проблем», ставить партнерові запитання й реагує на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мовних моделей Unit у реальному контексті; мовні засоби для аргументації й пояснення.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Проєкт: застосунок «суперсила» — плануємо</w:t>
              <w:br/>
              <w:t>SB pp. 128–129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Планувати проєкт «застосунок «суперсила»», домовлятися про зміст і послідовність роботи, розподіляти ролі.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співпраця й уміння вчитися: планує проєкт, розподіляє посильні дії, добирає інформацію / матеріали й домовляється про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покрокові візуальні інструкції, визначає послідовність дій, потрібну інформацію та критерії завершеного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Домовляється з партнером або групою, ставить уточнювальні запитання, записує ключові слова / дані й пояснює окремі етапи плану.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Used to for past habits та You for general statements.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7. Проєкт: застосунок «суперсила» — створюємо й представляємо</w:t>
              <w:br/>
              <w:t>SB pp. 128–129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Створювати й презентувати застосунок «суперсила»; відповідати на запитання, рефлексувати за Now I can…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соціальна й мовна компетентності: створює завершений продукт, презентує його аудиторії, відповідає на запитання й дає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репліки партнерів і короткі презентації однокласників; виділяє в них ключову тематичну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1–2 запитання та коротко пояснює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Used to for past habits та You for general statements.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6"/>
              </w:rPr>
              <w:t>Unit 8. That’s Really Interesting! — Це справді цікаво!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That’s Really Interesting! — Це справді цікаво!</w:t>
              <w:br/>
              <w:t>SB pp. 130–135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Говорити про хобі та інтереси; давати інформацію про знайомих людей; реагувати на запитання за фото й пов’язувати тему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соціальна та інформаційно-комунікаційна компетентності: аналізує реальну світлину, пов’язує тему з власним досвідом і коректно взаємодіє з іншими.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короткого аудіофрагмента, підписів і візуальних опор; упізнає ключову лексику теми та повторювані моделі у пісні.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Реагує на запитання за фото, називає ключові слова й коротко говорить про тему; починає використовувати моделі, потрібні, щоб говорити про хобі та інтереси.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alone, avatar, collect, compete, co-operate, controller, creative, enjoy, music group, point, score, screen, take photos, together. Стратегія: значення з контексту.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Хобі, ігри й спільна діяльність: розширюємо словник</w:t>
              <w:br/>
              <w:t>SB pp. 132–133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Називати й описувати поняття теми; використовувати Vocabulary 1 у коротких запитаннях, відповідях і порівняннях.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впродовж життя: застосовує стратегію «значення з контексту», візуальні й контекстні опори для засвоєння нової лексики.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Розрізняє на слух Vocabulary 1, співвідносить слова з фото / описом і розуміє короткі речення з новою лексикою.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нові слова у власних коротких фразах, ставить партнерові запитання й реагує на відповідь; за потреби пояснює слово через приклад або зображення.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alone, avatar, collect, compete, co-operate, controller, creative, enjoy, music group, point, score, screen, take photos, together. Стратегія: значення з контексту.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мовних моделей для опису, запитання й короткої відповіді.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What’s Your Hobby?: мова у ритмі</w:t>
              <w:br/>
              <w:t>SB pp. 134–135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англійське мовлення в ритмі; використовувати знайому лексику та граматичні моделі у персоналізованих рядках.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 й соціальна компетентності: використовує пісню як спільну мовну дію, слухає інших і впевненіше відтворює англійське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знайому лексику й граматичні моделі в пісні; стежить за ритмом, наголосом, інтонацією та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Співає разом із групою, відтворює ключові рядки й переносить одну-дві моделі з пісні у мінідіалог або персоналізоване речення.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alone, avatar, collect, compete, co-operate, controller, creative, enjoy, music group, point, score, screen, take photos, together. Стратегія: значення з контексту.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Ритм, наголос та інтонація; контекстне використання Describing people with who.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Описуємо людей через who</w:t>
              <w:br/>
              <w:t>SB pp. 136–137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моделі Describing people with who; будувати керовані висловлення й запитання з нею.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помічає зв’язок між формою і значенням граматичної моделі, спирається на приклад і перевіряє себе.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Describing people with who у коротких репліках, підписах і вправах та визначає значення моделі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Describing people with who у керованих реченнях і короткій взаємодії; персоналізує 2–3 приклади.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alone, avatar, collect, compete, co-operate, controller, creative, enjoy, music group, point, score, screen, take photos, together. Стратегія: значення з контексту.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Describing people with who.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Описуємо людей через who: застосовуємо у взаємодії</w:t>
              <w:br/>
              <w:t>SB pp. 136–137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Використовувати Describing people with who для обміну реальною інформацією, порівняння відповідей і короткого уточнення.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дотримується черговості реплік, слухає партнера, уточнює інформацію й використовує граматику для реальної взаємодії.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запитання, відповіді й короткі висловлення з Describing people with who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використовує Describing people with who у 3–5 репліках, змінює окремі елементи моделі та передає партнерові отриману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alone, avatar, collect, compete, co-operate, controller, creative, enjoy, music group, point, score, screen, take photos, together. Стратегія: значення з контексту.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Describing people with who.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Колекції та цікаві об’єкти + Кому і що ми даємо / показуємо</w:t>
              <w:br/>
              <w:t>SB pp. 138–139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Розширювати тематичний словник; розуміти й використовувати Direct and indirect objects у типових ситуаціях Unit.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соціальна та інформаційно-комунікаційна компетентності: розширює тематичний словник і використовує мовні моделі для пояснення власного досвіду.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Розпізнає Vocabulary 2 на слух і в короткому контексті; розуміє приклади з Direct and indirect objects у підписах, аудіо або діалозі.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Vocabulary 2 у коротких відповідях і застосовує Direct and indirect objects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comic, dinosaur, fossil, insect, soft toy. Стратегія: дії й асоціації для запам’ятовування.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Direct and indirect objects. Фонетика: /ə/ і /e/: alone / invent; collect, together.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139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Колекції та цікаві об’єкти: уточнюємо й переносимо</w:t>
              <w:br/>
              <w:t>SB p. 138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Уточнювати значення слів, групувати їх, пояснювати через контекст / приклад і переносити у власні висловлення.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застосовує стратегію «дії й асоціації для запам’ятовування», групує або пояснює слова, створює власні приклади й використовує зворотний зв’язок.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нові слова у коротких реченнях, знаходить їх за контекстом, зображенням, визначенням або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Класифікує / пояснює нові слова, складає з ними короткі речення та ставить уточнювальні запитання партнерові.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comic, dinosaur, fossil, insect, soft toy. Стратегія: дії й асоціації для запам’ятовування.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Vocabulary 2 у мовних моделях Unit. Фонетика: /ə/ і /e/: alone / invent; collect, together.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Кому і що ми даємо / показуємо: застосовуємо</w:t>
              <w:br/>
              <w:t>SB p. 139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використовувати Direct and indirect objects у короткій взаємодії, описі або поясненні.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мовна та ініціативна компетентності: переносить граматичну модель у нову ситуацію, підтримує коротку розмову й коригує висловлення.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Direct and indirect objects у коротких запитаннях, відповідях і мінітекстах; добирає правильний варіант за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використовує Direct and indirect objects у 3–5 репліках або короткому описі; реагує на партнера й виправляє просту помилку після підказки.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comic, dinosaur, fossil, insect, soft toy. Стратегія: дії й асоціації для запам’ятовування.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Direct and indirect objects.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Hide and Seek — Хованки</w:t>
              <w:br/>
              <w:t>SB pp. 140–141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пізнавальний текст «Hide and Seek», знаходити основну думку й ключові факти, реагувати на прочитане.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 та культурна й інформаційна компетентності: читає пізнавальний текст, зіставляє його з фото / схемою / інфографікою та відбирає потрібні факти.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«Hide and Seek», знаходить явні факти й співвідносить їх із візуальними або графічними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 за текстом, коротко переказує знайдений факт і обмінюється з партнером інформацією, потрібною для виконання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Describing people with who та Direct and indirect objects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Hide and Seek: стратегія — визначення послідовності подій</w:t>
              <w:br/>
              <w:t>SB pp. 140–141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Застосовувати стратегію «визначення послідовності подій», знаходити докази в тексті, порівнювати й пояснювати відповіді.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свідомо застосовує стратегію «визначення послідовності подій», перевіряє розуміння й пояснює, де знайшов потрібну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деталі, встановлює зв’язки між частинами тексту та використовує стратегію читання для перевірки розуміння.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обґрунтовує їх інформацією з тексту, формулює короткий висновок і за потреби медіює факт для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Describing people with who та Direct and indirect objects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Explanation Writing + Mission: Enjoy a hobby</w:t>
              <w:br/>
              <w:t>SB pp. 142–143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Розпізнавати особливості жанру «Explanation Writing»; планувати й створювати власний текст; обговорювати Mission.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та культурна й інформаційна компетентності: використовує модельний текст як опору, формулює власні думки й пов’язує письмо з Mission.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Читає модель жанру «Explanation Writing», визначає його основні ознаки й розуміє запитання Think–Pair–Share та зміст Mission.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текст у жанрі «пояснювальний текст» з опорою на модель і висловлює 1–2 думки, пов’язані з місією «Отримувати задоволення від хобі».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Writing focus: загальний опис заняття або явища.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Письмова майстерня: пояснювальний текст</w:t>
              <w:br/>
              <w:t>SB p. 142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Планувати, писати, редагувати й представляти пояснювальний текст; використовувати фокус «загальний опис заняття або явища».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планує, пише, перечитує й редагує короткий текст, використовує чекліст і взаємний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модельний текст, план / чекліст і приклади цільового письмового прийому; помічає, що можна уточнити або відредагувати.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Планує, пише й редагує текст приблизно з 5–8 речень; застосовує фокус «загальний опис заняття або явища», ділиться роботою й уточнює деталі після запитань.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Writing focus: загальний опис заняття або явища; редагування й зв’язність тексту.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Mission: Enjoy a hobby — Отримувати задоволення від хобі</w:t>
              <w:br/>
              <w:t>SB p. 143; Meet the Explorer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Обговорювати місію «Отримувати задоволення від хобі», наводити приклади з власного життя й реагувати на думки партнерів.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Культурна, соціальна та інформаційно-комунікаційна компетентності: осмислює місію «Отримувати задоволення від хобі», співвідносить її з власними діями та прикладом National Geographic Explorer.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коротку цитату / відеофрагмент про Jørn Hurum і визначає, як приклад Explorer пов’язаний із місією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Наводить власний приклад, пояснює, як можна реалізувати місію «Отримувати задоволення від хобі», ставить партнерові запитання й реагує на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мовних моделей Unit у реальному контексті; мовні засоби для аргументації й пояснення.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Проєкт: презентація про хобі — плануємо</w:t>
              <w:br/>
              <w:t>SB pp. 144–145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Планувати проєкт «презентація про хобі», домовлятися про зміст і послідовність роботи, розподіляти ролі.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співпраця й уміння вчитися: планує проєкт, розподіляє посильні дії, добирає інформацію / матеріали й домовляється про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покрокові візуальні інструкції, визначає послідовність дій, потрібну інформацію та критерії завершеного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Домовляється з партнером або групою, ставить уточнювальні запитання, записує ключові слова / дані й пояснює окремі етапи плану.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Describing people with who та Direct and indirect objects.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8. Проєкт: презентація про хобі — створюємо й представляємо</w:t>
              <w:br/>
              <w:t>SB pp. 144–145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Створювати й презентувати презентація про хобі; відповідати на запитання, рефлексувати за Now I can…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соціальна й мовна компетентності: створює завершений продукт, презентує його аудиторії, відповідає на запитання й дає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репліки партнерів і короткі презентації однокласників; виділяє в них ключову тематичну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1–2 запитання та коротко пояснює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Describing people with who та Direct and indirect objects.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6"/>
              </w:rPr>
              <w:t>Unit 9. The Science of Fun — Наука про розваги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The Science of Fun — Наука про розваги</w:t>
              <w:br/>
              <w:t>SB pp. 146–151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Визначати, як сила впливає на рух; описувати причинно-наслідкові зв’язки; реагувати на запитання за фото й пов’язувати тему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Математична, природничо-наукова та інноваційна компетентності: аналізує реальну світлину, пов’язує тему з власним досвідом і коректно взаємодіє з іншими.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короткого аудіофрагмента, підписів і візуальних опор; упізнає ключову лексику теми та повторювані моделі у пісні.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Реагує на запитання за фото, називає ключові слова й коротко говорить про тему; починає використовувати моделі, потрібні, щоб визначати, як сила впливає на рух.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backwards, balance, connect, down, fall over, force, forwards, friction, happen, pull, push, rub, skater, spin, swing. Стратегія: антоніми.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149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Рух, сила й тертя: розширюємо словник</w:t>
              <w:br/>
              <w:t>SB pp. 148–149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Називати й описувати поняття теми; використовувати Vocabulary 1 у коротких запитаннях, відповідях і порівняннях.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впродовж життя: застосовує стратегію «антоніми», візуальні й контекстні опори для засвоєння нової лексики.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Розрізняє на слух Vocabulary 1, співвідносить слова з фото / описом і розуміє короткі речення з новою лексикою.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нові слова у власних коротких фразах, ставить партнерові запитання й реагує на відповідь; за потреби пояснює слово через приклад або зображення.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backwards, balance, connect, down, fall over, force, forwards, friction, happen, pull, push, rub, skater, spin, swing. Стратегія: антоніми.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знайомих мовних моделей для опису, запитання й короткої відповіді.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I’m on the Move!: мова у ритмі</w:t>
              <w:br/>
              <w:t>SB pp. 150–151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Сприймати й відтворювати англійське мовлення в ритмі; використовувати знайому лексику та граматичні моделі у персоналізованих рядках.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Культурна й соціальна компетентності: використовує пісню як спільну мовну дію, слухає інших і впевненіше відтворює англійське мовлення.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Упізнає знайому лексику й граматичні моделі в пісні; стежить за ритмом, наголосом, інтонацією та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Співає разом із групою, відтворює ключові рядки й переносить одну-дві моделі з пісні у мінідіалог або персоналізоване речення.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backwards, balance, connect, down, fall over, force, forwards, friction, happen, pull, push, rub, skater, spin, swing. Стратегія: антоніми.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Ритм, наголос та інтонація; контекстне використання Cause and effect with double comparatives.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Причина й наслідок у русі</w:t>
              <w:br/>
              <w:t>SB pp. 152–153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Розуміти значення моделі Cause and effect with double comparatives; будувати керовані висловлення й запитання з нею.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помічає зв’язок між формою і значенням граматичної моделі, спирається на приклад і перевіряє себе.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Cause and effect with double comparatives у коротких репліках, підписах і вправах та визначає значення моделі з контексту.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Cause and effect with double comparatives у керованих реченнях і короткій взаємодії; персоналізує 2–3 приклади.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backwards, balance, connect, down, fall over, force, forwards, friction, happen, pull, push, rub, skater, spin, swing. Стратегія: антоніми.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Cause and effect with double comparatives.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Причина й наслідок у русі: застосовуємо у взаємодії</w:t>
              <w:br/>
              <w:t>SB pp. 152–153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Використовувати Cause and effect with double comparatives для обміну реальною інформацією, порівняння відповідей і короткого уточнення.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дотримується черговості реплік, слухає партнера, уточнює інформацію й використовує граматику для реальної взаємодії.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запитання, відповіді й короткі висловлення з Cause and effect with double comparatives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використовує Cause and effect with double comparatives у 3–5 репліках, змінює окремі елементи моделі та передає партнерові отриману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backwards, balance, connect, down, fall over, force, forwards, friction, happen, pull, push, rub, skater, spin, swing. Стратегія: антоніми.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Cause and effect with double comparatives.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Напрямок і гравітація + Даємо визначення</w:t>
              <w:br/>
              <w:t>SB pp. 154–155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Розширювати тематичний словник; розуміти й використовувати Definitions with which у типових ситуаціях Unit.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Математична, природничо-наукова та інноваційна компетентності: розширює тематичний словник і використовує мовні моделі для пояснення власного досвіду.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Розпізнає Vocabulary 2 на слух і в короткому контексті; розуміє приклади з Definitions with which у підписах, аудіо або діалозі.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Використовує Vocabulary 2 у коротких відповідях і застосовує Definitions with which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away from, direction, gravity, lean, towards. Стратегія: порівняння звуків.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Definitions with which. Фонетика: /æ/ і /ʌ/: happen, gravity / rub, sunlight.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Напрямок і гравітація: уточнюємо й переносимо</w:t>
              <w:br/>
              <w:t>SB p. 154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Уточнювати значення слів, групувати їх, пояснювати через контекст / приклад і переносити у власні висловлення.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застосовує стратегію «порівняння звуків», групує або пояснює слова, створює власні приклади й використовує зворотний зв’язок.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нові слова у коротких реченнях, знаходить їх за контекстом, зображенням, визначенням або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Класифікує / пояснює нові слова, складає з ними короткі речення та ставить уточнювальні запитання партнерові.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away from, direction, gravity, lean, towards. Стратегія: порівняння звуків.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Vocabulary 2 у мовних моделях Unit. Фонетика: /æ/ і /ʌ/: happen, gravity / rub, sunlight.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Даємо визначення: застосовуємо</w:t>
              <w:br/>
              <w:t>SB p. 155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використовувати Definitions with which у короткій взаємодії, описі або поясненні.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мовна та ініціативна компетентності: переносить граматичну модель у нову ситуацію, підтримує коротку розмову й коригує висловлення.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Definitions with which у коротких запитаннях, відповідях і мінітекстах; добирає правильний варіант за змістом.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Самостійніше використовує Definitions with which у 3–5 репліках або короткому описі; реагує на партнера й виправляє просту помилку після підказки.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away from, direction, gravity, lean, towards. Стратегія: порівняння звуків.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Definitions with which.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Up, Down and All Around! — Вгору, вниз і навколо!</w:t>
              <w:br/>
              <w:t>SB pp. 156–157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пізнавальний текст «Up, Down and All Around!», знаходити основну думку й ключові факти, реагувати на прочитане.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Інформаційна та природничо-наукова й інноваційна компетентності: читає пізнавальний текст, зіставляє його з фото / схемою / інфографікою та відбирає потрібні факти.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 «Up, Down and All Around!», знаходить явні факти й співвідносить їх із візуальними або графічними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 за текстом, коротко переказує знайдений факт і обмінюється з партнером інформацією, потрібною для виконання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Cause and effect with double comparatives та Definitions with which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Up, Down and All Around!: стратегія — розуміння причинно-наслідкових зв’язків</w:t>
              <w:br/>
              <w:t>SB pp. 156–157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Застосовувати стратегію «розуміння причинно-наслідкових зв’язків», знаходити докази в тексті, порівнювати й пояснювати відповіді.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свідомо застосовує стратегію «розуміння причинно-наслідкових зв’язків», перевіряє розуміння й пояснює, де знайшов потрібну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деталі, встановлює зв’язки між частинами тексту та використовує стратегію читання для перевірки розуміння.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обґрунтовує їх інформацією з тексту, формулює короткий висновок і за потреби медіює факт для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Cause and effect with double comparatives та Definitions with which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Cause and Effect Writing + Mission: Think creatively and critically</w:t>
              <w:br/>
              <w:t>SB pp. 158–159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Розпізнавати особливості жанру «Cause and Effect Writing»; планувати й створювати власний текст; обговорювати Mission.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та природничо-наукова й інноваційна компетентності: використовує модельний текст як опору, формулює власні думки й пов’язує письмо з Mission.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Читає модель жанру «Cause and Effect Writing», визначає його основні ознаки й розуміє запитання Think–Pair–Share та зміст Mission.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короткий текст у жанрі «причина й наслідок» з опорою на модель і висловлює 1–2 думки, пов’язані з місією «Мислити творчо й критично».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Writing focus: чітке формулювання причини й наслідку.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159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Письмова майстерня: причина й наслідок</w:t>
              <w:br/>
              <w:t>SB p. 158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Планувати, писати, редагувати й представляти причина й наслідок; використовувати фокус «чітке формулювання причини й наслідку».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Мовна й навчальна компетентності: планує, пише, перечитує й редагує короткий текст, використовує чекліст і взаємний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модельний текст, план / чекліст і приклади цільового письмового прийому; помічає, що можна уточнити або відредагувати.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Планує, пише й редагує текст приблизно з 5–8 речень; застосовує фокус «чітке формулювання причини й наслідку», ділиться роботою й уточнює деталі після запитань.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Writing focus: чітке формулювання причини й наслідку; редагування й зв’язність тексту.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Mission: Think creatively and critically — Мислити творчо й критично</w:t>
              <w:br/>
              <w:t>SB p. 159; Meet the Explorer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Обговорювати місію «Мислити творчо й критично», наводити приклади з власного життя й реагувати на думки партнерів.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Математична, природничо-наукова та інноваційна компетентності: осмислює місію «Мислити творчо й критично», співвідносить її з власними діями та прикладом National Geographic Explorer.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коротку цитату / відеофрагмент про Stephon Alexander і визначає, як приклад Explorer пов’язаний із місією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Наводить власний приклад, пояснює, як можна реалізувати місію «Мислити творчо й критично», ставить партнерові запитання й реагує на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Вивчена лексика Unit; слова й вирази для власного тексту, думки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мовних моделей Unit у реальному контексті; мовні засоби для аргументації й пояснення.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Проєкт: тауматроп — плануємо</w:t>
              <w:br/>
              <w:t>SB pp. 160–161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Планувати проєкт «тауматроп», домовлятися про зміст і послідовність роботи, розподіляти ролі.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співпраця й уміння вчитися: планує проєкт, розподіляє посильні дії, добирає інформацію / матеріали й домовляється про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покрокові візуальні інструкції, визначає послідовність дій, потрібну інформацію та критерії завершеного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Домовляється з партнером або групою, ставить уточнювальні запитання, записує ключові слова / дані й пояснює окремі етапи плану.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Cause and effect with double comparatives та Definitions with which.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Unit 9. Проєкт: тауматроп — створюємо й представляємо</w:t>
              <w:br/>
              <w:t>SB pp. 160–161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Створювати й презентувати тауматроп; відповідати на запитання, рефлексувати за Now I can…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Ініціативність, соціальна й мовна компетентності: створює завершений продукт, презентує його аудиторії, відповідає на запитання й дає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репліки партнерів і короткі презентації однокласників; виділяє в них ключову тематичну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1–2 запитання та коротко пояснює ключову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Cause and effect with double comparatives та Definitions with which.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6"/>
              </w:rPr>
              <w:t>Review Units 7–9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Units 7–9: слухаємо, відновлюємо й говоримо</w:t>
              <w:br/>
              <w:t>SB pp. 162–163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матеріал Units 7–9: говорити про винаходи й життя до них; самостійно добирати відомі мовні засоби до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соціальна й мовна компетентності: працює з різними форматами повторення, слухає партнера, пояснює вибір і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короткі аудіо- й письмові повідомлення з матеріалом блоку; знаходить ключову інформацію й визначає потрібну стратегію.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інтегроване усно-письмове завдання, порівнює відповіді з партнером, пояснює 1–2 рішення та коротко рефлексує над прогресом.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Grammar Units 7–9.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Units 7–9: читаємо й застосовуємо</w:t>
              <w:br/>
              <w:t>SB pp. 162–163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матеріал Units 7–9: читати й створювати визначення; самостійно добирати відомі мовні засоби до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соціальна й мовна компетентності: працює з різними форматами повторення, слухає партнера, пояснює вибір і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короткі аудіо- й письмові повідомлення з матеріалом блоку; знаходить ключову інформацію й визначає потрібну стратегію.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інтегроване усно-письмове завдання, порівнює відповіді з партнером, пояснює 1–2 рішення та коротко рефлексує над прогресом.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Grammar Units 7–9.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Units 7–9: інтегруємо лексику та граматику</w:t>
              <w:br/>
              <w:t>SB pp. 162–163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матеріал Units 7–9: інтегрувати матеріал трьох Units; самостійно добирати відомі мовні засоби до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соціальна й мовна компетентності: працює з різними форматами повторення, слухає партнера, пояснює вибір і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короткі аудіо- й письмові повідомлення з матеріалом блоку; знаходить ключову інформацію й визначає потрібну стратегію.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інтегроване усно-письмове завдання, порівнює відповіді з партнером, пояснює 1–2 рішення та коротко рефлексує над прогресом.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Grammar Units 7–9.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Review Units 7–9: розгорнута взаємодія й письмо</w:t>
              <w:br/>
              <w:t>SB pp. 162–163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Узагальнювати матеріал Units 7–9: узагальнювати Level 4 і планувати повторення; самостійно добирати відомі мовні засоби до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вчитися, соціальна й мовна компетентності: працює з різними форматами повторення, слухає партнера, пояснює вибір і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інструкції, короткі аудіо- й письмові повідомлення з матеріалом блоку; знаходить ключову інформацію й визначає потрібну стратегію.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Виконує інтегроване усно-письмове завдання, порівнює відповіді з партнером, пояснює 1–2 рішення та коротко рефлексує над прогресом.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Vocabulary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Узагальнення Grammar Units 7–9.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6"/>
              </w:rPr>
              <w:t>Extended Reading. Leonardo da Vinci: The Greatest Inventor in History? — Леонардо да Вінчі: найвидатніший винахідник?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Extended Reading. Leonardo da Vinci: The Greatest Inventor in History? — читаємо й розуміємо</w:t>
              <w:br/>
              <w:t>SB pp. 164–165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Читати й слухати біографію; знаходити основну думку, ключові факти й реагувати на зміст.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Читацька, культурна й інформаційна компетентності: працює з автентичним текстом і пов’язує його зміст із ширшим культурним / суспільним контекстом.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основний зміст тексту, знаходить явні факти й співвідносить їх із візуальними / графічними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Відповідає на запитання, стисло переказує факт і висловлює просту власну думку про прочитане.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fascinated, glider, kindness, release, vegetarian; invention, architect, engineer, scientist.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Grammar Units 7–9; мова хронології, визначень і порівнянь.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Extended Reading. Leonardo da Vinci: The Greatest Inventor in History?: біографію і стратегія читання</w:t>
              <w:br/>
              <w:t>SB pp. 164–165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Аналізувати особливості жанру та читати timeline та визначати text features; знаходити текстові докази й пояснювати відповідь партнерові.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вчитися: свідомо використовує текстові ознаки й стратегію читання, перевіряє висновок за текстом.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Знаходить конкретні деталі, визначає ознаки жанру / організації тексту та пояснює, який елемент допоміг зрозуміти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Порівнює відповіді з партнером, наводить доказ із тексту та формулює короткий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fascinated, glider, kindness, release, vegetarian; invention, architect, engineer, scientist.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Grammar Units 7–9; мова хронології, визначень і порівнянь.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169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Extended Reading. Leonardo da Vinci: The Greatest Inventor in History?: Express Yourself</w:t>
              <w:br/>
              <w:t>SB pp. 164–165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Обирати творчу форму реакції на текст, планувати зміст і перетворювати прочитану інформацію на власний продукт.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Творчість, ініціативність і співпраця: планує власний продукт, добирає інформацію з тексту й узгоджує роботу з партнером /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умови творчих завдань і добирає з тексту факти, потрібні для власної роботи.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Створює ескіз / постер / сценку / інший запропонований продукт і пояснює його зв’язок із текстом.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fascinated, glider, kindness, release, vegetarian; invention, architect, engineer, scientist.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Grammar Units 7–9; мова хронології, визначень і порівнянь.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170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Extended Reading. Leonardo da Vinci: The Greatest Inventor in History?: представляємо й даємо відгук</w:t>
              <w:br/>
              <w:t>SB pp. 164–165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Представляти творчу роботу, слухати інших, ставити запитання й давати конкретний доброзичливий відгук.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 й мовна компетентності: презентує результат, відповідає на запитання та використовує ввічливі формули зворотного зв’язку.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презентації / інсценізації однокласників і визначає, які ідеї з тексту вони використали.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Презентує роботу, відповідає на запитання та формулює щонайменше один змістовний позитивний коментар.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fascinated, glider, kindness, release, vegetarian; invention, architect, engineer, scientist.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Повторення Grammar Units 7–9; мова хронології, визначень і порівнянь.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6"/>
              </w:rPr>
              <w:t>Let’s Talk Units 7–9 — Wow, that’s cool! / What does that mean?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171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Let’s Talk Units 7–9: Wow, that’s cool! / What does that mean?</w:t>
              <w:br/>
              <w:t>SB pp. 166–167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показувати інтерес, ставити follow-up questions і підтримувати розмову; запитувати значення, написання або вимову слова та коректно реагувати, якщо відповіді не знаєш.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міжкультурна й мовна компетентності: добирає ввічливі формули відповідно до ситуації, активно слухає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повсякденні й навчальні діалоги, визначає комунікативний намір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Розігрує / імпровізує діалог, реагує на партнера, ставить уточнювальне запитання й підтримує розмову кількома доречними репліками.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Everyday English / School English: Wow, that’s cool!; What does that mean?.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Функціональні мовні моделі, мовленнєвий регістр, інтонація ввічливої взаємодії.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172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Let’s Talk: Wow, that’s cool!</w:t>
              <w:br/>
              <w:t>SB p. 166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показувати інтерес, ставити follow-up questions і підтримувати розмову; підтримувати короткий діалог і добирати доречні формули.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міжкультурна й мовна компетентності: добирає ввічливі формули відповідно до ситуації, активно слухає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повсякденні й навчальні діалоги, визначає комунікативний намір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Розігрує / імпровізує діалог, реагує на партнера, ставить уточнювальне запитання й підтримує розмову кількома доречними репліками.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Everyday English / School English: Wow, that’s cool!; What does that mean?.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Функціональні мовні моделі, мовленнєвий регістр, інтонація ввічливої взаємодії.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173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Let’s Talk: What does that mean?</w:t>
              <w:br/>
              <w:t>SB p. 167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запитувати значення, написання або вимову слова та коректно реагувати, якщо відповіді не знаєш; слухати реакцію партнера й уточнювати / перефразовувати за потреби.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міжкультурна й мовна компетентності: добирає ввічливі формули відповідно до ситуації, активно слухає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повсякденні й навчальні діалоги, визначає комунікативний намір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Розігрує / імпровізує діалог, реагує на партнера, ставить уточнювальне запитання й підтримує розмову кількома доречними репліками.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Everyday English / School English: Wow, that’s cool!; What does that mean?.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Функціональні мовні моделі, мовленнєвий регістр, інтонація ввічливої взаємодії.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174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Let’s Talk Units 7–9: прагматика й розгорнута рольова взаємодія</w:t>
              <w:br/>
              <w:t>SB pp. 166–167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Поєднувати в одній розмові функції «Wow, that’s cool!» і «What does that mean?», змінювати регістр та підтримувати взаєморозуміння.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Соціальна, міжкультурна й мовна компетентності: добирає ввічливі формули відповідно до ситуації, активно слухає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повсякденні й навчальні діалоги, визначає комунікативний намір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Розігрує / імпровізує діалог, реагує на партнера, ставить уточнювальне запитання й підтримує розмову кількома доречними репліками.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Everyday English / School English: Wow, that’s cool!; What does that mean?.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Функціональні мовні моделі, мовленнєвий регістр, інтонація ввічливої взаємодії.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sz w:val="16"/>
              </w:rPr>
              <w:t>Діагностування результатів навчання за Units 7–9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175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Діагностування результатів навчання за Units 7–9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Демонструвати, що учень / учениця може розуміти й використовувати матеріал Units 7–9 у знайомих і дещо змінених ситуаціях.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Уміння вчитися й відповідальність: виконує завдання самостійно, використовує знайомі стратегії та сприймає результат як інформацію для подальшого навчання.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Розуміє короткі усні й письмові повідомлення за темами Units 7–9, знаходить основну думку, деталі й потрібні зв’язки.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Взаємодіє усно, створює коротке письмове висловлення та використовує вивчені мовні засоби відповідно до комунікативного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Vocabulary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2"/>
              </w:rPr>
              <w:t>Grammar Units 7–9. Формат і конкретний обсяг діагностування визначає вчитель / заклад освіти.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2"/>
              </w:rPr>
            </w:r>
          </w:p>
        </w:tc>
      </w:tr>
    </w:tbl>
    <w:p>
      <w:pPr>
        <w:spacing w:before="80" w:after="0"/>
      </w:pPr>
      <w:r>
        <w:rPr>
          <w:rFonts w:ascii="Arial" w:hAnsi="Arial" w:eastAsia="Arial"/>
          <w:b w:val="0"/>
          <w:sz w:val="15"/>
        </w:rPr>
        <w:t>Примітка для адаптації: під час вибору маршруту вчитель використовує всі рядки «2–5» та додає рядки відповідного рівня інтенсивності. Розширювальні уроки, зокрема Let’s Talk, додаткову мовленнєву практику й роботу з письмом, можна переставляти в межах тематичного блоку без зміни базової логіки курсу.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879" w:right="369" w:bottom="482" w:left="369" w:header="142" w:footer="19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 w:line="240" w:lineRule="auto"/>
    </w:pPr>
    <w:r>
      <w:rPr>
        <w:rFonts w:ascii="Arial" w:hAnsi="Arial" w:eastAsia="Arial"/>
        <w:b w:val="0"/>
        <w:i w:val="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World, Second Edition Level 3 — календарно-тематичне планування 70–175 годин</dc:title>
  <dc:subject>Модельне календарно-тематичне планування</dc:subject>
  <dc:creator/>
  <cp:keywords>Our World 2e, Level 2, КТП, National Geographic Learning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