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 w:eastAsia="Arial"/>
          <w:b/>
          <w:i w:val="0"/>
          <w:color w:val="17365D"/>
          <w:sz w:val="30"/>
        </w:rPr>
        <w:t>КАЛЕНДАРНО-ТЕМАТИЧНЕ ПЛАНУВАННЯ</w:t>
      </w:r>
    </w:p>
    <w:p>
      <w:pPr>
        <w:spacing w:after="120"/>
        <w:jc w:val="center"/>
      </w:pPr>
      <w:r>
        <w:rPr>
          <w:rFonts w:ascii="Arial" w:hAnsi="Arial"/>
          <w:b/>
          <w:sz w:val="20"/>
        </w:rPr>
        <w:t>Our World, Second Edition • Level 3 • 70 / 105 / 140 / 175 академічних годин</w:t>
      </w:r>
    </w:p>
    <w:p>
      <w:pPr>
        <w:spacing w:after="80"/>
      </w:pPr>
      <w:r>
        <w:rPr>
          <w:rFonts w:ascii="Arial" w:hAnsi="Arial" w:eastAsia="Arial"/>
          <w:b w:val="0"/>
          <w:i w:val="0"/>
          <w:sz w:val="18"/>
        </w:rPr>
        <w:t>Навчальний рік ____________________    Семестр __________    Вчитель __________________________________________    Клас __________    Годин на тиждень 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</w:tblPr>
      <w:tblGrid>
        <w:gridCol w:w="16100"/>
      </w:tblGrid>
      <w:tr>
        <w:tc>
          <w:tcPr>
            <w:tcW w:type="dxa" w:w="16100"/>
            <w:shd w:fill="EEF5FA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4"/>
              </w:rPr>
              <w:t>Методична примітка. Планування має модельний і рамковий характер. Воно пропонує чотири маршрути проходження Level 3 відповідно до інтенсивності 2–5 академічних годин на тиждень. Базовий маршрут становить 70 годин; маршрути 105, 140 і 175 годин розширюють той самий зміст за рахунок додаткової взаємодії, читання, письма, відео, проєктної роботи, повторення та перенесення вивченого в нові ситуації. Заклад освіти або вчитель може адаптувати планування відповідно до освітньої програми, навчального календаря, темпу роботи та освітніх потреб учнів. Дати й домашні завдання заповнює вчитель. Позначені діагностувальні точки є модельними; конкретну кількість і формат діагностування визначає заклад освіти / учитель.</w:t>
            </w:r>
          </w:p>
        </w:tc>
      </w:tr>
    </w:tbl>
    <w:p>
      <w:pPr>
        <w:spacing w:before="80" w:after="40"/>
      </w:pPr>
      <w:r>
        <w:rPr>
          <w:rFonts w:ascii="Arial" w:hAnsi="Arial" w:eastAsia="Arial"/>
          <w:b/>
          <w:i w:val="0"/>
          <w:color w:val="17365D"/>
          <w:sz w:val="18"/>
        </w:rPr>
        <w:t>Маршрути та умовні позначення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DAFBE"/>
          <w:left w:val="single" w:sz="4" w:space="0" w:color="9DAFBE"/>
          <w:bottom w:val="single" w:sz="4" w:space="0" w:color="9DAFBE"/>
          <w:right w:val="single" w:sz="4" w:space="0" w:color="9DAFBE"/>
          <w:insideH w:val="single" w:sz="4" w:space="0" w:color="9DAFBE"/>
          <w:insideV w:val="single" w:sz="4" w:space="0" w:color="9DAFBE"/>
        </w:tblBorders>
      </w:tblPr>
      <w:tblGrid>
        <w:gridCol w:w="3220"/>
        <w:gridCol w:w="3220"/>
        <w:gridCol w:w="3220"/>
        <w:gridCol w:w="3220"/>
        <w:gridCol w:w="3220"/>
      </w:tblGrid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Маршрут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2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3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4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5 год/тиж.</w:t>
            </w:r>
          </w:p>
        </w:tc>
      </w:tr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Годин на рівень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70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105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140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175</w:t>
            </w:r>
          </w:p>
        </w:tc>
      </w:tr>
    </w:tbl>
    <w:p>
      <w:pPr>
        <w:spacing w:before="40" w:after="100"/>
      </w:pPr>
      <w:r>
        <w:rPr>
          <w:rFonts w:ascii="Arial" w:hAnsi="Arial" w:eastAsia="Arial"/>
          <w:b w:val="0"/>
          <w:i w:val="0"/>
          <w:sz w:val="15"/>
        </w:rPr>
        <w:t>Маршрут у таблиці: 2–5 — урок входить до всіх маршрутів; 3–5 — додається від 3 год/тиж.; 4–5 — від 4 год/тиж.; 5 — для маршруту 5 год/тиж.  Типи: Б — базовий; Р — розширювальний; ПК — Review / Progress Check; К — діагностування.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65798A"/>
          <w:left w:val="single" w:sz="4" w:space="0" w:color="65798A"/>
          <w:bottom w:val="single" w:sz="4" w:space="0" w:color="65798A"/>
          <w:right w:val="single" w:sz="4" w:space="0" w:color="65798A"/>
          <w:insideH w:val="single" w:sz="4" w:space="0" w:color="65798A"/>
          <w:insideV w:val="single" w:sz="4" w:space="0" w:color="65798A"/>
        </w:tblBorders>
      </w:tblPr>
      <w:tblGrid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</w:tblGrid>
      <w:tr>
        <w:trPr>
          <w:tblHeader w:val="true"/>
          <w:cantSplit/>
        </w:trPr>
        <w:tc>
          <w:tcPr>
            <w:tcW w:type="dxa" w:w="36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№</w:t>
            </w:r>
          </w:p>
        </w:tc>
        <w:tc>
          <w:tcPr>
            <w:tcW w:type="dxa" w:w="340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Тип</w:t>
            </w:r>
          </w:p>
        </w:tc>
        <w:tc>
          <w:tcPr>
            <w:tcW w:type="dxa" w:w="42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Маршрут</w:t>
            </w:r>
          </w:p>
        </w:tc>
        <w:tc>
          <w:tcPr>
            <w:tcW w:type="dxa" w:w="53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Дата</w:t>
            </w:r>
          </w:p>
        </w:tc>
        <w:tc>
          <w:tcPr>
            <w:tcW w:type="dxa" w:w="1729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Тематика ситуативного спілкування</w:t>
            </w:r>
          </w:p>
        </w:tc>
        <w:tc>
          <w:tcPr>
            <w:tcW w:type="dxa" w:w="161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Мовленнєві функції</w:t>
            </w:r>
          </w:p>
        </w:tc>
        <w:tc>
          <w:tcPr>
            <w:tcW w:type="dxa" w:w="1757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Ключові компетентності та наскрізні змістові лінії</w:t>
            </w:r>
          </w:p>
        </w:tc>
        <w:tc>
          <w:tcPr>
            <w:tcW w:type="dxa" w:w="3656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Очікувані результати</w:t>
            </w:r>
          </w:p>
        </w:tc>
        <w:tc>
          <w:tcPr>
            <w:tcW w:type="dxa" w:w="3032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Мовний інвентар</w:t>
            </w:r>
          </w:p>
        </w:tc>
        <w:tc>
          <w:tcPr>
            <w:tcW w:type="dxa" w:w="59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Домашнє завдання</w:t>
            </w:r>
          </w:p>
        </w:tc>
      </w:tr>
      <w:tr>
        <w:trPr>
          <w:tblHeader w:val="true"/>
          <w:cantSplit/>
        </w:trPr>
        <w:tc>
          <w:tcPr>
            <w:tcW w:type="dxa" w:w="36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340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42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53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61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57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Сприймання</w:t>
            </w:r>
          </w:p>
        </w:tc>
        <w:tc>
          <w:tcPr>
            <w:tcW w:type="dxa" w:w="1927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Взаємодія, продукування та медіація</w:t>
            </w:r>
          </w:p>
        </w:tc>
        <w:tc>
          <w:tcPr>
            <w:tcW w:type="dxa" w:w="150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Лексика</w:t>
            </w:r>
          </w:p>
        </w:tc>
        <w:tc>
          <w:tcPr>
            <w:tcW w:type="dxa" w:w="1530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Граматика / фонетика</w:t>
            </w:r>
          </w:p>
        </w:tc>
        <w:tc>
          <w:tcPr>
            <w:tcW w:type="dxa" w:w="59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0. Welcome to Our Class — Вітаємо у нашому класі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Welcome to Our Class</w:t>
              <w:br/>
              <w:t>Мова нашого класу</w:t>
              <w:br/>
              <w:t>SB p. 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Розуміти й використовувати фрази, потрібні для навчальної взаємодії: запитувати слово англійською, просити повторити, просити допомоги, уточнювати значення та написання.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англійську для організації власного навчання, не боїться попросити про пояснення або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classroom phrases у мінідіалогах і визначає, коли їх доречно використати.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Розігрує короткі діалоги з фразами How do you say … in English? / Could you repeat that, please? / Can you help me, please?; коректно реагує на допомогу.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class, spell, understand, difference; знайома classroom vocabulary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How do you say … in English? How do you spell …? Could you repeat that, please? I don’t understand. Can you help me, please?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Просимо про пояснення й допомогу</w:t>
              <w:br/>
              <w:t>SB p. 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обирати потрібну classroom phrase відповідно до проблеми: невідоме слово, написання, незрозуміла інструкція або відмінність між словами.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Особиста й соціальна компетентності: ввічливо просить підтримки, допомагає партнерові й використовує мову для спільного розв’язання навчальної труднощі.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функції схожих запитань і прохань у коротких діалогах.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2–4 репліки навчального діалогу, просить уточнення та допомагає партнерові за відомою моделлю.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classroom language; spell, repeat, understand, help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Ввічливі запитання й прохання; інтонація запитання та прохання.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Пори року у різних частинах світу</w:t>
              <w:br/>
              <w:t>SB p. 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Називати пори року, описувати типову погоду й помічати, що однаковий місяць може належати до різних сезонів у Північній і Південній півкулях.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Природнича й культурна компетентності: пов’язує сезонні зміни з розташуванням на Землі та відкрито сприймає відмінності досвіду людей у різних країнах.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назви seasons і короткі описи погоди; співвідносить їх із фотографіями.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сезон і 1–2 ознаки погоди; порівнює прості приклади December is cold here / hot there за візуальною опорою.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spring, summer, autumn, winter; weather words from previous levels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It’s + month / season / weather adjective; просте but для контрасту в готовій моделі.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Пори року й місяці</w:t>
              <w:br/>
              <w:t>SB p. 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Називати 12 місяців і чотири пори року; співвідносити місяці із сезонами та говорити про власний календар.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й природнича компетентності: упорядковує місяці в календарній послідовності та використовує календар як інформаційну опору.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назви місяців і сезонів на слух, знаходить потрібний місяць у календарі.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місяці по порядку, відповідає на прості запитання про сезон / місяць і порівнює відповіді з партнером.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January–December; spring, summer, autumn, winter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When’s …? It’s in …; календарні формули у знайомому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Календар класу: дні народження</w:t>
              <w:br/>
              <w:t>SB pp. 5, 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 місяць і дату дня народження, слухати відповіді однокласників і впорядковувати інформацію в простій таблиці.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й соціальна компетентності: збирає прості дані, упорядковує їх за календарем і дотримується поваги до особистої інформації.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 про день народження та розпізнає названий місяць / дату.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Проводить коротке опитування When’s your birthday?, записує ім’я й дату та передає один факт про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months; birthday; ordinal numbers in dates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When’s your birthday? The fifteenth of September / My birthday’s on …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Дати й порядок: від first до twenty-first</w:t>
              <w:br/>
              <w:t>SB p. 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порядкові числівники для позначення місця в послідовності та календарної дати.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компетентність: розрізняє кількісні й порядкові числівники та використовує їх для впорядкування реальних даних.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ordinal numbers 1st–21st на слух і співвідносить слово з цифровим записом.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місце в порядку / дату, ставить запитання про дату й виправляє просту форму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first, second, third, fourth … twenty-first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Ordinal numbers 1st–21st; dates with the … of …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Великі числа й мова математики</w:t>
              <w:br/>
              <w:t>SB p. 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й називати числа від 20 до 1 billion; читати й озвучувати прості математичні рівності з plus, minus, equals.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компетентність: читає числовий запис англійською та використовує мову для спільного виконання простих обчислень.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числа та математичні символи на слух; співвідносить почуте з цифровим записом.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числа, читає прості рівності й разом із партнером озвучує результат обчислення.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twenty–one hundred; two hundred; one thousand; one million; one billion; plus, minus, equals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Cardinal numbers; language of simple equations.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Великі й порядкові числа: застосовуємо</w:t>
              <w:br/>
              <w:t>SB pp. 6–7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Перемикатися між кількісними й порядковими числівниками; використовувати числа в датах, простих обчисленнях і коротких навчальних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Математична компетентність: обирає потрібний тип числівника відповідно до задачі та пояснює результат партнерові.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числову інформацію в коротких усних інструкціях і визначає, чи йдеться про кількість, порядок або дату.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Розв’язує прості усні / письмові завдання з числами та формулює відповідь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numbers 20–1,000,000,000; ordinal numbers 1st–21st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Cardinal vs ordinal numbers; dates; plus / minus / equals.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Чия річ? Кого / кому?</w:t>
              <w:br/>
              <w:t>SB pp. 8–9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Показувати належність за допомогою possessive pronouns та замінювати назви людей / предметів object pronouns у коротких реченнях.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зіставляє займенник із його функцією й контекстом, використовує зображення та модель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mine, yours, his, hers, ours, theirs і me, you, him, her, it, us, them у коротких підписах та мінідіалогах.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Запитує Whose … is this?, відповідає It’s mine / his / hers …; добирає object pronoun у знайомому контексті.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familiar classroom objects and people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Possessive pronouns: mine, yours, his, hers, ours, theirs; object pronouns: me, you, him, her, it, us, them.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0. Готові до Level 3</w:t>
              <w:br/>
              <w:t>Матеріал Unit 0, SB pp. 4–9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Інтегрувати classroom language, пори року й місяці, числа, дати та займенники в коротких навчальних і комунікативних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самостійніше користується мовними опорами, ставить уточнювальні запитання й помічає, який матеріал потребує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змішані короткі завдання Unit 0 і перемикається між різними типами інформації: слово, дата, число, займенник, інструкція.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Бере участь у короткій грі / станціях повторення, пояснює відповідь партнерові та використовує classroom language для організації роботи.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Unit 0.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мовних моделей Unit 0.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1. A Helping Hand — Допомагаємо іншим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A Helping Hand</w:t>
              <w:br/>
              <w:t>Допомагаємо іншим</w:t>
              <w:br/>
              <w:t>SB pp. 10–15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«турбота про інших і щоденні дії» через фото, Vocabulary 1 і пісню; говорити про турботу про інших; описувати щоденні дії; говорити, як часто люди щось роблять.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доброзичливо взаємодіє, називає способи допомоги й бере відповідальність за посильні щоденні 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співвідносить її з фото /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мовну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carry, feed my pet, give my pet a bath, a goldfish, a hamster, help, hold hands, hug, pick up, protect, take care of my pet, teach. Стратегія: контекстні підказки.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 Фонетика: /h/: вимова початкового звука у словах help, hug, hamster.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Як ми піклуємося про інших: розширюємо словник</w:t>
              <w:br/>
              <w:t>SB pp. 12–13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та нові короткі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візуальні та контекстні опори й стратегію «контекстні підказки» для запам’ятовування та уточнення значення слів.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1, знаходить відповідні фото / дії / об’єкти та розуміє прості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carry, feed my pet, give my pet a bath, a goldfish, a hamster, help, hold hands, hug, pick up, protect, take care of my pet, teach. Стратегія: контекстні підказки.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/h/: вимова початкового звука у словах help, hug, hamster.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Taking Care: мова у ритмі</w:t>
              <w:br/>
              <w:t>SB pp. 14–15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й соціальна компетентності: використовує пісню як спосіб спільної мовної дії, слухає інших, узгоджує темп і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ритмом, наголосом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переносить одну-дві моделі з пісні в коротку гру, рух або діалог.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пісні; повторення Vocabulary 1–2 у доступному обсязі.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/ контекстне використання before and after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До і після: упорядковуємо дії</w:t>
              <w:br/>
              <w:t>SB pp. 16–17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Описувати послідовність знайомих дій за допомогою before і after.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помічає зв’язок між значенням і граматичною моделлю, спирається на приклад та перевіряє власну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before and after у коротких репліках, підписах і вправах та визначає, яку інформацію передає ця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before and after у керованій короткій взаємодії та персоналізує 1–3 приклади відповідно до власного досвіду.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before and after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До і після: упорядковуємо дії: застосовуємо в розмові</w:t>
              <w:br/>
              <w:t>SB pp. 16–17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Описувати послідовність знайомих дій за допомогою before і after у парній роботі, мініопитуванні, грі або іншій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дотримується черговості реплік, слухає відповідь партнера й коректно уточнює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 й відповіді з цільовою моделлю без постійної опори на переклад; знаходить потрібну інформацію в таблиці або зображенні.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запитання, відповідає повним або коротким реченням,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before and after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Щоденні справи й розпорядок</w:t>
              <w:br/>
              <w:t>SB pp. 18–19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говорити, як часто виконує щоденні дії, використовуючи прислівники частотності.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доброзичливо взаємодіє, називає способи допомоги й бере відповідальність за посильні щоденні 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значення нової граматичної моделі в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коротких відповідях і застосовує нову модель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come home, do my homework, have a snack, make my bed, have a shower. Стратегія: словосполучення для щоденних дій.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Adverbs of frequency: never, sometimes, usually, always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Щоденні справи й розпорядок: уточнюємо й переносимо</w:t>
              <w:br/>
              <w:t>SB p. 18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короткий опис, класифікацію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добирає спосіб упорядкування нових слів,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коротких реченнях і визначає їх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слова, складає з ними короткі речення / запитання та пояснює партнерові свій вибір простою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come home, do my homework, have a snack, make my bed, have a shower. Стратегія: словосполучення для щоденних дій.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новому лексичному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Як часто це відбувається?: застосовуємо</w:t>
              <w:br/>
              <w:t>SB p. 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Говорити, як часто виконує щоденні дії, використовуючи прислівники частотності у грі, короткому опитуванні, описі або проблемній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зіставляє форму та значення, перевіряє себе за моделлю й переносить мовний засіб у новий приклад.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Adverbs of frequency: never, sometimes, usually, always у коротких запитаннях, відповідях і мінітекстах; добирає правильний варіант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Adverbs of frequency: never, sometimes, usually, always у 2–4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Adverbs of frequency: never, sometimes, usually, always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Caring for Baby Elephants — Турбота про слоненят</w:t>
              <w:br/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«Caring for Baby Elephants»; знаходити головну та конкретну інформацію, використовувати візуальні підказки й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Природнича й громадянська компетентності: розуміє, що догляд за тваринами потребує відповідальності, послідовних дій і співпраці.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тексту, знаходить явні факти й співвідносить їх із фото, схемою, картою або графічним організатором.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Caring for Baby Elephants: відновлюємо послідовність подій</w:t>
              <w:br/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стратегію читання «визначення послідовності подій»: повторно опрацьовувати текст, організовувати інформацію та обґрунтовувати відповідь знайденими деталями.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свідомо використовує стратегію читання, виділяє потрібні факти й перевіряє розуміння за 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потрібні зв’язки між частинами тексту та заповнює простий графічний організатор / таблицю.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пояснює, де знайшов інформацію, і стисло формулює висновок за прочитаним.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Пишемо про турботу про людину або тварину + Take care of others</w:t>
              <w:br/>
              <w:t>SB pp. 22–23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турботу про людину або тварину за моделлю; використовувати письмовий фокус Unit; обговорювати цінність «піклуватися про інших»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помічає потреби інших, пропонує посильну допомогу й поважно говорить про людей і тварин.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абзацу, визначає його головну думку й потрібні деталі; розуміє запитання Think–Pair–Share та візуальний приклад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зв’язний абзац про турботу про людину або тварину, ділиться ним у малій групі й висловлює 1–2 думки про те, як «піклуватися про інших» у повсякденному житті.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часові маркери й слова послідовності; короткий зв’язний абзац про турботу про інших.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Письмова майстерня: турботу про людину або тварину</w:t>
              <w:br/>
              <w:t>SB p. 22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турботу про людину або тварину; перевіряти зміст, порядок речень і використання письмового фокусу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використовує модель як опору, перечитує власний текст, вносить зрозумілі виправлення та сприймає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 і простий чекліст; знаходить у тексті приклади цільового письмового прийому.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й редагує короткий абзац приблизно з 4–6 речень, читає його однокласникам і за потреби уточнює одну деталь після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індивідуально дібрані слова для власного 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часові маркери й слова послідовності; короткий зв’язний абзац про турботу про інших.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Take care of others: цінність у реальному житті</w:t>
              <w:br/>
              <w:t>SB p. 23;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«піклуватися про інших» із прикладами з реального життя, обговорювати наслідки простих рішень і формулювати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помічає потреби інших, пропонує посильну допомогу й поважно говорить про людей і тварин.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історію / відеофрагмент і визначає, який приклад пов’язаний із цінністю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ставить партнерові запитання й коротко пояснює свій вибір або пораду; слухає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Unit; слова для власних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Проєкт: колаж про турботу про інших — плануємо</w:t>
              <w:br/>
              <w:t>Матеріал Unit; SB pp. 24–25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«колаж про турботу про інших»: визначати мету, матеріали / дані,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розподіляє посильні дії, домовляється про формат результату та відповідально використовує матеріали /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 і потрібну інформацію для виконання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матеріалів, даних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Проєкт: колаж про турботу про інших — створюємо й представляємо</w:t>
              <w:br/>
              <w:t>SB pp. 24–25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колаж із прикладами турботи про людей і тварин та коротко пояснювати вибрані приклади; використовувати вивчену мову для представлення й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завершує посильний продукт, презентує його аудиторії, відповідає на запитання та доброзичливо реагує на роботи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однокласників; знаходить у них знайому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запитання, за потреби передає / пояснює ключову інформацію однокласнику.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2. My Place in the World — Моє місце у світі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My Place in the World</w:t>
              <w:br/>
              <w:t>Моє місце у світі</w:t>
              <w:br/>
              <w:t>SB pp. 26–31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«місто, місця та орієнтування» через фото, Vocabulary 1 і пісню; говорити про своє місто; просити про допомогу; пояснювати, як дістатися до потрібного місця.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Громадянські, культурна та інформаційна компетентності: орієнтується в знайомому міському середовищі, читає прості карти й коректно просить про допомогу.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співвідносить її з фото /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мовну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bakery, a chemist’s, a cinema, a hospital, a museum, a park, a police station, a post office, a restaurant, a supermarket, a toy shop, a train station. Стратегія: складні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Місця у місті: розширюємо словник</w:t>
              <w:br/>
              <w:t>SB pp. 28–29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та нові короткі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візуальні та контекстні опори й стратегію «складні слова» для запам’ятовування та уточнення значення слів.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1, знаходить відповідні фото / дії / об’єкти та розуміє прості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bakery, a chemist’s, a cinema, a hospital, a museum, a park, a police station, a post office, a restaurant, a supermarket, a toy shop, a train station. Стратегія: складні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запитання й короткої відповіді.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A Great New Town: мова у ритмі</w:t>
              <w:br/>
              <w:t>SB pp. 30–31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й соціальна компетентності: використовує пісню як спосіб спільної мовної дії, слухає інших, узгоджує темп і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ритмом, наголосом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переносить одну-дві моделі з пісні в коротку гру, рух або діалог.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пісні; повторення Vocabulary 1–2 у доступному обсязі.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/ контекстне використання Can for requests and offers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Can I help you? Просимо й пропонуємо допомогу</w:t>
              <w:br/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Ввічливо просити про допомогу й пропонувати допомогу за допомогою can.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помічає зв’язок між значенням і граматичною моделлю, спирається на приклад та перевіряє власну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Can for requests and offers у коротких репліках, підписах і вправах та визначає, яку інформацію передає ця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Can for requests and offers у керованій короткій взаємодії та персоналізує 1–3 приклади відповідно до власного досвіду.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Can for requests and offers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Can I help you? Просимо й пропонуємо допомогу: застосовуємо в розмові</w:t>
              <w:br/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Ввічливо просити про допомогу й пропонувати допомогу за допомогою can у парній роботі, мініопитуванні, грі або іншій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дотримується черговості реплік, слухає відповідь партнера й коректно уточнює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 й відповіді з цільовою моделлю без постійної опори на переклад; знаходить потрібну інформацію в таблиці або зображенні.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запитання, відповідає повним або коротким реченням,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Can for requests and offers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Ще більше місць у місті</w:t>
              <w:br/>
              <w:t>SB pp. 34–35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давати й виконувати прості вказівки маршруту містом.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Громадянські, культурна та інформаційна компетентності: орієнтується в знайомому міському середовищі, читає прості карти й коректно просить про допомогу.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значення нової граматичної моделі в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коротких відповідях і застосовує нову модель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library, a shopping centre, a stadium, a swimming pool, a zoo. Стратегія: уточнення значення назв місць 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Giving directions Фонетика: /l/ і /r/: розрізнення та вимова у словах library, pool, restaurant.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Ще більше місць у місті: уточнюємо й переносимо</w:t>
              <w:br/>
              <w:t>SB p. 34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короткий опис, класифікацію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добирає спосіб упорядкування нових слів,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коротких реченнях і визначає їх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слова, складає з ними короткі речення / запитання та пояснює партнерові свій вибір простою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library, a shopping centre, a stadium, a swimming pool, a zoo. Стратегія: уточнення значення назв місць 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/l/ і /r/: розрізнення та вимова у словах library, pool, restaurant.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Як пройти? Даємо напрямок: застосовуємо</w:t>
              <w:br/>
              <w:t>SB p. 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Давати й виконувати прості вказівки маршруту містом у грі, короткому опитуванні, описі або проблемній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зіставляє форму та значення, перевіряє себе за моделлю й переносить мовний засіб у новий приклад.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Giving directions у коротких запитаннях, відповідях і мінітекстах; добирає правильний варіант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Giving directions у 2–4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Giving directions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Eye in the Sky — Око в небі</w:t>
              <w:br/>
              <w:t>SB pp. 36–37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«Eye in the Sky»; знаходити головну та конкретну інформацію, використовувати візуальні підказки й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Інформаційно-комунікаційна й просторово-орієнтаційна компетентності: читає карту, зіставляє текст і зображення та використовує візуальні джерела інформації.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тексту, знаходить явні факти й співвідносить їх із фото, схемою, картою або графічним організатором.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Eye in the Sky: читаємо карту й текстові елементи</w:t>
              <w:br/>
              <w:t>SB pp. 36–37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стратегію читання «робота з особливостями тексту, картою та супутниковими зображеннями»: повторно опрацьовувати текст, організовувати інформацію та обґрунтовувати відповідь знайденими деталями.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свідомо використовує стратегію читання, виділяє потрібні факти й перевіряє розуміння за 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потрібні зв’язки між частинами тексту та заповнює простий графічний організатор / таблицю.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пояснює, де знайшов інформацію, і стисло формулює висновок за прочитаним.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Пишемо про особливе місце у своєму місті або світі + Explore your town</w:t>
              <w:br/>
              <w:t>SB pp. 38–39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особливе місце у своєму місті або світі за моделлю; використовувати письмовий фокус Unit; обговорювати цінність «досліджувати своє місто»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й громадянська компетентності: цікавиться своїм населеним пунктом, орієнтується у громадських місцях і відповідально поводиться в них.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абзацу, визначає його головну думку й потрібні деталі; розуміє запитання Think–Pair–Share та візуальний приклад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зв’язний абзац про особливе місце у своєму місті або світі, ділиться ним у малій групі й висловлює 1–2 думки про те, як «досліджувати своє місто» у повсякденному житті.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поєднання пов’язаних ідей за допомогою and; короткий опис місця.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Письмова майстерня: особливе місце у своєму місті або світі</w:t>
              <w:br/>
              <w:t>SB p. 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особливе місце у своєму місті або світі; перевіряти зміст, порядок речень і використання письмового фокусу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використовує модель як опору, перечитує власний текст, вносить зрозумілі виправлення та сприймає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 і простий чекліст; знаходить у тексті приклади цільового письмового прийому.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й редагує короткий абзац приблизно з 4–6 речень, читає його однокласникам і за потреби уточнює одну деталь після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індивідуально дібрані слова для власного 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поєднання пов’язаних ідей за допомогою and; короткий опис місця.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Explore your town: цінність у реальному житті</w:t>
              <w:br/>
              <w:t>SB p. 39;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«досліджувати своє місто» із прикладами з реального життя, обговорювати наслідки простих рішень і формулювати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й громадянська компетентності: цікавиться своїм населеним пунктом, орієнтується у громадських місцях і відповідально поводиться в них.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історію / відеофрагмент і визначає, який приклад пов’язаний із цінністю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ставить партнерові запитання й коротко пояснює свій вибір або пораду; слухає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Unit; слова для власних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Проєкт: My World circles — кола «Мій світ» — плануємо</w:t>
              <w:br/>
              <w:t>Матеріал Unit; SB pp. 40–41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«My World circles — кола «Мій світ»»: визначати мету, матеріали / дані,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розподіляє посильні дії, домовляється про формат результату та відповідально використовує матеріали /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 і потрібну інформацію для виконання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матеріалів, даних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Проєкт: My World circles — кола «Мій світ» — створюємо й представляємо</w:t>
              <w:br/>
              <w:t>SB pp. 40–41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вкладені кола «мій дім — район — місто — країна — континент — світ» і пояснювати своє місце у світі; використовувати вивчену мову для представлення й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завершує посильний продукт, презентує його аудиторії, відповідає на запитання та доброзичливо реагує на роботи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однокласників; знаходить у них знайому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запитання, за потреби передає / пояснює ключову інформацію однокласнику.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3. On the Move! — У дорозі!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On the Move!</w:t>
              <w:br/>
              <w:t>У дорозі!</w:t>
              <w:br/>
              <w:t>SB pp. 42–47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«транспорт і способи пересування» через фото, Vocabulary 1 і пісню; називати різні види транспорту; описувати, як люди подорожують і дістаються до місць; порівнювати способи пересування.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безпека, математична та соціальна компетентності: порівнює способи пересування, дотримується правил безпеки й використовує дані простого опитування.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співвідносить її з фото /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мовну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an aeroplane, a bus, a ferry, a helicopter, a hot air balloon, a motorbike, a sailing boat, a scooter, a ship, a taxi, the underground. Стратегія: складні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Транспорт навколо нас: розширюємо словник</w:t>
              <w:br/>
              <w:t>SB pp. 44–45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та нові короткі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візуальні та контекстні опори й стратегію «складні слова» для запам’ятовування та уточнення значення слів.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1, знаходить відповідні фото / дії / об’єкти та розуміє прості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an aeroplane, a bus, a ferry, a helicopter, a hot air balloon, a motorbike, a sailing boat, a scooter, a ship, a taxi, the underground. Стратегія: складні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запитання й короткої відповіді.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How Do You Get to School?: мова у ритмі</w:t>
              <w:br/>
              <w:t>SB pp. 46–47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й соціальна компетентності: використовує пісню як спосіб спільної мовної дії, слухає інших, узгоджує темп і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ритмом, наголосом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переносить одну-дві моделі з пісні в коротку гру, рух або діалог.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пісні; повторення Vocabulary 1–2 у доступному обсязі.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/ контекстне використання too for agreeing: I do, too / He does, too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Я теж: погоджуємося з інформацією</w:t>
              <w:br/>
              <w:t>SB pp. 48–49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Реагувати на повідомлення про спосіб пересування, показуючи згоду за допомогою too.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помічає зв’язок між значенням і граматичною моделлю, спирається на приклад та перевіряє власну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too for agreeing: I do, too / He does, too у коротких репліках, підписах і вправах та визначає, яку інформацію передає ця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too for agreeing: I do, too / He does, too у керованій короткій взаємодії та персоналізує 1–3 приклади відповідно до власного досвіду.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too for agreeing: I do, too / He does, too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Я теж: погоджуємося з інформацією: застосовуємо в розмові</w:t>
              <w:br/>
              <w:t>SB pp. 48–49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Реагувати на повідомлення про спосіб пересування, показуючи згоду за допомогою too у парній роботі, мініопитуванні, грі або іншій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дотримується черговості реплік, слухає відповідь партнера й коректно уточнює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 й відповіді з цільовою моделлю без постійної опори на переклад; знаходить потрібну інформацію в таблиці або зображенні.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запитання, відповідає повним або коротким реченням,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too for agreeing: I do, too / He does, too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Дії під час поїздки</w:t>
              <w:br/>
              <w:t>SB pp. 50–51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поєднувати дві пов’язані, але контрастні ідеї за допомогою but.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безпека, математична та соціальна компетентності: порівнює способи пересування, дотримується правил безпеки й використовує дані простого опитування.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значення нової граматичної моделі в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коротких відповідях і застосовує нову модель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coast downhill, get off, get on, park, pedal uphill. Стратегія: групування слів за діями під час поїздки.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but as a contrast Фонетика: /ʌ/ і /uː/: розрізнення у словах bus / balloon, uphill / scooter.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Дії під час поїздки: уточнюємо й переносимо</w:t>
              <w:br/>
              <w:t>SB p. 50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короткий опис, класифікацію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добирає спосіб упорядкування нових слів,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коротких реченнях і визначає їх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слова, складає з ними короткі речення / запитання та пояснює партнерові свій вибір простою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coast downhill, get off, get on, park, pedal uphill. Стратегія: групування слів за діями під час поїздки.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/ʌ/ і /uː/: розрізнення у словах bus / balloon, uphill / scooter.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Порівнюємо способи пересування: застосовуємо</w:t>
              <w:br/>
              <w:t>SB p. 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Поєднувати дві пов’язані, але контрастні ідеї за допомогою but у грі, короткому опитуванні, описі або проблемній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зіставляє форму та значення, перевіряє себе за моделлю й переносить мовний засіб у новий приклад.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but as a contrast у коротких запитаннях, відповідях і мінітекстах; добирає правильний варіант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but as a contrast у 2–4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but as a contrast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Hot Air Balloons — Повітряні кулі</w:t>
              <w:br/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«Hot Air Balloons»; знаходити головну та конкретну інформацію, використовувати візуальні підказки й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Технологічна й природнича компетентності: розуміє простий опис роботи повітряної кулі, встановлює послідовність етапів і використовує схему / фото як опору.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тексту, знаходить явні факти й співвідносить їх із фото, схемою, картою або графічним організатором.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Hot Air Balloons: відновлюємо етапи польоту</w:t>
              <w:br/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стратегію читання «визначення послідовності подій»: повторно опрацьовувати текст, організовувати інформацію та обґрунтовувати відповідь знайденими деталями.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свідомо використовує стратегію читання, виділяє потрібні факти й перевіряє розуміння за 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потрібні зв’язки між частинами тексту та заповнює простий графічний організатор / таблицю.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пояснює, де знайшов інформацію, і стисло формулює висновок за прочитаним.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Пишемо про незвичайний або улюблений вид транспорту + Be safe on the street</w:t>
              <w:br/>
              <w:t>SB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незвичайний або улюблений вид транспорту за моделлю; використовувати письмовий фокус Unit; обговорювати цінність «бути уважним і безпечним на вулиці»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безпека: називає прості правила безпечної поведінки на вулиці та під час користування транспортом.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абзацу, визначає його головну думку й потрібні деталі; розуміє запитання Think–Pair–Share та візуальний приклад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зв’язний абзац про незвичайний або улюблений вид транспорту, ділиться ним у малій групі й висловлює 1–2 думки про те, як «бути уважним і безпечним на вулиці» у повсякденному житті.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but для протиставлення двох пов’язаних ідей.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Письмова майстерня: незвичайний або улюблений вид транспорту</w:t>
              <w:br/>
              <w:t>SB p. 54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незвичайний або улюблений вид транспорту; перевіряти зміст, порядок речень і використання письмового фокусу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використовує модель як опору, перечитує власний текст, вносить зрозумілі виправлення та сприймає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 і простий чекліст; знаходить у тексті приклади цільового письмового прийому.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й редагує короткий абзац приблизно з 4–6 речень, читає його однокласникам і за потреби уточнює одну деталь після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індивідуально дібрані слова для власного 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but для протиставлення двох пов’язаних ідей.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Be safe on the street: цінність у реальному житті</w:t>
              <w:br/>
              <w:t>SB p. 55;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«бути уважним і безпечним на вулиці» із прикладами з реального життя, обговорювати наслідки простих рішень і формулювати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безпека: називає прості правила безпечної поведінки на вулиці та під час користування транспортом.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історію / відеофрагмент і визначає, який приклад пов’язаний із цінністю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ставить партнерові запитання й коротко пояснює свій вибір або пораду; слухає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Unit; слова для власних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Проєкт: класну стовпчикову діаграму про улюблений транспорт — плануємо</w:t>
              <w:br/>
              <w:t>Матеріал Unit; 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«класну стовпчикову діаграму про улюблений транспорт»: визначати мету, матеріали / дані,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розподіляє посильні дії, домовляється про формат результату та відповідально використовує матеріали /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 і потрібну інформацію для виконання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матеріалів, даних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Проєкт: класну стовпчикову діаграму про улюблений транспорт — створюємо й представляємо</w:t>
              <w:br/>
              <w:t>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Проводити просте опитування, узагальнювати відповіді у стовпчиковій діаграмі та коментувати результати; використовувати вивчену мову для представлення й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завершує посильний продукт, презентує його аудиторії, відповідає на запитання та доброзичливо реагує на роботи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однокласників; знаходить у них знайому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запитання, за потреби передає / пояснює ключову інформацію однокласнику.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Extended Reading. The Lion and the Mouse — Лев і миша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The Lion and the Mouse — Лев і миша</w:t>
              <w:br/>
              <w:t>SB pp. 58–59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байку; встановлювати послідовність подій і знаходити явну інформацію про вчинки персонажів.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 й соціальна компетентності: розуміє послідовність художньої історії, описує персонажів і помічає ідею взаємодопомоги.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тексту, визначає персонажів / учасників та знаходить прямо подані факти.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передає партнерові один-два ключові факти й перевіряє послідовність / відповідність інформації.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lion, mouse, paw, net, chew, free; help; повторення Units 1–3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попередніх Units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Лев і миша: розуміємо деталі</w:t>
              <w:br/>
              <w:t>SB pp. 58–59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Відновлювати порядок подій, описувати lion і mouse прикметниками та пояснювати, як маленький персонаж допомагає великому.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повторно читає, використовує ключові слова, запитання та структуру тексту для перевірки 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порівнює їх і виконує завдання на порядок, відповідність, True / False або коротку відповідь відповідно до сторінки.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Обговорює відповідь із партнером, коротко пояснює, де знайшов потрібну інформацію, і виправляє відповідь після повернення до тексту.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lion, mouse, paw, net, chew, free; help; повторення Units 1–3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граматики Units у текстовому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Лев і миша: Express Yourself</w:t>
              <w:br/>
              <w:t>SB pp. 58–59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Перетворити байку на комікс, зробити ляльок і розіграти історію або представити іншу знайому байку.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творча й соціальна компетентності: обирає доступний спосіб творчо відреагувати на текст, планує результат і працює самостійно або 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варіанти творчих завдань і покрокові інструкції до обраного формату.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короткий творчий продукт, використовує знайому лексику для підписів / реплік і готує коротке представлення.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lion, mouse, paw, net, chew, free; help; повторення Units 1–3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мова попередніх Units; мовні опори відповідно до обраного творчого завдання.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Лев і миша: ділимося результатом</w:t>
              <w:br/>
              <w:t>Матеріал Extended Reading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Представляти творчий або інформаційний результат, слухати інших, ставити змістове запитання й коротко реагувати на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уважно слухає виступи, поважає різні способи виконання завдання й дає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презентації однокласників і знаходить у них знайому інформацію за темою читання.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Представляє результат кількома зв’язними реченнями, відповідає на 1–2 запитання та ставить одне доречне запитання іншому учневі / учениці.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Активне повторення лексики Extended Reading.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вивчених мовних моделей у презентації й обговоренні.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EAF2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Review Units 1–3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граємо й повторюємо</w:t>
              <w:br/>
              <w:t>SB pp. 60–61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Узагальнювати матеріал тем: турбота про інших і щоденні дії; місця у місті та напрямки; транспорт і способи пересування; виконувати змішані завдання Review і переносити мову між темами блоку.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співвідносить завдання з уже вивченим матеріалом, обирає потрібну мовну модель і помічає прогалини для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змішані завдання з кількох тем, розпізнає ключову лексику й потрібну граматичну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запитання, бере участь у настільній / парній грі й використовує мову кількох Units у новому поєднанні.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before / after; adverbs of frequency; can for requests and offers; giving directions; too for agreeing; but as a contrast.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говоримо разом</w:t>
              <w:br/>
              <w:t>Матеріал Units 1–3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вивчену мову в короткі парні та групові ситуації: ставити запитання, уточнювати, відповідати, реагувати й передавати партнерові отриману інформацію.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підтримує взаємодію, дотримується черговості реплік і допомагає партнерові завершити спільне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репліки з різних тем блоку й визначає, яку інформацію потрібно знайти або передати.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короткий діалог / мініопитування, змінює мовні моделі відповідно до ситуації та передає один факт про партнера / групу.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before / after; adverbs of frequency; can for requests and offers; giving directions; too for agreeing; but as a contrast.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інтегруємо читання, письмо й говоріння</w:t>
              <w:br/>
              <w:t>Матеріал Units 1–3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Опрацьовувати коротку інформацію в різних форматах і створювати власну коротку усну або письмову відповідь за темами блоку.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Мовна, інформаційна та навчальна компетентності: добирає опору, читає таблицю / фото / короткий текст, перевіряє результат і редагує просту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або слухає коротке повідомлення й знаходить потрібну інформацію з кількох знайомих тем.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короткий абзац або усне повідомлення з кількох речень; поєднує лексику й граматику різних Units відповідно до змісту.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before / after; adverbs of frequency; can for requests and offers; giving directions; too for agreeing; but as a contrast.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цифрове й відеоповторення</w:t>
              <w:br/>
              <w:t>Матеріал Units 1–3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Повторювати матеріал через короткі відео, ігри або Online Practice; використовувати зворотний зв’язок і самостійно визначати, що потрібно повторити.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Інформаційно-комунікаційна компетентність: виконує прості цифрові завдання за інструкцією, використовує миттєвий зворотний зв’язок для самокорекції.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цифрові / відеозавдання зі знайомою мовою та відстежує ключову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інтерактивні завдання, усно пояснює окремий вибір і повторює складні для себе слова або моделі.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before / after; adverbs of frequency; can for requests and offers; giving directions; too for agreeing; but as a contrast.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підсумовуємо блок</w:t>
              <w:br/>
              <w:t>SB pp. 60–61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вивчену мову в підсумковій грі й змішаних завданнях; проводити коротку самооцінку та готуватися до діагностування через змістове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визначає власні сильні сторони, обирає матеріал для повторення й користується знайомими стратегіями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змішані завдання блоку й обирає потрібну мовну модель відповідно до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короткі запитання, бере участь у грі / обговоренні та формулює просту рефлексію «I can … / I need to practise …».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Узагальнення: before / after; adverbs of frequency; can for requests and offers; giving directions; too for agreeing; but as a contrast.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2C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Діагностування результатів навчання за Units 1–3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Діагностування результатів навчання за Units 1–3</w:t>
              <w:br/>
              <w:t>Формат визначає вчитель / заклад освіти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Демонструвати, як учень / учениця розуміє та використовує вивчену мову в коротких усних, письмових, практичних, проєктних або комбінованих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виконує посильні діагностувальні завдання, використовує зворотний зв’язок і помічає власний прогрес без орієнтації лише на тестовий бал.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в коротких усних і письмових повідомленнях ключову лексику та вивчені мовні моделі Units 1–3; знаходить явну інформацію й виконує знайомі типи завдань.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мову Units 1–3 у короткій взаємодії та простому письмовому, практичному або проєктному продукті; за потреби пояснює вибір чи передає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4. Our Senses — Наші чуття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Our Senses</w:t>
              <w:br/>
              <w:t>Наші чуття</w:t>
              <w:br/>
              <w:t>SB pp. 62–67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«п’ять чуттів і опис відчуттів» через фото, Vocabulary 1 і пісню; говорити про чуття; описувати, як речі виглядають, відчуваються, смакують, звучать і пахнуть; говорити про минуле.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Природнича й здоров’язбережувальна компетентності: використовує спостереження, порівняння та сенсорну лексику для опису світу.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співвідносить її з фото /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мовну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beautiful, delicious, dry, hard, loud, quiet, rough, smooth, soft, sticky, terrible, ugly. Стратегія: антоніми.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Описуємо світ через чуття: розширюємо словник</w:t>
              <w:br/>
              <w:t>SB pp. 64–65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та нові короткі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візуальні та контекстні опори й стратегію «антоніми» для запам’ятовування та уточнення значення слів.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1, знаходить відповідні фото / дії / об’єкти та розуміє прості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beautiful, delicious, dry, hard, loud, quiet, rough, smooth, soft, sticky, terrible, ugly. Стратегія: антоніми.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запитання й короткої відповіді.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Our Senses: мова у ритмі</w:t>
              <w:br/>
              <w:t>SB pp. 66–67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й соціальна компетентності: використовує пісню як спосіб спільної мовної дії, слухає інших, узгоджує темп і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ритмом, наголосом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переносить одну-дві моделі з пісні в коротку гру, рух або діалог.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пісні; повторення Vocabulary 1–2 у доступному обсязі.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/ контекстне використання Sense verbs: look, feel, taste, sound, smell + adjective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Як це виглядає, звучить, пахне, смакує й відчувається?</w:t>
              <w:br/>
              <w:t>SB pp. 68–69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Описувати предмети й явища через sense verbs та прикметники.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помічає зв’язок між значенням і граматичною моделлю, спирається на приклад та перевіряє власну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Sense verbs: look, feel, taste, sound, smell + adjective у коротких репліках, підписах і вправах та визначає, яку інформацію передає ця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Sense verbs: look, feel, taste, sound, smell + adjective у керованій короткій взаємодії та персоналізує 1–3 приклади відповідно до власного досвіду.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Sense verbs: look, feel, taste, sound, smell + adjective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Як це виглядає, звучить, пахне, смакує й відчувається?: застосовуємо в розмові</w:t>
              <w:br/>
              <w:t>SB pp. 68–69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Описувати предмети й явища через sense verbs та прикметники у парній роботі, мініопитуванні, грі або іншій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дотримується черговості реплік, слухає відповідь партнера й коректно уточнює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 й відповіді з цільовою моделлю без постійної опори на переклад; знаходить потрібну інформацію в таблиці або зображенні.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запитання, відповідає повним або коротким реченням,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Sense verbs: look, feel, taste, sound, smell + adjective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Який це смак?</w:t>
              <w:br/>
              <w:t>SB pp. 70–71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описувати людей, предмети й ситуації в минулому за допомогою was / were.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Природнича й здоров’язбережувальна компетентності: використовує спостереження, порівняння та сенсорну лексику для опису світу.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значення нової граматичної моделі в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коротких відповідях і застосовує нову модель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bitter, salty, sour, spicy, sweet. Стратегія: слова для смаку й сенсорного опису.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was / were Фонетика: сполучення приголосних із /s/: /sm/, /sp/, /st/, /sk/, /sw/.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Який це смак?: уточнюємо й переносимо</w:t>
              <w:br/>
              <w:t>SB p. 70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короткий опис, класифікацію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добирає спосіб упорядкування нових слів,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коротких реченнях і визначає їх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слова, складає з ними короткі речення / запитання та пояснює партнерові свій вибір простою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bitter, salty, sour, spicy, sweet. Стратегія: слова для смаку й сенсорного опису.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сполучення приголосних із /s/: /sm/, /sp/, /st/, /sk/, /sw/.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Було і були: говоримо про минуле: застосовуємо</w:t>
              <w:br/>
              <w:t>SB p. 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Описувати людей, предмети й ситуації в минулому за допомогою was / were у грі, короткому опитуванні, описі або проблемній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зіставляє форму та значення, перевіряє себе за моделлю й переносить мовний засіб у новий приклад.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was / were у коротких запитаннях, відповідях і мінітекстах; добирає правильний варіант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was / were у 2–4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was / were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Amazing Animal Senses — Дивовижні чуття тварин</w:t>
              <w:br/>
              <w:t>SB pp. 72–73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«Amazing Animal Senses»; знаходити головну та конкретну інформацію, використовувати візуальні підказки й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Природнича компетентність: порівнює чуття людей і тварин, читає інфографіку та пояснює прості відмінності на основі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тексту, знаходить явні факти й співвідносить їх із фото, схемою, картою або графічним організатором.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Amazing Animal Senses: порівнюємо чуття людей і тварин</w:t>
              <w:br/>
              <w:t>SB pp. 72–73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стратегію читання «порівняння й зіставлення»: повторно опрацьовувати текст, організовувати інформацію та обґрунтовувати відповідь знайденими деталями.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свідомо використовує стратегію читання, виділяє потрібні факти й перевіряє розуміння за 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потрібні зв’язки між частинами тексту та заповнює простий графічний організатор / таблицю.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пояснює, де знайшов інформацію, і стисло формулює висновок за прочитаним.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Пишемо про літо й сенсорні враження + Use your senses</w:t>
              <w:br/>
              <w:t>SB pp. 74–75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літо й сенсорні враження за моделлю; використовувати письмовий фокус Unit; обговорювати цінність «усвідомлено використовувати свої чуття»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добробут: уважно спостерігає за довкіллям, описує безпечні сенсорні враження й цінує різноманітність світу.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абзацу, визначає його головну думку й потрібні деталі; розуміє запитання Think–Pair–Share та візуальний приклад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зв’язний абзац про літо й сенсорні враження, ділиться ним у малій групі й висловлює 1–2 думки про те, як «усвідомлено використовувати свої чуття» у повсякденному житті.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and, but, or для поєднання та вибору між пов’язаними ідеями.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Письмова майстерня: літо й сенсорні враження</w:t>
              <w:br/>
              <w:t>SB p. 74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літо й сенсорні враження; перевіряти зміст, порядок речень і використання письмового фокусу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використовує модель як опору, перечитує власний текст, вносить зрозумілі виправлення та сприймає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 і простий чекліст; знаходить у тексті приклади цільового письмового прийому.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й редагує короткий абзац приблизно з 4–6 речень, читає його однокласникам і за потреби уточнює одну деталь після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індивідуально дібрані слова для власного 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and, but, or для поєднання та вибору між пов’язаними ідеями.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Use your senses: цінність у реальному житті</w:t>
              <w:br/>
              <w:t>SB p. 75;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«усвідомлено використовувати свої чуття» із прикладами з реального життя, обговорювати наслідки простих рішень і формулювати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добробут: уважно спостерігає за довкіллям, описує безпечні сенсорні враження й цінує різноманітність світу.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історію / відеофрагмент і визначає, який приклад пов’язаний із цінністю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ставить партнерові запитання й коротко пояснює свій вибір або пораду; слухає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Unit; слова для власних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Проєкт: Five Senses poem — вірш про п’ять чуттів — плануємо</w:t>
              <w:br/>
              <w:t>Матеріал Unit; SB pp. 76–77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«Five Senses poem — вірш про п’ять чуттів»: визначати мету, матеріали / дані,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розподіляє посильні дії, домовляється про формат результату та відповідально використовує матеріали /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 і потрібну інформацію для виконання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матеріалів, даних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Проєкт: Five Senses poem — вірш про п’ять чуттів — створюємо й представляємо</w:t>
              <w:br/>
              <w:t>SB pp. 76–77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вірш про досвід, пов’язаний із п’ятьма чуттями, і представляти його класу; використовувати вивчену мову для представлення й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завершує посильний продукт, презентує його аудиторії, відповідає на запитання та доброзичливо реагує на роботи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однокласників; знаходить у них знайому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запитання, за потреби передає / пояснює ключову інформацію однокласнику.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5. Animal Habitats — Середовища існування тварин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Animal Habitats</w:t>
              <w:br/>
              <w:t>Середовища існування тварин</w:t>
              <w:br/>
              <w:t>SB pp. 78–83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«тварини, їхні ознаки та середовища існування» через фото, Vocabulary 1 і пісню; називати середовища існування тварин; описувати зовнішні ознаки тварин; говорити про домівки й пристосування тварин.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Природнича й екологічна компетентності: класифікує середовища існування, пов’язує ознаки тварин із умовами життя та відповідально ставиться до природи.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співвідносить її з фото /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мовну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cave, a desert, a forest, grasslands, a hive, ice, an island, mud, a nest, a rain forest, snow, underground, a web, wetlands. Стратегія: складні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Де живуть тварини?: розширюємо словник</w:t>
              <w:br/>
              <w:t>SB pp. 80–81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та нові короткі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візуальні та контекстні опори й стратегію «складні слова» для запам’ятовування та уточнення значення слів.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1, знаходить відповідні фото / дії / об’єкти та розуміє прості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cave, a desert, a forest, grasslands, a hive, ice, an island, mud, a nest, a rain forest, snow, underground, a web, wetlands. Стратегія: складні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запитання й короткої відповіді.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Why? Because!: мова у ритмі</w:t>
              <w:br/>
              <w:t>SB pp. 82–83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й соціальна компетентності: використовує пісню як спосіб спільної мовної дії, слухає інших, узгоджує темп і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ритмом, наголосом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переносить одну-дві моделі з пісні в коротку гру, рух або діалог.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пісні; повторення Vocabulary 1–2 у доступному обсязі.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/ контекстне використання Why ...? Because ...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Чому? Тому що…</w:t>
              <w:br/>
              <w:t>SB pp. 84–85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Ставити запитання про причини й давати просте пояснення за допомогою why ...? because ....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помічає зв’язок між значенням і граматичною моделлю, спирається на приклад та перевіряє власну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Why ...? Because ... у коротких репліках, підписах і вправах та визначає, яку інформацію передає ця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Why ...? Because ... у керованій короткій взаємодії та персоналізує 1–3 приклади відповідно до власного досвіду.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Why ...? Because ...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Чому? Тому що…: застосовуємо в розмові</w:t>
              <w:br/>
              <w:t>SB pp. 84–85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Ставити запитання про причини й давати просте пояснення за допомогою why ...? because ... у парній роботі, мініопитуванні, грі або іншій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дотримується черговості реплік, слухає відповідь партнера й коректно уточнює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 й відповіді з цільовою моделлю без постійної опори на переклад; знаходить потрібну інформацію в таблиці або зображенні.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запитання, відповідає повним або коротким реченням,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Why ...? Because ...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Ознаки тварин</w:t>
              <w:br/>
              <w:t>SB pp. 86–87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пояснювати призначення ознаки або дії за допомогою інфінітива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Природнича й екологічна компетентності: класифікує середовища існування, пов’язує ознаки тварин із умовами життя та відповідально ставиться до природи.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значення нової граматичної моделі в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коротких відповідях і застосовує нову модель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fur, horns, a pouch, a tongue, wings. Стратегія: аналогії та зв’язки між словами.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Infinitive of purpose Фонетика: /aɪ/ і /aʊ/: розрізнення у словах hive / pouch, ice / sour.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Ознаки тварин: уточнюємо й переносимо</w:t>
              <w:br/>
              <w:t>SB p. 86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короткий опис, класифікацію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добирає спосіб упорядкування нових слів,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коротких реченнях і визначає їх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слова, складає з ними короткі речення / запитання та пояснює партнерові свій вибір простою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fur, horns, a pouch, a tongue, wings. Стратегія: аналогії та зв’язки між словами.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/aɪ/ і /aʊ/: розрізнення у словах hive / pouch, ice / sour.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Навіщо? Пояснюємо призначення: застосовуємо</w:t>
              <w:br/>
              <w:t>SB p. 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Пояснювати призначення ознаки або дії за допомогою інфінітива мети у грі, короткому опитуванні, описі або проблемній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зіставляє форму та значення, перевіряє себе за моделлю й переносить мовний засіб у новий приклад.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Infinitive of purpose у коротких запитаннях, відповідях і мінітекстах; добирає правильний варіант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Infinitive of purpose у 2–4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Infinitive of purpose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Amazing Rain Forests — Дивовижні тропічні ліси</w:t>
              <w:br/>
              <w:t>SB pp. 88–89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«Amazing Rain Forests»; знаходити головну та конкретну інформацію, використовувати візуальні підказки й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Природнича й екологічна компетентності: пояснює зв’язок між тваринами та їхнім середовищем існування, використовує текст і зображення для побудови уявлення про екосистему.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тексту, знаходить явні факти й співвідносить їх із фото, схемою, картою або графічним організатором.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Amazing Rain Forests: створюємо образ тропічного лісу</w:t>
              <w:br/>
              <w:t>SB pp. 88–89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стратегію читання «візуалізація прочитаного»: повторно опрацьовувати текст, організовувати інформацію та обґрунтовувати відповідь знайденими деталями.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свідомо використовує стратегію читання, виділяє потрібні факти й перевіряє розуміння за 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потрібні зв’язки між частинами тексту та заповнює простий графічний організатор / таблицю.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пояснює, де знайшов інформацію, і стисло формулює висновок за прочитаним.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Пишемо про тварину, яка подобається + Help protect animal habitats</w:t>
              <w:br/>
              <w:t>SB pp. 90–91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тварину, яка подобається за моделлю; використовувати письмовий фокус Unit; обговорювати цінність «допомагати захищати середовища існування тварин»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грамотність: розуміє, чому середовища існування потребують захисту, і називає посильні відповідальні 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абзацу, визначає його головну думку й потрібні деталі; розуміє запитання Think–Pair–Share та візуальний приклад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зв’язний абзац про тварину, яка подобається, ділиться ним у малій групі й висловлює 1–2 думки про те, як «допомагати захищати середовища існування тварин» у повсякденному житті.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правильне розрізнення it’s та its у короткому описі тварини.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Письмова майстерня: тварину, яка подобається</w:t>
              <w:br/>
              <w:t>SB p. 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тварину, яка подобається; перевіряти зміст, порядок речень і використання письмового фокусу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використовує модель як опору, перечитує власний текст, вносить зрозумілі виправлення та сприймає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 і простий чекліст; знаходить у тексті приклади цільового письмового прийому.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й редагує короткий абзац приблизно з 4–6 речень, читає його однокласникам і за потреби уточнює одну деталь після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індивідуально дібрані слова для власного 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правильне розрізнення it’s та its у короткому описі тварини.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Help protect animal habitats: цінність у реальному житті</w:t>
              <w:br/>
              <w:t>SB p. 91;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«допомагати захищати середовища існування тварин» із прикладами з реального життя, обговорювати наслідки простих рішень і формулювати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грамотність: розуміє, чому середовища існування потребують захисту, і називає посильні відповідальні 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історію / відеофрагмент і визначає, який приклад пов’язаний із цінністю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ставить партнерові запитання й коротко пояснює свій вибір або пораду; слухає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Unit; слова для власних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Проєкт: мобіль про середовище існування тварини — плануємо</w:t>
              <w:br/>
              <w:t>Матеріал Unit; SB pp. 92–93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«мобіль про середовище існування тварини»: визначати мету, матеріали / дані,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розподіляє посильні дії, домовляється про формат результату та відповідально використовує матеріали /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 і потрібну інформацію для виконання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матеріалів, даних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Проєкт: мобіль про середовище існування тварини — створюємо й представляємо</w:t>
              <w:br/>
              <w:t>SB pp. 92–93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Досліджувати середовище існування обраної тварини, добирати пов’язані рослини й тварин та створювати тематичний мобіль; використовувати вивчену мову для представлення й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завершує посильний продукт, презентує його аудиторії, відповідає на запитання та доброзичливо реагує на роботи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однокласників; знаходить у них знайому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запитання, за потреби передає / пояснює ключову інформацію однокласнику.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6. What’s for Dinner? — Що на вечерю?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What’s for Dinner?</w:t>
              <w:br/>
              <w:t>Що на вечерю?</w:t>
              <w:br/>
              <w:t>SB pp. 94–99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«їжа, кількість і вибір продуктів» через фото, Vocabulary 1 і пісню; називати продукти й упаковки; говорити про кількість продуктів; говорити про улюблені страви та вибір їжі.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Здоров’язбережувальна, математична та підприємницька компетентності: використовує слова кількості, порівнює прості ціни / варіанти та робить усвідомлений вибір продуктів.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співвідносить її з фото /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мовну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bag of rice, a bottle of oil, a bowl of sugar, a box of cereal, a bunch of bananas, a can of fizzy drink, a glass of juice, a jar of olives, a loaf of bread, a piece of cake. Стратегія: контекстні підказки.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Продукти та упаковки: розширюємо словник</w:t>
              <w:br/>
              <w:t>SB pp. 96–97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та нові короткі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візуальні та контекстні опори й стратегію «контекстні підказки» для запам’ятовування та уточнення значення слів.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1, знаходить відповідні фото / дії / об’єкти та розуміє прості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bag of rice, a bottle of oil, a bowl of sugar, a box of cereal, a bunch of bananas, a can of fizzy drink, a glass of juice, a jar of olives, a loaf of bread, a piece of cake. Стратегія: контекстні підказки.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запитання й короткої відповіді.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Let’s Go Shopping!: мова у ритмі</w:t>
              <w:br/>
              <w:t>SB pp. 98–99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й соціальна компетентності: використовує пісню як спосіб спільної мовної дії, слухає інших, узгоджує темп і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ритмом, наголосом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переносить одну-дві моделі з пісні в коротку гру, рух або діалог.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пісні; повторення Vocabulary 1–2 у доступному обсязі.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/ контекстне використання some and any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Some чи any? Говоримо про наявність продуктів</w:t>
              <w:br/>
              <w:t>SB pp. 100–101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Говорити про наявність і кількість продуктів у стверджувальних, заперечних реченнях і запитаннях.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помічає зв’язок між значенням і граматичною моделлю, спирається на приклад та перевіряє власну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some and any у коротких репліках, підписах і вправах та визначає, яку інформацію передає ця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some and any у керованій короткій взаємодії та персоналізує 1–3 приклади відповідно до власного досвіду.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some and any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Some чи any? Говоримо про наявність продуктів: застосовуємо в розмові</w:t>
              <w:br/>
              <w:t>SB pp. 100–101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Говорити про наявність і кількість продуктів у стверджувальних, заперечних реченнях і запитаннях у парній роботі, мініопитуванні, грі або іншій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дотримується черговості реплік, слухає відповідь партнера й коректно уточнює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 й відповіді з цільовою моделлю без постійної опори на переклад; знаходить потрібну інформацію в таблиці або зображенні.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запитання, відповідає повним або коротким реченням,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some and any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Покупки, ціни й вибір</w:t>
              <w:br/>
              <w:t>SB pp. 102–103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розрізняти злічувані й незлічувані продукти та описувати невелику кількість за допомогою a few / a little.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Здоров’язбережувальна, математична та підприємницька компетентності: використовує слова кількості, порівнює прості ціни / варіанти та робить усвідомлений вибір продуктів.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значення нової граматичної моделі в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коротких відповідях і застосовує нову модель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buy, compare, money, price, put away. Стратегія: лексика покупок і порівняння цін.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few and a little Фонетика: категорії голосних: розрізнення різних голосних звуків у знайомих словах.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Покупки, ціни й вибір: уточнюємо й переносимо</w:t>
              <w:br/>
              <w:t>SB p. 102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короткий опис, класифікацію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добирає спосіб упорядкування нових слів,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коротких реченнях і визначає їх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слова, складає з ними короткі речення / запитання та пояснює партнерові свій вибір простою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buy, compare, money, price, put away. Стратегія: лексика покупок і порівняння цін.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категорії голосних: розрізнення різних голосних звуків у знайомих словах.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Трохи чи кілька? Описуємо кількість: застосовуємо</w:t>
              <w:br/>
              <w:t>SB p. 103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Розрізняти злічувані й незлічувані продукти та описувати невелику кількість за допомогою a few / a little у грі, короткому опитуванні, описі або проблемній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зіставляє форму та значення, перевіряє себе за моделлю й переносить мовний засіб у новий приклад.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a few and a little у коротких запитаннях, відповідях і мінітекстах; добирає правильний варіант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a few and a little у 2–4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few and a little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What’s for lunch? — Що на обід?</w:t>
              <w:br/>
              <w:t>SB pp. 104–105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«What’s for lunch?»; знаходити головну та конкретну інформацію, використовувати візуальні підказки й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Здоров’язбережувальна й міжкультурна компетентності: порівнює варіанти обіду, співвідносить інформацію з власним досвідом і поважно ставиться до різних харчових традицій.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тексту, знаходить явні факти й співвідносить їх із фото, схемою, картою або графічним організатором.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What’s for lunch?: пов’язуємо текст із власним досвідом</w:t>
              <w:br/>
              <w:t>SB pp. 104–105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стратегію читання «зв’язок тексту з особистим досвідом»: повторно опрацьовувати текст, організовувати інформацію та обґрунтовувати відповідь знайденими деталями.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свідомо використовує стратегію читання, виділяє потрібні факти й перевіряє розуміння за 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потрібні зв’язки між частинами тексту та заповнює простий графічний організатор / таблицю.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пояснює, де знайшов інформацію, і стисло формулює висновок за прочитаним.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Пишемо про улюблену страву + Eat good food</w:t>
              <w:br/>
              <w:t>SB pp. 106–107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улюблену страву за моделлю; використовувати письмовий фокус Unit; обговорювати цінність «обирати корисну їжу»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добробут: аналізує простий вибір продуктів, називає складники улюбленої страви й говорить про збалансоване харчування без оцінювання зовнішності.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абзацу, визначає його головну думку й потрібні деталі; розуміє запитання Think–Pair–Share та візуальний приклад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зв’язний абзац про улюблену страву, ділиться ним у малій групі й висловлює 1–2 думки про те, як «обирати корисну їжу» у повсякденному житті.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тематичне речення, яке передає головну думку абзацу.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Письмова майстерня: улюблену страву</w:t>
              <w:br/>
              <w:t>SB p. 106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улюблену страву; перевіряти зміст, порядок речень і використання письмового фокусу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використовує модель як опору, перечитує власний текст, вносить зрозумілі виправлення та сприймає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 і простий чекліст; знаходить у тексті приклади цільового письмового прийому.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й редагує короткий абзац приблизно з 4–6 речень, читає його однокласникам і за потреби уточнює одну деталь після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індивідуально дібрані слова для власного 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тематичне речення, яке передає головну думку абзацу.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Eat good food: цінність у реальному житті</w:t>
              <w:br/>
              <w:t>SB p. 107;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«обирати корисну їжу» із прикладами з реального життя, обговорювати наслідки простих рішень і формулювати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добробут: аналізує простий вибір продуктів, називає складники улюбленої страви й говорить про збалансоване харчування без оцінювання зовнішності.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історію / відеофрагмент і визначає, який приклад пов’язаний із цінністю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ставить партнерові запитання й коротко пояснює свій вибір або пораду; слухає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Unit; слова для власних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Проєкт: день дегустації — плануємо</w:t>
              <w:br/>
              <w:t>Матеріал Unit; 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«день дегустації»: визначати мету, матеріали / дані,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розподіляє посильні дії, домовляється про формат результату та відповідально використовує матеріали /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 і потрібну інформацію для виконання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матеріалів, даних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Проєкт: день дегустації — створюємо й представляємо</w:t>
              <w:br/>
              <w:t>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Організовувати просту дегустацію, описувати смаки, фіксувати вподобання та дотримуватися правил безпеки й гігієни; використовувати вивчену мову для представлення й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завершує посильний продукт, презентує його аудиторії, відповідає на запитання та доброзичливо реагує на роботи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однокласників; знаходить у них знайому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запитання, за потреби передає / пояснює ключову інформацію однокласнику.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Extended Reading. The Gingerbread Man — Пряниковий чоловічок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The Gingerbread Man — Пряниковий чоловічок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казку; співвідносити персонажів із діями та знаходити явні деталі сюжету.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 й творча компетентності: стежить за послідовністю казки, співвідносить персонажа та дію й створює власну реакцію на текст.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тексту, визначає персонажів / учасників та знаходить прямо подані факти.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передає партнерові один-два ключові факти й перевіряє послідовність / відповідність інформації.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gingerbread man, grandma, fox, coyote, turtle, river, run, catch, hungry; повторення Units 4–6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попередніх Units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Пряниковий чоловічок: розуміємо деталі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Відстежувати, кого зустрічає gingerbread man, хто хоче його з’їсти і хто допомагає перейти річку; перевіряти твердження за текстом.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повторно читає, використовує ключові слова, запитання та структуру тексту для перевірки 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порівнює їх і виконує завдання на порядок, відповідність, True / False або коротку відповідь відповідно до сторінки.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Обговорює відповідь із партнером, коротко пояснює, де знайшов потрібну інформацію, і виправляє відповідь після повернення до тексту.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gingerbread man, grandma, fox, coyote, turtle, river, run, catch, hungry; повторення Units 4–6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граматики Units у текстовому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Пряниковий чоловічок: Express Yourself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Написати коротке продовження, створити маски й розіграти сценку або підготувати власного gingerbread man і представити процес.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творча й соціальна компетентності: обирає доступний спосіб творчо відреагувати на текст, планує результат і працює самостійно або 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варіанти творчих завдань і покрокові інструкції до обраного формату.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короткий творчий продукт, використовує знайому лексику для підписів / реплік і готує коротке представлення.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gingerbread man, grandma, fox, coyote, turtle, river, run, catch, hungry; повторення Units 4–6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мова попередніх Units; мовні опори відповідно до обраного творчого завдання.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Пряниковий чоловічок: ділимося результатом</w:t>
              <w:br/>
              <w:t>Матеріал Extended Reading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Представляти творчий або інформаційний результат, слухати інших, ставити змістове запитання й коротко реагувати на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уважно слухає виступи, поважає різні способи виконання завдання й дає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презентації однокласників і знаходить у них знайому інформацію за темою читання.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Представляє результат кількома зв’язними реченнями, відповідає на 1–2 запитання та ставить одне доречне запитання іншому учневі / учениці.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Активне повторення лексики Extended Reading.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вивчених мовних моделей у презентації й обговоренні.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EAF2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Review Units 4–6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граємо й повторюємо</w:t>
              <w:br/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Узагальнювати матеріал тем: чуття й сенсорний опис; середовища існування тварин; їжа, покупки та кількість; виконувати змішані завдання Review і переносити мову між темами блоку.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співвідносить завдання з уже вивченим матеріалом, обирає потрібну мовну модель і помічає прогалини для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змішані завдання з кількох тем, розпізнає ключову лексику й потрібну граматичну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запитання, бере участь у настільній / парній грі й використовує мову кількох Units у новому поєднанні.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sense verbs; was / were; Why …? Because …; infinitive of purpose; some / any; a few / a little.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говоримо разом</w:t>
              <w:br/>
              <w:t>Матеріал Units 4–6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вивчену мову в короткі парні та групові ситуації: ставити запитання, уточнювати, відповідати, реагувати й передавати партнерові отриману інформацію.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підтримує взаємодію, дотримується черговості реплік і допомагає партнерові завершити спільне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репліки з різних тем блоку й визначає, яку інформацію потрібно знайти або передати.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короткий діалог / мініопитування, змінює мовні моделі відповідно до ситуації та передає один факт про партнера / групу.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sense verbs; was / were; Why …? Because …; infinitive of purpose; some / any; a few / a little.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інтегруємо читання, письмо й говоріння</w:t>
              <w:br/>
              <w:t>Матеріал Units 4–6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Опрацьовувати коротку інформацію в різних форматах і створювати власну коротку усну або письмову відповідь за темами блоку.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Мовна, інформаційна та навчальна компетентності: добирає опору, читає таблицю / фото / короткий текст, перевіряє результат і редагує просту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або слухає коротке повідомлення й знаходить потрібну інформацію з кількох знайомих тем.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короткий абзац або усне повідомлення з кількох речень; поєднує лексику й граматику різних Units відповідно до змісту.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sense verbs; was / were; Why …? Because …; infinitive of purpose; some / any; a few / a little.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цифрове й відеоповторення</w:t>
              <w:br/>
              <w:t>Матеріал Units 4–6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Повторювати матеріал через короткі відео, ігри або Online Practice; використовувати зворотний зв’язок і самостійно визначати, що потрібно повторити.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Інформаційно-комунікаційна компетентність: виконує прості цифрові завдання за інструкцією, використовує миттєвий зворотний зв’язок для самокорекції.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цифрові / відеозавдання зі знайомою мовою та відстежує ключову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інтерактивні завдання, усно пояснює окремий вибір і повторює складні для себе слова або моделі.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sense verbs; was / were; Why …? Because …; infinitive of purpose; some / any; a few / a little.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підсумовуємо блок</w:t>
              <w:br/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вивчену мову в підсумковій грі й змішаних завданнях; проводити коротку самооцінку та готуватися до діагностування через змістове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визначає власні сильні сторони, обирає матеріал для повторення й користується знайомими стратегіями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змішані завдання блоку й обирає потрібну мовну модель відповідно до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короткі запитання, бере участь у грі / обговоренні та формулює просту рефлексію «I can … / I need to practise …».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Узагальнення: sense verbs; was / were; Why …? Because …; infinitive of purpose; some / any; a few / a little.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2C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Діагностування результатів навчання за Units 4–6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Діагностування результатів навчання за Units 4–6</w:t>
              <w:br/>
              <w:t>Формат визначає вчитель / заклад освіти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Демонструвати, як учень / учениця розуміє та використовує вивчену мову в коротких усних, письмових, практичних, проєктних або комбінованих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виконує посильні діагностувальні завдання, використовує зворотний зв’язок і помічає власний прогрес без орієнтації лише на тестовий бал.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в коротких усних і письмових повідомленнях ключову лексику та вивчені мовні моделі Units 4–6; знаходить явну інформацію й виконує знайомі типи завдань.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мову Units 4–6 у короткій взаємодії та простому письмовому, практичному або проєктному продукті; за потреби пояснює вибір чи передає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7. Feeling Fit — Бути у формі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Feeling Fit</w:t>
              <w:br/>
              <w:t>Бути у формі</w:t>
              <w:br/>
              <w:t>SB pp. 114–119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«тіло, рух і корисні звички» через фото, Vocabulary 1 і пісню; називати частини тіла; говорити про минулі дії; говорити про корисні та некорисні звички.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Здоров’язбережувальна компетентність: описує частини тіла й рух, розрізняє корисні та некорисні звички й говорить про них без стигматизації.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співвідносить її з фото /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мовну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back, bend, a bone, a chest, an elbow, fingers, a knee, a muscle, a shoulder, a stomach, stretch, toes. Стратегія: аналогії та зв’язки «частина — ціле».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 Фонетика: /əʊ/ і /uː/: розрізнення у словах bone / juice, toe / two.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Тіло і рух: розширюємо словник</w:t>
              <w:br/>
              <w:t>SB pp. 116–117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та нові короткі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візуальні та контекстні опори й стратегію «аналогії та зв’язки «частина — ціле»» для запам’ятовування та уточнення значення слів.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1, знаходить відповідні фото / дії / об’єкти та розуміє прості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 back, bend, a bone, a chest, an elbow, fingers, a knee, a muscle, a shoulder, a stomach, stretch, toes. Стратегія: аналогії та зв’язки «частина — ціле».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/əʊ/ і /uː/: розрізнення у словах bone / juice, toe / two.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Let’s Move: мова у ритмі</w:t>
              <w:br/>
              <w:t>SB pp. 118–119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й соціальна компетентності: використовує пісню як спосіб спільної мовної дії, слухає інших, узгоджує темп і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ритмом, наголосом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переносить одну-дві моделі з пісні в коротку гру, рух або діалог.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пісні; повторення Vocabulary 1–2 у доступному обсязі.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/ контекстне використання Past simple: Yes / No questions and short answers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Did you…? Запитуємо про минулі дії</w:t>
              <w:br/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Ставити запитання про минулі дії та давати короткі відповіді.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помічає зв’язок між значенням і граматичною моделлю, спирається на приклад та перевіряє власну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Past simple: Yes / No questions and short answers у коротких репліках, підписах і вправах та визначає, яку інформацію передає ця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Past simple: Yes / No questions and short answers у керованій короткій взаємодії та персоналізує 1–3 приклади відповідно до власного досвіду.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Past simple: Yes / No questions and short answers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Did you…? Запитуємо про минулі дії: застосовуємо в розмові</w:t>
              <w:br/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Ставити запитання про минулі дії та давати короткі відповіді у парній роботі, мініопитуванні, грі або іншій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дотримується черговості реплік, слухає відповідь партнера й коректно уточнює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 й відповіді з цільовою моделлю без постійної опори на переклад; знаходить потрібну інформацію в таблиці або зображенні.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запитання, відповідає повним або коротким реченням,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Past simple: Yes / No questions and short answers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Корисні й некорисні звички</w:t>
              <w:br/>
              <w:t>SB pp. 122–123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говорити, коли чогось забагато або достатньо в контексті здорових звичок.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Здоров’язбережувальна компетентність: описує частини тіла й рух, розрізняє корисні та некорисні звички й говорить про них без стигматизації.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значення нової граматичної моделі в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коротких відповідях і застосовує нову модель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eat fruit, eat junk food, eat vegetables, do exercise, get some rest. Стратегія: словосполучення про звички для здоров’я.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too and enough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Корисні й некорисні звички: уточнюємо й переносимо</w:t>
              <w:br/>
              <w:t>SB p. 122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короткий опис, класифікацію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добирає спосіб упорядкування нових слів,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коротких реченнях і визначає їх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слова, складає з ними короткі речення / запитання та пояснює партнерові свій вибір простою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eat fruit, eat junk food, eat vegetables, do exercise, get some rest. Стратегія: словосполучення про звички для здоров’я.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новому лексичному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Too та enough: оцінюємо звички: застосовуємо</w:t>
              <w:br/>
              <w:t>SB p. 123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Говорити, коли чогось забагато або достатньо в контексті здорових звичок у грі, короткому опитуванні, описі або проблемній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зіставляє форму та значення, перевіряє себе за моделлю й переносить мовний засіб у новий приклад.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too and enough у коротких запитаннях, відповідях і мінітекстах; добирає правильний варіант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too and enough у 2–4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too and enough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Take Care of Your Brain! — Подбай про свій мозок!</w:t>
              <w:br/>
              <w:t>SB pp. 124–125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«Take Care of Your Brain!»; знаходити головну та конкретну інформацію, використовувати візуальні підказки й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Здоров’язбережувальна компетентність: знаходить у тексті поради для підтримання здоров’я мозку й відрізняє головну думку від прикладів.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тексту, знаходить явні факти й співвідносить їх із фото, схемою, картою або графічним організатором.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Take Care of Your Brain!: відокремлюємо головну думку від деталей</w:t>
              <w:br/>
              <w:t>SB pp. 124–125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стратегію читання «визначення головної думки й деталей»: повторно опрацьовувати текст, організовувати інформацію та обґрунтовувати відповідь знайденими деталями.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свідомо використовує стратегію читання, виділяє потрібні факти й перевіряє розуміння за 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потрібні зв’язки між частинами тексту та заповнює простий графічний організатор / таблицю.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пояснює, де знайшов інформацію, і стисло формулює висновок за прочитаним.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Пишемо про те, як підтримувати фізичну форму + Keep fit</w:t>
              <w:br/>
              <w:t>SB pp. 126–127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те, як підтримувати фізичну форму за моделлю; використовувати письмовий фокус Unit; обговорювати цінність «підтримувати фізичну форму»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добробут: називає безпечні способи рухової активності, відпочинку й харчування та пояснює прості причини свого вибору.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абзацу, визначає його головну думку й потрібні деталі; розуміє запитання Think–Pair–Share та візуальний приклад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зв’язний абзац про те, як підтримувати фізичну форму, ділиться ним у малій групі й висловлює 1–2 думки про те, як «підтримувати фізичну форму» у повсякденному житті.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because для пояснення причин і корисних звичок.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Письмова майстерня: те, як підтримувати фізичну форму</w:t>
              <w:br/>
              <w:t>SB p. 126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те, як підтримувати фізичну форму; перевіряти зміст, порядок речень і використання письмового фокусу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використовує модель як опору, перечитує власний текст, вносить зрозумілі виправлення та сприймає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 і простий чекліст; знаходить у тексті приклади цільового письмового прийому.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й редагує короткий абзац приблизно з 4–6 речень, читає його однокласникам і за потреби уточнює одну деталь після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індивідуально дібрані слова для власного 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because для пояснення причин і корисних звичок.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Keep fit: цінність у реальному житті</w:t>
              <w:br/>
              <w:t>SB p. 127;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«підтримувати фізичну форму» із прикладами з реального життя, обговорювати наслідки простих рішень і формулювати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добробут: називає безпечні способи рухової активності, відпочинку й харчування та пояснює прості причини свого вибору.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історію / відеофрагмент і визначає, який приклад пов’язаний із цінністю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ставить партнерові запитання й коротко пояснює свій вибір або пораду; слухає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Unit; слова для власних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Проєкт: Good Habits poster — постер корисних звичок — плануємо</w:t>
              <w:br/>
              <w:t>Матеріал Unit; SB pp. 128–129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«Good Habits poster — постер корисних звичок»: визначати мету, матеріали / дані,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розподіляє посильні дії, домовляється про формат результату та відповідально використовує матеріали /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 і потрібну інформацію для виконання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матеріалів, даних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Проєкт: Good Habits poster — постер корисних звичок — створюємо й представляємо</w:t>
              <w:br/>
              <w:t>SB pp. 128–129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постер із реалістичними корисними звичками й коротко пояснювати, чому вони важливі; використовувати вивчену мову для представлення й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завершує посильний продукт, презентує його аудиторії, відповідає на запитання та доброзичливо реагує на роботи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однокласників; знаходить у них знайому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запитання, за потреби передає / пояснює ключову інформацію однокласнику.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8. Let’s Celebrate — Святкуймо!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Let’s Celebrate</w:t>
              <w:br/>
              <w:t>Святкуймо!</w:t>
              <w:br/>
              <w:t>SB pp. 130–135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«свята, традиції та культурні події» через фото, Vocabulary 1 і пісню; говорити про свята й фестивалі; розповідати, що сталося в минулому; говорити про культурні традиції.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громадянська та соціальна компетентності: розповідає про святкування, порівнює традиції та бере участь у спільній творчій діяльності з повагою до різноманіття.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співвідносить її з фото /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мовну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celebrate, a costume, dance, decorations, dress up, a feast, fireworks, a lantern, a mask, a parade, a party, remember. Стратегія: робота зі словником.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Мова святкувань: розширюємо словник</w:t>
              <w:br/>
              <w:t>SB pp. 132–133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та нові короткі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візуальні та контекстні опори й стратегію «робота зі словником» для запам’ятовування та уточнення значення слів.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1, знаходить відповідні фото / дії / об’єкти та розуміє прості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celebrate, a costume, dance, decorations, dress up, a feast, fireworks, a lantern, a mask, a parade, a party, remember. Стратегія: робота зі словником.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запитання й короткої відповіді.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Celebrate!: мова у ритмі</w:t>
              <w:br/>
              <w:t>SB pp. 134–135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й соціальна компетентності: використовує пісню як спосіб спільної мовної дії, слухає інших, узгоджує темп і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ритмом, наголосом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переносить одну-дві моделі з пісні в коротку гру, рух або діалог.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пісні; повторення Vocabulary 1–2 у доступному обсязі.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/ контекстне використання Past simple: regular verbs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Що відбулося? Regular verbs у минулому</w:t>
              <w:br/>
              <w:t>SB pp. 136–137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Розповідати про завершені події в минулому за допомогою правильних дієслів.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помічає зв’язок між значенням і граматичною моделлю, спирається на приклад та перевіряє власну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Past simple: regular verbs у коротких репліках, підписах і вправах та визначає, яку інформацію передає ця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Past simple: regular verbs у керованій короткій взаємодії та персоналізує 1–3 приклади відповідно до власного досвіду.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Past simple: regular verbs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Що відбулося? Regular verbs у минулому: застосовуємо в розмові</w:t>
              <w:br/>
              <w:t>SB pp. 136–137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Розповідати про завершені події в минулому за допомогою правильних дієслів у парній роботі, мініопитуванні, грі або іншій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дотримується черговості реплік, слухає відповідь партнера й коректно уточнює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 й відповіді з цільовою моделлю без постійної опори на переклад; знаходить потрібну інформацію в таблиці або зображенні.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запитання, відповідає повним або коротким реченням,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Past simple: regular verbs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Святкові речі</w:t>
              <w:br/>
              <w:t>SB pp. 138–139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використовувати поширені неправильні дієслова для короткої розповіді про минуле свято.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громадянська та соціальна компетентності: розповідає про святкування, порівнює традиції та бере участь у спільній творчій діяльності з повагою до різноманіття.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значення нової граматичної моделі в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коротких відповідях і застосовує нову модель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balloons, a birthday cake, candles, an invitation, a present. Стратегія: лексика святкових предметів 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Past simple: irregular verbs Фонетика: сполучення /sk/ і /ks/, /st/ і /ts/ у знайомих словах.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Святкові речі: уточнюємо й переносимо</w:t>
              <w:br/>
              <w:t>SB p. 138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короткий опис, класифікацію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добирає спосіб упорядкування нових слів,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коротких реченнях і визначає їх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слова, складає з ними короткі речення / запитання та пояснює партнерові свій вибір простою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balloons, a birthday cake, candles, an invitation, a present. Стратегія: лексика святкових предметів 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сполучення /sk/ і /ks/, /st/ і /ts/ у знайомих словах.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Минулі події: irregular verbs: застосовуємо</w:t>
              <w:br/>
              <w:t>SB p. 139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поширені неправильні дієслова для короткої розповіді про минуле свято у грі, короткому опитуванні, описі або проблемній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зіставляє форму та значення, перевіряє себе за моделлю й переносить мовний засіб у новий приклад.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Past simple: irregular verbs у коротких запитаннях, відповідях і мінітекстах; добирає правильний варіант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Past simple: irregular verbs у 2–4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Past simple: irregular verbs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November Celebrations — Листопадові свята</w:t>
              <w:br/>
              <w:t>SB pp. 140–141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«November Celebrations»; знаходити головну та конкретну інформацію, використовувати візуальні підказки й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та громадянська компетентності: знаходить факти про різні святкування, помічає спільне й відмінне та поважно ставиться до культурних традицій.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тексту, знаходить явні факти й співвідносить їх із фото, схемою, картою або графічним організатором.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November Celebrations: шукаємо конкретну інформацію</w:t>
              <w:br/>
              <w:t>SB pp. 140–141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стратегію читання «сканування тексту для пошуку конкретної інформації»: повторно опрацьовувати текст, організовувати інформацію та обґрунтовувати відповідь знайденими деталями.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свідомо використовує стратегію читання, виділяє потрібні факти й перевіряє розуміння за 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потрібні зв’язки між частинами тексту та заповнює простий графічний організатор / таблицю.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пояснює, де знайшов інформацію, і стисло формулює висновок за прочитаним.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Пишемо про свято або фестиваль + Celebrate your culture</w:t>
              <w:br/>
              <w:t>SB pp. 142–143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свято або фестиваль за моделлю; використовувати письмовий фокус Unit; обговорювати цінність «цінувати й представляти свою культуру»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розповідає про знайомі традиції без протиставлення «кращих» і «гірших» культур та з цікавістю слухає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абзацу, визначає його головну думку й потрібні деталі; розуміє запитання Think–Pair–Share та візуальний приклад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зв’язний абзац про свято або фестиваль, ділиться ним у малій групі й висловлює 1–2 думки про те, як «цінувати й представляти свою культуру» у повсякденному житті.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деталі, які роблять короткий опис святкування зрозумілим і конкретним.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Письмова майстерня: свято або фестиваль</w:t>
              <w:br/>
              <w:t>SB p. 142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свято або фестиваль; перевіряти зміст, порядок речень і використання письмового фокусу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використовує модель як опору, перечитує власний текст, вносить зрозумілі виправлення та сприймає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 і простий чекліст; знаходить у тексті приклади цільового письмового прийому.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й редагує короткий абзац приблизно з 4–6 речень, читає його однокласникам і за потреби уточнює одну деталь після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індивідуально дібрані слова для власного 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деталі, які роблять короткий опис святкування зрозумілим і конкретним.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Celebrate your culture: цінність у реальному житті</w:t>
              <w:br/>
              <w:t>SB p. 143;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«цінувати й представляти свою культуру» із прикладами з реального життя, обговорювати наслідки простих рішень і формулювати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компетентність: розповідає про знайомі традиції без протиставлення «кращих» і «гірших» культур та з цікавістю слухає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історію / відеофрагмент і визначає, який приклад пов’язаний із цінністю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ставить партнерові запитання й коротко пояснює свій вибір або пораду; слухає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Unit; слова для власних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Проєкт: парадну маску — плануємо</w:t>
              <w:br/>
              <w:t>Матеріал Unit; SB pp. 144–145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«парадну маску»: визначати мету, матеріали / дані,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розподіляє посильні дії, домовляється про формат результату та відповідально використовує матеріали /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 і потрібну інформацію для виконання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матеріалів, даних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Проєкт: парадну маску — створюємо й представляємо</w:t>
              <w:br/>
              <w:t>SB pp. 144–145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й створювати парадну маску, описувати її деталі та представляти задум класу; використовувати вивчену мову для представлення й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завершує посильний продукт, презентує його аудиторії, відповідає на запитання та доброзичливо реагує на роботи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однокласників; знаходить у них знайому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запитання, за потреби передає / пояснює ключову інформацію однокласнику.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9. My Weekend — Мої вихідні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My Weekend</w:t>
              <w:br/>
              <w:t>Мої вихідні</w:t>
              <w:br/>
              <w:t>SB pp. 146–151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Увійти в тему «вільний час, вихідні та нові заняття» через фото, Vocabulary 1 і пісню; говорити про заняття у вільний час; ставити запитання про минулі події; говорити про хобі.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Особиста, соціальна й культурна компетентності: планує дозвілля, ділиться досвідом, слухає інших і використовує минулий час у змістовній взаємодії.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співвідносить її з фото /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Називає ключові слова теми, реагує на запитання про фото й використовує знайому мовну модель у короткій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busy, eat out, exciting, go on a picnic, go to the beach, go to the cinema, interesting, lose, stay at home, text my friends, visit a museum, win. Стратегія: робота зі словником і вибір значення за контекстом.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 Фонетика: /ɪ/ і /e/: розрізнення у словах win / when.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Що ми робимо у вільний час: розширюємо словник</w:t>
              <w:br/>
              <w:t>SB pp. 148–149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Vocabulary 1: називати, знаходити, групувати й переносити слова з підручника у знайомі та нові короткі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використовує візуальні та контекстні опори й стратегію «робота зі словником і вибір значення за контекстом» для запам’ятовування та уточнення значення слів.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на слух слова Vocabulary 1, знаходить відповідні фото / дії / об’єкти та розуміє прості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власних коротких фразах, ставить партнерові просте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busy, eat out, exciting, go on a picnic, go to the beach, go to the cinema, interesting, lose, stay at home, text my friends, visit a museum, win. Стратегія: робота зі словником і вибір значення за контекстом.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Фонетика: /ɪ/ і /e/: розрізнення у словах win / when.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Spare Time: мова у ритмі</w:t>
              <w:br/>
              <w:t>SB pp. 150–151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пісенний текст, відтворювати ключові рядки й використовувати лексику та граматику Unit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й соціальна компетентності: використовує пісню як спосіб спільної мовної дії, слухає інших, узгоджує темп і дії з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знайому лексику та повторювані мовні моделі в пісні; стежить за ритмом, наголосом і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Співає разом із групою, відтворює ключові рядки й переносить одну-дві моделі з пісні в коротку гру, рух або діалог.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пісні; повторення Vocabulary 1–2 у доступному обсязі.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підготовче / контекстне використання Past simple: questions and negatives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Що ти робив / робила? Питання й заперечення</w:t>
              <w:br/>
              <w:t>SB pp. 152–153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Ставити запитання про минулі вихідні та говорити, чого не робив / не робила.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помічає зв’язок між значенням і граматичною моделлю, спирається на приклад та перевіряє власну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Past simple: questions and negatives у коротких репліках, підписах і вправах та визначає, яку інформацію передає ця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Past simple: questions and negatives у керованій короткій взаємодії та персоналізує 1–3 приклади відповідно до власного досвіду.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1 у граматичному контексті.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Past simple: questions and negatives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Що ти робив / робила? Питання й заперечення: застосовуємо в розмові</w:t>
              <w:br/>
              <w:t>SB pp. 152–153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Ставити запитання про минулі вихідні та говорити, чого не робив / не робила у парній роботі, мініопитуванні, грі або іншій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дотримується черговості реплік, слухає відповідь партнера й коректно уточнює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запитання й відповіді з цільовою моделлю без постійної опори на переклад; знаходить потрібну інформацію в таблиці або зображенні.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Ставить запитання, відповідає повним або коротким реченням,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Past simple: questions and negatives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Активне дозвілля</w:t>
              <w:br/>
              <w:t>SB pp. 154–155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Розширювати тематичний словник; називати види дозвілля за моделлю go + verb + -ing і розповідати про власний досвід.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Особиста, соціальна й культурна компетентності: планує дозвілля, ділиться досвідом, слухає інших і використовує минулий час у змістовній взаємодії.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значення нової граматичної моделі в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коротких відповідях і застосовує нову модель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go fishing, go hiking, go horse riding, go ice skating, go swimming. Стратегія: словосполучення go + activity.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go + verb + -ing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Активне дозвілля: уточнюємо й переносимо</w:t>
              <w:br/>
              <w:t>SB p. 154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короткий опис, класифікацію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добирає спосіб упорядкування нових слів,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коротких реченнях і визначає їх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слова, складає з ними короткі речення / запитання та пояснює партнерові свій вибір простою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go fishing, go hiking, go horse riding, go ice skating, go swimming. Стратегія: словосполучення go + activity.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новому лексичному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Go + -ing: говоримо про активності: застосовуємо</w:t>
              <w:br/>
              <w:t>SB p. 155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Називати види дозвілля за моделлю go + verb + -ing і розповідати про власний досвід у грі, короткому опитуванні, описі або проблемній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зіставляє форму та значення, перевіряє себе за моделлю й переносить мовний засіб у новий приклад.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go + verb + -ing у коротких запитаннях, відповідях і мінітекстах; добирає правильний варіант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використовує go + verb + -ing у 2–4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go + verb + -ing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Wow! Look at That! — Ого! Поглянь на це!</w:t>
              <w:br/>
              <w:t>SB pp. 156–157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«Wow! Look at That!»; знаходити головну та конкретну інформацію, використовувати візуальні підказки й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 та інформаційна компетентності: визначає, навіщо створено короткий текст, знаходить докази в змісті й відрізняє інформування від розваги / враження.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тексту, знаходить явні факти й співвідносить їх із фото, схемою, картою або графічним організатором.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Wow! Look at That!: визначаємо мету автора</w:t>
              <w:br/>
              <w:t>SB pp. 156–157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Застосовувати стратегію читання «визначення мети автора»: повторно опрацьовувати текст, організовувати інформацію та обґрунтовувати відповідь знайденими деталями.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свідомо використовує стратегію читання, виділяє потрібні факти й перевіряє розуміння за 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потрібні зв’язки між частинами тексту та заповнює простий графічний організатор / таблицю.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пояснює, де знайшов інформацію, і стисло формулює висновок за прочитаним.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Ключова лексика читання;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Пишемо про вдалі вихідні + Try new things</w:t>
              <w:br/>
              <w:t>SB pp. 158–159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короткий абзац про вдалі вихідні за моделлю; використовувати письмовий фокус Unit; обговорювати цінність «пробувати нові заняття»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Особиста й соціальна компетентності: відкрито ставиться до нового досвіду, оцінює власні вподобання й поважає вибір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абзацу, визначає його головну думку й потрібні деталі; розуміє запитання Think–Pair–Share та візуальний приклад Value.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короткий зв’язний абзац про вдалі вихідні, ділиться ним у малій групі й висловлює 1–2 думки про те, як «пробувати нові заняття» у повсякденному житті.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власних деталей.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слова й вирази, що показують порядок подій у короткій розповіді.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Письмова майстерня: вдалі вихідні</w:t>
              <w:br/>
              <w:t>SB p. 158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допрацьовувати й представляти короткий абзац про вдалі вихідні; перевіряти зміст, порядок речень і використання письмового фокусу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використовує модель як опору, перечитує власний текст, вносить зрозумілі виправлення та сприймає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 і простий чекліст; знаходить у тексті приклади цільового письмового прийому.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й редагує короткий абзац приблизно з 4–6 речень, читає його однокласникам і за потреби уточнює одну деталь після запитання.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індивідуально дібрані слова для власного 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слова й вирази, що показують порядок подій у короткій розповіді.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Try new things: цінність у реальному житті</w:t>
              <w:br/>
              <w:t>SB p. 159;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Співвідносити «пробувати нові заняття» із прикладами з реального життя, обговорювати наслідки простих рішень і формулювати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Особиста й соціальна компетентності: відкрито ставиться до нового досвіду, оцінює власні вподобання й поважає вибір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історію / відеофрагмент і визначає, який приклад пов’язаний із цінністю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ставить партнерові запитання й коротко пояснює свій вибір або пораду; слухає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тематичної лексики Unit; слова для власних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Проєкт: класний альбом про вихідні — плануємо</w:t>
              <w:br/>
              <w:t>Матеріал Unit; SB pp. 160–161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«класний альбом про вихідні»: визначати мету, матеріали / дані,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розподіляє посильні дії, домовляється про формат результату та відповідально використовує матеріали /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 і потрібну інформацію для виконання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матеріалів, даних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Проєкт: класний альбом про вихідні — створюємо й представляємо</w:t>
              <w:br/>
              <w:t>SB pp. 160–161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сторінку класного альбому про вихідні / хобі, поєднувати короткий текст із візуальним матеріалом і представляти результат; використовувати вивчену мову для представлення й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завершує посильний продукт, презентує його аудиторії, відповідає на запитання та доброзичливо реагує на роботи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інструкції, репліки партнерів і короткі презентації однокласників; знаходить у них знайому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запитання, за потреби передає / пояснює ключову інформацію однокласнику.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Extended Reading. The Paralympics — Паралімпійські ігри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The Paralympics — Паралімпійські ігри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інформаційний текст про паралімпійські ігри; знаходити факти про спортивні події та історію daniel dias.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Громадянська, здоров’язбережувальна й інформаційна компетентності: поважно говорить про людей з інвалідністю, помічає роль спорту, доступності й наполегливості та працює з фактами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тексту, визначає персонажів / учасників та знаходить прямо подані факти.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передає партнерові один-два ключові факти й перевіряє послідовність / відповідність інформації.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Olympics, Paralympics, athlete, disability, parade, medal, swimming, skiing, wheelchair tennis, judo; повторення Units 7–9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попередніх Units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Паралімпійські ігри: розуміємо деталі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Знаходити конкретні деталі, складати список видів спорту й пояснювати, як заняття спортом змінили життя спортсмена.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повторно читає, використовує ключові слова, запитання та структуру тексту для перевірки 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порівнює їх і виконує завдання на порядок, відповідність, True / False або коротку відповідь відповідно до сторінки.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Обговорює відповідь із партнером, коротко пояснює, де знайшов потрібну інформацію, і виправляє відповідь після повернення до тексту.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Olympics, Paralympics, athlete, disability, parade, medal, swimming, skiing, wheelchair tennis, judo; повторення Units 7–9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граматики Units у текстовому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Паралімпійські ігри: Express Yourself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Дізнатися про паралімпійця / паралімпійку зі своєї країни, розіграти інтерв’ю з daniel dias або створити інформаційний постер.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творча й соціальна компетентності: обирає доступний спосіб творчо відреагувати на текст, планує результат і працює самостійно або з партнером.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варіанти творчих завдань і покрокові інструкції до обраного формату.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короткий творчий продукт, використовує знайому лексику для підписів / реплік і готує коротке представлення.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Olympics, Paralympics, athlete, disability, parade, medal, swimming, skiing, wheelchair tennis, judo; повторення Units 7–9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мова попередніх Units; мовні опори відповідно до обраного творчого завдання.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Паралімпійські ігри: ділимося результатом</w:t>
              <w:br/>
              <w:t>Матеріал Extended Reading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Представляти творчий або інформаційний результат, слухати інших, ставити змістове запитання й коротко реагувати на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уважно слухає виступи, поважає різні способи виконання завдання й дає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презентації однокласників і знаходить у них знайому інформацію за темою читання.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Представляє результат кількома зв’язними реченнями, відповідає на 1–2 запитання та ставить одне доречне запитання іншому учневі / учениці.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Активне повторення лексики Extended Reading.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вивчених мовних моделей у презентації й обговоренні.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EAF2F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Review Units 7–9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граємо й повторюємо</w:t>
              <w:br/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Узагальнювати матеріал тем: тіло й корисні звички; свята й культурні традиції; вихідні, минулі події та хобі; виконувати змішані завдання Review і переносити мову між темами блоку.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співвідносить завдання з уже вивченим матеріалом, обирає потрібну мовну модель і помічає прогалини для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змішані завдання з кількох тем, розпізнає ключову лексику й потрібну граматичну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запитання, бере участь у настільній / парній грі й використовує мову кількох Units у новому поєднанні.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Past simple Yes / No questions and short answers; too / enough; regular and irregular Past simple; Past simple questions and negatives; go + verb + -ing.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говоримо разом</w:t>
              <w:br/>
              <w:t>Матеріал Units 7–9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вивчену мову в короткі парні та групові ситуації: ставити запитання, уточнювати, відповідати, реагувати й передавати партнерові отриману інформацію.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Громадянські та соціальні компетентності: підтримує взаємодію, дотримується черговості реплік і допомагає партнерові завершити спільне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репліки з різних тем блоку й визначає, яку інформацію потрібно знайти або передати.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короткий діалог / мініопитування, змінює мовні моделі відповідно до ситуації та передає один факт про партнера / групу.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Past simple Yes / No questions and short answers; too / enough; regular and irregular Past simple; Past simple questions and negatives; go + verb + -ing.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інтегруємо читання, письмо й говоріння</w:t>
              <w:br/>
              <w:t>Матеріал Units 7–9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Опрацьовувати коротку інформацію в різних форматах і створювати власну коротку усну або письмову відповідь за темами блоку.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Мовна, інформаційна та навчальна компетентності: добирає опору, читає таблицю / фото / короткий текст, перевіряє результат і редагує просту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або слухає коротке повідомлення й знаходить потрібну інформацію з кількох знайомих тем.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короткий абзац або усне повідомлення з кількох речень; поєднує лексику й граматику різних Units відповідно до змісту.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Past simple Yes / No questions and short answers; too / enough; regular and irregular Past simple; Past simple questions and negatives; go + verb + -ing.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цифрове й відеоповторення</w:t>
              <w:br/>
              <w:t>Матеріал Units 7–9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Повторювати матеріал через короткі відео, ігри або Online Practice; використовувати зворотний зв’язок і самостійно визначати, що потрібно повторити.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Інформаційно-комунікаційна компетентність: виконує прості цифрові завдання за інструкцією, використовує миттєвий зворотний зв’язок для самокорекції.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цифрові / відеозавдання зі знайомою мовою та відстежує ключову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Виконує інтерактивні завдання, усно пояснює окремий вибір і повторює складні для себе слова або моделі.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Past simple Yes / No questions and short answers; too / enough; regular and irregular Past simple; Past simple questions and negatives; go + verb + -ing.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підсумовуємо блок</w:t>
              <w:br/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Використовувати вивчену мову в підсумковій грі й змішаних завданнях; проводити коротку самооцінку та готуватися до діагностування через змістове повторення.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визначає власні сильні сторони, обирає матеріал для повторення й користується знайомими стратегіями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змішані завдання блоку й обирає потрібну мовну модель відповідно до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короткі запитання, бере участь у грі / обговоренні та формулює просту рефлексію «I can … / I need to practise …».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Узагальнення: Past simple Yes / No questions and short answers; too / enough; regular and irregular Past simple; Past simple questions and negatives; go + verb + -ing.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2C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Діагностування результатів навчання за Units 7–9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Діагностування результатів навчання за Units 7–9</w:t>
              <w:br/>
              <w:t>Формат визначає вчитель / заклад освіти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Демонструвати, як учень / учениця розуміє та використовує вивчену мову в коротких усних, письмових, практичних, проєктних або комбінованих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виконує посильні діагностувальні завдання, використовує зворотний зв’язок і помічає власний прогрес без орієнтації лише на тестовий бал.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в коротких усних і письмових повідомленнях ключову лексику та вивчені мовні моделі Units 7–9; знаходить явну інформацію й виконує знайомі типи завдань.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мову Units 7–9 у короткій взаємодії та простому письмовому, практичному або проєктному продукті; за потреби пояснює вибір чи передає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</w:tbl>
    <w:p>
      <w:pPr>
        <w:spacing w:before="80" w:after="0"/>
      </w:pPr>
      <w:r>
        <w:rPr>
          <w:rFonts w:ascii="Arial" w:hAnsi="Arial" w:eastAsia="Arial"/>
          <w:b w:val="0"/>
          <w:i/>
          <w:color w:val="4A5560"/>
          <w:sz w:val="15"/>
        </w:rPr>
        <w:t>Примітка для адаптації: під час вибору маршруту вчитель використовує всі рядки «2–5» та додає рядки відповідного рівня інтенсивності. Розширювальні уроки можна переставляти в межах тематичного блоку без зміни базової логіки курсу.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79" w:right="369" w:bottom="482" w:left="369" w:header="142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line="240" w:lineRule="auto"/>
    </w:pPr>
    <w:r>
      <w:rPr>
        <w:rFonts w:ascii="Arial" w:hAnsi="Arial" w:eastAsia="Arial"/>
        <w:b w:val="0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World, Second Edition Level 3 — календарно-тематичне планування 70–175 годин</dc:title>
  <dc:subject>Модельне календарно-тематичне планування</dc:subject>
  <dc:creator/>
  <cp:keywords>Our World 2e, Level 2, КТП, National Geographic Learning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