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  <w:b/>
          <w:i w:val="0"/>
          <w:color w:val="17365D"/>
          <w:sz w:val="30"/>
        </w:rPr>
        <w:t>КАЛЕНДАРНО-ТЕМАТИЧНЕ ПЛАНУВАННЯ</w:t>
      </w:r>
    </w:p>
    <w:p>
      <w:pPr>
        <w:spacing w:after="120"/>
        <w:jc w:val="center"/>
      </w:pPr>
      <w:r>
        <w:rPr>
          <w:rFonts w:ascii="Arial" w:hAnsi="Arial" w:eastAsia="Arial"/>
          <w:b/>
          <w:i w:val="0"/>
          <w:color w:val="17365D"/>
          <w:sz w:val="21"/>
        </w:rPr>
        <w:t>Our World, Second Edition • Level 1 • 70 / 105 / 140 / 175 академічних годин</w:t>
      </w:r>
    </w:p>
    <w:p>
      <w:pPr>
        <w:spacing w:after="80"/>
      </w:pPr>
      <w:r>
        <w:rPr>
          <w:rFonts w:ascii="Arial" w:hAnsi="Arial" w:eastAsia="Arial"/>
          <w:b w:val="0"/>
          <w:i w:val="0"/>
          <w:sz w:val="18"/>
        </w:rPr>
        <w:t>Навчальний рік ____________________    Семестр __________    Вчитель __________________________________________    Клас __________    Годин на тиждень 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</w:tblPr>
      <w:tblGrid>
        <w:gridCol w:w="16100"/>
      </w:tblGrid>
      <w:tr>
        <w:tc>
          <w:tcPr>
            <w:tcW w:type="dxa" w:w="16100"/>
            <w:shd w:fill="EEF5FA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6"/>
              </w:rPr>
              <w:t>Методична примітка. Планування має модельний і рамковий характер. Воно пропонує чотири маршрути проходження Level 1 відповідно до інтенсивності 2–5 академічних годин на тиждень. Базовий маршрут становить 70 годин; маршрути 105, 140 і 175 годин розширюють той самий зміст за рахунок додаткової взаємодії, читання, письма, відео, проєктної роботи, повторення та перенесення вивченого в нові ситуації. Заклад освіти або вчитель може адаптувати планування відповідно до освітньої програми, навчального календаря, темпу роботи та освітніх потреб учнів. Дати й домашні завдання заповнює вчитель. Позначені діагностувальні точки є модельними; конкретну кількість і формат діагностування визначає заклад освіти / учитель.</w:t>
            </w:r>
          </w:p>
        </w:tc>
      </w:tr>
    </w:tbl>
    <w:p>
      <w:pPr>
        <w:spacing w:before="80" w:after="40"/>
      </w:pPr>
      <w:r>
        <w:rPr>
          <w:rFonts w:ascii="Arial" w:hAnsi="Arial" w:eastAsia="Arial"/>
          <w:b/>
          <w:i w:val="0"/>
          <w:color w:val="17365D"/>
          <w:sz w:val="18"/>
        </w:rPr>
        <w:t>Маршрути та умовні позначення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DAFBE"/>
          <w:left w:val="single" w:sz="4" w:space="0" w:color="9DAFBE"/>
          <w:bottom w:val="single" w:sz="4" w:space="0" w:color="9DAFBE"/>
          <w:right w:val="single" w:sz="4" w:space="0" w:color="9DAFBE"/>
          <w:insideH w:val="single" w:sz="4" w:space="0" w:color="9DAFBE"/>
          <w:insideV w:val="single" w:sz="4" w:space="0" w:color="9DAFBE"/>
        </w:tblBorders>
      </w:tblPr>
      <w:tblGrid>
        <w:gridCol w:w="3220"/>
        <w:gridCol w:w="3220"/>
        <w:gridCol w:w="3220"/>
        <w:gridCol w:w="3220"/>
        <w:gridCol w:w="3220"/>
      </w:tblGrid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Маршрут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2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3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4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5 год/тиж.</w:t>
            </w:r>
          </w:p>
        </w:tc>
      </w:tr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Годин на рівень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70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105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140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175</w:t>
            </w:r>
          </w:p>
        </w:tc>
      </w:tr>
    </w:tbl>
    <w:p>
      <w:pPr>
        <w:spacing w:before="40" w:after="100"/>
      </w:pPr>
      <w:r>
        <w:rPr>
          <w:rFonts w:ascii="Arial" w:hAnsi="Arial" w:eastAsia="Arial"/>
          <w:b w:val="0"/>
          <w:i w:val="0"/>
          <w:sz w:val="15"/>
        </w:rPr>
        <w:t>Маршрут у таблиці: 2–5 — урок входить до всіх маршрутів; 3–5 — додається від 3 год/тиж.; 4–5 — від 4 год/тиж.; 5 — для маршруту 5 год/тиж.  Типи: Б — базовий; Р — розширювальний; ПК — Review / Progress Check; К — діагностування.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5798A"/>
          <w:left w:val="single" w:sz="4" w:space="0" w:color="65798A"/>
          <w:bottom w:val="single" w:sz="4" w:space="0" w:color="65798A"/>
          <w:right w:val="single" w:sz="4" w:space="0" w:color="65798A"/>
          <w:insideH w:val="single" w:sz="4" w:space="0" w:color="65798A"/>
          <w:insideV w:val="single" w:sz="4" w:space="0" w:color="65798A"/>
        </w:tblBorders>
      </w:tblPr>
      <w:tblGrid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</w:tblGrid>
      <w:tr>
        <w:trPr>
          <w:tblHeader w:val="true"/>
          <w:cantSplit/>
        </w:trPr>
        <w:tc>
          <w:tcPr>
            <w:tcW w:type="dxa" w:w="36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</w:r>
          </w:p>
        </w:tc>
        <w:tc>
          <w:tcPr>
            <w:tcW w:type="dxa" w:w="340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Тип</w:t>
            </w:r>
          </w:p>
        </w:tc>
        <w:tc>
          <w:tcPr>
            <w:tcW w:type="dxa" w:w="42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Маршрут</w:t>
            </w:r>
          </w:p>
        </w:tc>
        <w:tc>
          <w:tcPr>
            <w:tcW w:type="dxa" w:w="53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Дата</w:t>
            </w:r>
          </w:p>
        </w:tc>
        <w:tc>
          <w:tcPr>
            <w:tcW w:type="dxa" w:w="1729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Тематика ситуативного спілкування</w:t>
            </w:r>
          </w:p>
        </w:tc>
        <w:tc>
          <w:tcPr>
            <w:tcW w:type="dxa" w:w="161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Мовленнєві функції</w:t>
            </w:r>
          </w:p>
        </w:tc>
        <w:tc>
          <w:tcPr>
            <w:tcW w:type="dxa" w:w="1757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Ключові компетентності та наскрізні змістові лінії</w:t>
            </w:r>
          </w:p>
        </w:tc>
        <w:tc>
          <w:tcPr>
            <w:tcW w:type="dxa" w:w="3656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Очікувані результати</w:t>
            </w:r>
          </w:p>
        </w:tc>
        <w:tc>
          <w:tcPr>
            <w:tcW w:type="dxa" w:w="3032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Мовний інвентар</w:t>
            </w:r>
          </w:p>
        </w:tc>
        <w:tc>
          <w:tcPr>
            <w:tcW w:type="dxa" w:w="59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Домашнє завдання</w:t>
            </w:r>
          </w:p>
        </w:tc>
      </w:tr>
      <w:tr>
        <w:trPr>
          <w:tblHeader w:val="true"/>
          <w:cantSplit/>
        </w:trPr>
        <w:tc>
          <w:tcPr>
            <w:tcW w:type="dxa" w:w="36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340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42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53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61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57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Сприймання</w:t>
            </w:r>
          </w:p>
        </w:tc>
        <w:tc>
          <w:tcPr>
            <w:tcW w:type="dxa" w:w="1927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Взаємодія, продукування та медіація</w:t>
            </w:r>
          </w:p>
        </w:tc>
        <w:tc>
          <w:tcPr>
            <w:tcW w:type="dxa" w:w="150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Лексика</w:t>
            </w:r>
          </w:p>
        </w:tc>
        <w:tc>
          <w:tcPr>
            <w:tcW w:type="dxa" w:w="1530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Граматика / фонетика</w:t>
            </w:r>
          </w:p>
        </w:tc>
        <w:tc>
          <w:tcPr>
            <w:tcW w:type="dxa" w:w="59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0. Welcome to Our World! — Вітаємо у нашому світі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Welcome to Our World!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Знайомимося й говоримо про кольори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4–5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Вітатися, представлятися, запитувати ім’я та вік; називати основні кольори й запитувати про колір.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доброзичливо знайомиться, слухає співрозмовника й дотримується черговості реплік.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привітання, запитання What’s your name? / How old are you? та назви кольорів; співвідносить почуте з героями й зображеннями.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Вітається, називає своє ім’я й вік за зразком; запитує ім’я партнера; називає колір знайомого предмета.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hello, hi; Eddie, Polly, Mia, Freddy; red, orange, yellow, green, blue, white, black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What’s your name? My name’s … / I’m …; How old are you? I’m …; What colour is it? It’s …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Знайомимося в парах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Підтримувати коротке знайомство: вітатися, називати себе, запитувати ім’я й вік та реагувати на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вступає у просту взаємодію, слухає відповідь партнера й реагує доброзичливо.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знайомі репліки про ім’я та вік без додаткової візуальної підказки.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Розігрує короткий діалог знайомства; змінює ім’я та вік у моделі відповідно до себе.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hello, hi, name, birthday; numbers for age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What’s your name? / How old are you?; I’m … / My name’s …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Кольори навколо нас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 й відповідати про колір предметів у класі; переносити слова з картинки на реальні об’єкти.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реальні предмети й візуальні опори для запам’ятовування нових слів.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назви кольорів у коротких аудіорепліках і знаходить відповідні предмети.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Ставить запитання What colour is it? та відповідає It’s …; показує й називає кольори предметів у класі.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red, orange, yellow, green, blue, white, black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What colour is it? It’s …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Англійський алфавіт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6–7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Розпізнавати й називати літери англійського алфавіту; співвідносити літеру зі знайомим словом та зображенням.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алфавітний порядок і візуальні асоціації для запам’ятовування літер.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на слух назви літер і знаходить їх на сторінці; співвідносить літери зі словами-ілюстраціями.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літери в алфавітному порядку та окремо; вимовляє слова-ілюстрації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слова-ілюстрації до A–Z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Назви літер англійського алфавіту; звуко-буквені асоціації.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Алфавіт: знаходимо й упорядковуємо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6–7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Швидше знаходити названу літеру, відновлювати прості послідовності й називати слова на задану літеру.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користується алфавітним порядком як простою навчальною стратегією.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літеру за назвою й визначає її місце в алфавітній послідовності.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сусідні літери, добирає знайоме слово до літери та працює з партнером у простій алфавітній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слова-ілюстрації до A–Z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Алфавітний порядок.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Моя алфавітна картка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SB pp. 6–7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просту картку з літерою, словом і малюнком; представляти її класу.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творчо оформлює простий навчальний продукт і ділиться ним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коротку інструкцію до створення картки й приклади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Пише / обводить літеру, додає знайоме слово й малюнок та називає їх під час короткого представлення.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вибрані слова на A–Z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Назви літер; This is … (за потреби як опора).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Форми й числа 1–10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Називати базові геометричні форми й числа 1–10; запитувати про кількість предметів.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Математична компетентність: лічить предмети в межах 10, співвідносить кількість із числом і розрізняє прості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назви форм і чисел на слух; співвідносить їх із зображеннями.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форми й числа; відповідає на запитання How many …? у межах 10.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square, triangle, circle, rectangle, star; one–ten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How many …?; числівники 1–10.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Лічимо й описуємо форми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Поєднувати колір, форму й кількість в одному короткому повідомленні; ставити партнерові запитання.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Математична компетентність: використовує лічбу та ознаки предметів для виконання простого комунікативного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комбінації «колір + форма + кількість» у коротких інструкціях.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Запитує How many blue squares? та відповідає числом; описує просту групу фігур.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colours; shapes; one–ten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How many …?; What colour …?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Мова класу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Розуміти й виконувати базові інструкції вчителя; використовувати окремі слова-дії під час спільної роботи.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розуміє правила й рутинні інструкції, потрібні для роботи на уроці.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draw, listen, point, read, say, sing, sit down, stand up, walk, write та реагує дією.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Повторює classroom language і використовує окремі команди в простій грі або роботі в парі.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draw, listen, point, read, say, sing, sit down, stand up, walk, write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Imperatives / classroom instructions як готові мовні блоки.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Unit 0. Готові працювати англійською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 0, SB pp. 4–9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Інтегрувати привітання, кольори, літери, числа, форми й classroom language у простих ігрових ситуаціях.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знайомі мовні опори, працює за інструкцією та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змішані короткі інструкції та запитання з Unit 0.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Виконує мініквест або гру: представляється, називає колір / число / форму / літеру та реагує на classroom language.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Unit 0.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мовних моделей Unit 0.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1. My School — Моя школа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Наш клас: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10–15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Називати предмети у класі;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організовує навчальний простір і дотримується простих правил спільної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«Моя школа».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board, classroom, clock, computer, crayon, map, paper, pen, pencil, table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Речі у класі: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board, classroom, clock, computer, crayon, map, paper, pen, pencil, table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Шкільні слова у ритмі: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14–15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це?: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Запитувати, чи є названий предмет на зображенні або в класі, та давати коротку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«Is it …? Yes, it is. / No, it isn’t.»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Is it …? Yes, it is. / No, it isn’t.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це?: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Запитувати, чи є названий предмет на зображенні або в класі, та давати коротку відповідь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«Is it …? Yes, it is. / No, it isn’t.»,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Is it …? Yes, it is. / No, it isn’t.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ще є у класі + Що і скільки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18–19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запитувати, що це і скільки предметів бачить співрозмовник, та відповідати.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«What …?; How many …?»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book, chair, desk, picture, rubber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What …?; How many …?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ще є у класі: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book, chair, desk, picture, rubber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і скільки: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Запитувати, що це і скільки предметів бачить співрозмовник, та відповідати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«What …?; How many …?»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What …?; How many …?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Малювання і письмо: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«Drawing and Writing»;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організовує навчальний простір і дотримується простих правил спільної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«Drawing and Writing»,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Малювання і письмо: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порівнювати й знаходити відмінності та спільні риси;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«Drawing and Writing» і порівнювати й знаходити відмінності та спільні риси.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іменна картка + Працюємо старанно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22–23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іменна картка за зразком; обговорювати, що означає «старанно працювати в школі»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організовує навчальний простір і дотримується простих правил спільної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іменна картка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великі літери; коротке представлення себе;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іменна картка: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іменна картка;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великі літери; коротке представлення себе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Працюємо старанно: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23;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«старанно працювати в школі»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організовує навчальний простір і дотримується простих правил спільної роботи.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Лічильна книжка: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24–25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«лічильна книжка»: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Лічильна книжка: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24–25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лічильна книжка;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лічильна книжка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2. My World — Мій світ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Світ природи: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26–31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Називати об’єкти природи;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Екологічна безпека та сталий розвиток: спостерігає за природою, помічає її різноманіття та дбайливо ставиться до довкілля.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«Мій світ».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bird, butterfly, grass, mountain, river, rock, sea, sky, sun, tree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ми бачимо навколо: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bird, butterfly, grass, mountain, river, rock, sea, sky, sun, tree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Природа у ритмі: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30–31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Один чи багато: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Описувати один або кілька природних об’єктів, уживаючи is / are.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«to be: is, are»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to be: is, are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Один чи багато: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Описувати один або кілька природних об’єктів, уживаючи is / are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«to be: is, are»,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to be: is, are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Небо, земля і рослини + Де це знаходиться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34–35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запитувати про місце природного об’єкта та відповідати за допомогою in / on.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«Where …?; in / on»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bush, cloud, flower, moon,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Where …?; in / on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Небо, земля і рослини: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34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bush, cloud, flower, moon, star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Де це знаходиться: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 про місце природного об’єкта та відповідати за допомогою in / on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«Where …?; in / on»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Where …?; in / on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Веселки: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«Rainbows»;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Екологічна безпека та сталий розвиток: спостерігає за природою, помічає її різноманіття та дбайливо ставиться до довкілля.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«Rainbows»,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Веселки: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використовувати візуальні опори для розуміння тексту;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«Rainbows» і використовувати візуальні опори для розуміння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Кольори природи + Насолоджуємося природою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38–39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малюнок і короткий опис природи за зразком; обговорювати, що означає «помічати й цінувати природу»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Екологічна безпека та сталий розвиток: спостерігає за природою, помічає її різноманіття та дбайливо ставиться до довкілля.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малюнок і короткий опис природи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короткі речення з is / are;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Кольори природи: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малюнок і короткий опис природи;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короткі речення з is / are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Насолоджуємося природою: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39;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«помічати й цінувати природу»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Екологічна безпека та сталий розвиток: спостерігає за природою, помічає її різноманіття та дбайливо ставиться до довкілля.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Колаж про природу: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«колаж про природу»: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Колаж про природу: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колаж про природу;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колаж про природу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3. My Family — Моя родина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родина: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42–47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Називати членів родини;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Громадянська відповідальність: доброзичливо говорить про родину, поважає різні сімейні історії та досвід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«Моя родина».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baby, brother, father, grandfather, grandmother, mother, my family, parents, photo, sister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Хто є в моїй родині: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44–45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baby, brother, father, grandfather, grandmother, mother, my family, parents, photo, sister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Родина у ритмі: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Розповідаємо про родину: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членів родини та прості ознаки, використовуючи вивчені форми to have.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«to have»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to have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Розповідаємо про родину: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членів родини та прості ознаки, використовуючи вивчені форми to have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«to have»,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to have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Які ми різні + Хто це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50–51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запитувати, хто зображений, та говорити про людину за допомогою he / she.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«he / she; Who …?»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big, old, short, small, tall, young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he / she; Who …?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Які ми різні: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big, old, short, small, tall, young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Хто це: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Запитувати, хто зображений, та говорити про людину за допомогою he / she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«he / she; Who …?»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he / she; Who …?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Родини бувають різні: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«Families Are Different»;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Громадянська відповідальність: доброзичливо говорить про родину, поважає різні сімейні історії та досвід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«Families Are Different»,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Родини бувають різні: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пов’язувати прочитане з власним досвідом;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«Families Are Different» і пов’язувати прочитане з власним досвідом.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сімейна сторінка + Турбота про родину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малюнок і короткий текст про родину за зразком; обговорювати, що означає «виявляти турботу про родину»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Громадянська відповідальність: доброзичливо говорить про родину, поважає різні сімейні історії та досвід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малюнок і короткий текст про родину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короткі речення про членів родини;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сімейна сторінка: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малюнок і короткий текст про родину;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короткі речення про членів родини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Турбота про родину: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55;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«виявляти турботу про родину»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Громадянська відповідальність: доброзичливо говорить про родину, поважає різні сімейні історії та досвід інших.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Сімейний фотопостер: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«постер із сімейними фото»: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Сімейний фотопостер: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постер із сімейними фото;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постер із сімейними фото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Extended Reading. Cave Paintings — Печерні малюнки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Печерні малюнки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«Cave Paintings»; знаходити прості факти; відповідати на запитання за текстом.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розглядає прості приклади мистецтва минулого та висловлює власну реакцію.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«Cave Paintings», співвідносить текст із зображеннями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короткі запитання та називає деталь, яка найбільше запам’яталася.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cave, mountain, hill, painting, animals; повторення лексики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Печерні малюнки: розуміємо деталі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читати текст; перевіряти розуміння деталей; обговорювати відповіді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фото, ключові слова та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Знаходить конкретні слова й деталі, виконує просте завдання True/False, послідовність або коротку відповідь відповідно до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 і коротко пояснює, де знайшов потрібну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cave, mountain, hill, painting, animals; повторення лексики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Печерні малюнки: Express Yourself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Обирати творчу реакцію на прочитане; використовувати знайому лексику для підпису, малюнка, мінісценки або іншого продукту.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обирає доступний спосіб творчо відреагувати на 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варіанти творчих завдань і прості інструкції до них.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короткий творчий продукт і пояснює його однокласникам простими словами.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cave, mountain, hill, painting, animals; повторення лексики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мова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Печерні малюнки: ділимося результатом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Представляти творчий результат, слухати інших і ставити одне просте запитання за темою.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уважно слухає інших, підтримує доброзичливу взаємодію та дає простий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короткі презентації однокласників і знаходить у них знайому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Представляє свою роботу; відповідає на просте запитання; передає партнерові один факт або враження з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cave, mountain, hill, painting, animals; повторення лексики Units 1–3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Review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1–3: лексика й мовні моделі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Узагальнювати матеріал тем: школа, природа, родина; розпізнавати й використовувати ключову лексику та граматику.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визначає, що вже вміє, і повертається до матеріалу, який потребує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завдання на повторення, упізнає вивчену лексику й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Виконує короткі усні та письмові завдання на повторення; виправляє прості помилки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1–3: говоримо разом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Переносити вивчену мову в короткі парні ситуації; ставити запитання, відповідати й реагувати на репліку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взаємодіє в парі, дотримується черговості реплік і підтримує спільну гру або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знайомі запитання й короткі інструкції без додаткового перекладу.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Комбінує вивчені слова й моделі з кількох Units у короткій розмові;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1–3: інтегруємо читання, письмо й говоріння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Опрацьовувати коротку інформацію в різних форматах і створювати власну коротку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добирає зручну опору для виконання завдання та перевіряє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1–3 речення або коротку усну відповідь; використовує лексику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1–3: цифрове й відеоповторення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Повторювати матеріал через короткі відео, ігри або Online Practice; самостійно помічати сильні сторони й труднощі.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Інформаційно-комунікаційна компетентність: виконує прості цифрові завдання за інструкцією та використовує зворотний зв’язок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цифрові або відеозавдання зі знайомою мовою.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Виконує інтерактивні завдання, усно коментує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1–3: підсумовуємо блок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60–61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вивчену мову в підсумковій грі або змішаних завданнях; готуватися до діагностування без окремого «натаскування».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співвідносить завдання з тим, що вивчав, і визначає, що варто повторити ще раз.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змішані завдання з тем блоку та обирає потрібну мовну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короткі запитання, бере участь у грі на повторення та демонструє готовність застосовувати мову з кількох Units.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Діагностування результатів навчання за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Діагностування результатів навчання за Units 1–3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в коротких усних і письмових повідомленнях ключову лексику та вивчені мовні моделі;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вивчені слова й моделі у короткій взаємодії та простому письмовому або практичному продукті; за потреби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4. My House — Мій дім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Мій дім: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62–67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кімнати й речі вдома;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підтримує порядок у власному просторі та виконує прості побутові правила.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«Мій дім».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bathroom, bed, bedroom, dining room, kitchen, lamp, living room, mirror, sofa, TV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Кімнати й речі вдома: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64–65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bathroom, bed, bedroom, dining room, kitchen, lamp, living room, mirror, sofa, TV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Дім у ритмі: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є в кімнаті: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68–69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Запитувати, чи є предмет у кімнаті, та давати коротку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«Is there …? Yes, there is. / No, there isn’t.»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Is there …? Yes, there is. / No, there isn’t.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є в кімнаті: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68–69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Запитувати, чи є предмет у кімнаті, та давати коротку відповідь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«Is there …? Yes, there is. / No, there isn’t.»,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Is there …? Yes, there is. / No, there isn’t.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ми робимо вдома + Хто що робить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говорити, що зараз робить людина вдома.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«Present continuous: He / She is + verb + -ing»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cleaning, cooking, eating, having a bath, sleeping, watching TV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Present continuous: He / She is + verb + -ing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ми робимо вдома: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70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cleaning, cooking, eating, having a bath, sleeping, watching TV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Хто що робить: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Говорити, що зараз робить людина вдома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«Present continuous: He / She is + verb + -ing»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Present continuous: He / She is + verb + -ing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Різні будинки: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«Houses Are Different»;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підтримує порядок у власному просторі та виконує прості побутові правила.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«Houses Are Different»,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Різні будинки: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пов’язувати прочитане з власним досвідом;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«Houses Are Different» і пов’язувати прочитане з власним досвідом.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спальня + Підтримуємо порядок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74–75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малюнок і короткий опис спальні за зразком; обговорювати, що означає «підтримувати порядок у своєму просторі»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підтримує порядок у власному просторі та виконує прості побутові правила.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малюнок і короткий опис спальні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короткі речення про кімнату та предмети;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спальня: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74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малюнок і короткий опис спальні;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короткі речення про кімнату та предмети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Підтримуємо порядок: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75;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«підтримувати порядок у своєму просторі»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підтримує порядок у власному просторі та виконує прості побутові правила.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79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 будинку: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«план кімнат у будинку»: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 будинку: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76–77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план кімнат у будинку;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план кімнат у будинку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5. Cool Clothes — Класний одяг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Одяг навколо нас: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78–83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одяг;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помічає різноманіття одягу та з повагою ставиться до культурних відмінностей.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«Класний одяг».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dress, gloves, hat, jacket, shirt, shoes, skirt, socks, trousers, T-shirt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ми носимо: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dress, gloves, hat, jacket, shirt, shoes, skirt, socks, trousers, T-shirt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Одяг у ритмі: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82–83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 що ми вдягнені: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84–85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Описувати, у що зараз вдягнена людина.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«Present continuous: am / are / is + verb + -ing»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Present continuous: am / are / is + verb + -ing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 що ми вдягнені: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84–85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Описувати, у що зараз вдягнена людина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«Present continuous: am / are / is + verb + -ing»,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Present continuous: am / are / is + verb + -ing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Кольори й місце для одягу + Це чи ті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запитувати й відповідати про предмети одягу, використовуючи that / those.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«questions with that / those»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brown, pink, purple, shelf, wardrobe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questions with that / those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Кольори й місце для одягу: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86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brown, pink, purple, shelf, wardrobe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Це чи ті: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 й відповідати про предмети одягу, використовуючи that / those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«questions with that / those»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questions with that / those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89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Одяг із різних країн: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88–89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«Clothes Are Fun!»;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помічає різноманіття одягу та з повагою ставиться до культурних відмінностей.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«Clothes Are Fun!»,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Одяг із різних країн: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88–89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порівнювати й знаходити спільні та відмінні ознаки;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«Clothes Are Fun!» і порівнювати й знаходити спільні та відмінні ознаки.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Мій одяг + Дбаємо про одяг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90–91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короткий текст про одяг за зразком; обговорювати, що означає «дбайливо ставитися до своїх речей»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помічає різноманіття одягу та з повагою ставиться до культурних відмінностей.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короткий текст про одяг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назви одягу, кольори, прості речення;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Мій одяг: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90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короткий текст про одяг;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назви одягу, кольори, прості речення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Дбаємо про одяг: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91;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«дбайливо ставитися до своїх речей»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помічає різноманіття одягу та з повагою ставиться до культурних відмінностей.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Одягаємо ляльку: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«одяг для ляльки на паличці»: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Одягаємо ляльку: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92–93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одяг для ляльки на паличці;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одяг для ляльки на паличці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6. My Toys — Мої іграшки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Мої іграшки: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94–99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іграшки;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ділиться матеріалами, домовляється про спільні дії та грає чесно.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«Мої іграшки».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ball, bike, car, drum, game, kite, lorry, puppet, top, train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 чим ми граємося: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96–97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ball, bike, car, drum, game, kite, lorry, puppet, top, train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Іграшки у ритмі: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98–99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99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Чого я хочу: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Говорити, яку іграшку хоче дитина або інша людина.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«Present simple of want: I / you / he / she»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Present simple of want: I / you / he / she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Чого я хочу: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Говорити, яку іграшку хоче дитина або інша людина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«Present simple of want: I / you / he / she»,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Present simple of want: I / you / he / she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Улюблені іграшки + Ця чи ці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102–103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запитувати й відповідати про одну або кілька іграшок, використовуючи this / these.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«questions with this / these»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board game, doll, puzzle, robot, teddy bear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questions with this / these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Улюблені іграшки: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102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board game, doll, puzzle, robot, teddy bear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Ця чи ці: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Запитувати й відповідати про одну або кілька іграшок, використовуючи this / these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«questions with this / these»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questions with this / these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Ми любимо ведмедиків: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104–105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«We Love Teddy Bears»;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ділиться матеріалами, домовляється про спільні дії та грає чесно.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«We Love Teddy Bears»,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Ми любимо ведмедиків: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104–105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уявляти описане під час читання;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«We Love Teddy Bears» і уявляти описане під час читання.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улюблена іграшка + Ділимося іграшками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малюнок і короткий текст про улюблену іграшку за зразком; обговорювати, що означає «ділитися та грати разом»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ділиться матеріалами, домовляється про спільні дії та грає чесно.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малюнок і короткий текст про улюблену іграшку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короткі речення; крапка наприкінці речення;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улюблена іграшка: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106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малюнок і короткий текст про улюблену іграшку;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короткі речення; крапка наприкінці речення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Ділимося іграшками: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107;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«ділитися та грати разом»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ділиться матеріалами, домовляється про спільні дії та грає чесно.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109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Іграшка з кулькою на шнурку: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«іграшка з кулькою на шнурку (cup-and-ball toy)»: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Іграшка з кулькою на шнурку: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іграшка з кулькою на шнурку (cup-and-ball toy);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іграшка з кулькою на шнурку (cup-and-ball toy)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Extended Reading. A Shape Poem — Вірш у формі фігури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Вірш у формі фігури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«A Shape Poem»; знаходити прості факти; відповідати на запитання за текстом.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експериментує з формою короткого тексту та творчо представляє знайому лексику.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«A Shape Poem», співвідносить текст із зображеннями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короткі запитання та називає деталь, яка найбільше запам’яталася.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shape, poem; повторення лексики про форми, кольори та іграшки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Вірш у формі фігури: розуміємо деталі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читати текст; перевіряти розуміння деталей; обговорювати відповіді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фото, ключові слова та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Знаходить конкретні слова й деталі, виконує просте завдання True/False, послідовність або коротку відповідь відповідно до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 і коротко пояснює, де знайшов потрібну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shape, poem; повторення лексики про форми, кольори та іграшки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Вірш у формі фігури: Express Yourself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Обирати творчу реакцію на прочитане; використовувати знайому лексику для підпису, малюнка, мінісценки або іншого продукту.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обирає доступний спосіб творчо відреагувати на 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варіанти творчих завдань і прості інструкції до них.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короткий творчий продукт і пояснює його однокласникам простими словами.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shape, poem; повторення лексики про форми, кольори та іграшки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мова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Вірш у формі фігури: ділимося результатом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Представляти творчий результат, слухати інших і ставити одне просте запитання за темою.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уважно слухає інших, підтримує доброзичливу взаємодію та дає простий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короткі презентації однокласників і знаходить у них знайому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Представляє свою роботу; відповідає на просте запитання; передає партнерові один факт або враження з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shape, poem; повторення лексики про форми, кольори та іграшки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Review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4–6: лексика й мовні моделі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Узагальнювати матеріал тем: дім, одяг, іграшки; розпізнавати й використовувати ключову лексику та граматику.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визначає, що вже вміє, і повертається до матеріалу, який потребує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завдання на повторення, упізнає вивчену лексику й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Виконує короткі усні та письмові завдання на повторення; виправляє прості помилки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4–6: говоримо разом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Переносити вивчену мову в короткі парні ситуації; ставити запитання, відповідати й реагувати на репліку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взаємодіє в парі, дотримується черговості реплік і підтримує спільну гру або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знайомі запитання й короткі інструкції без додаткового перекладу.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Комбінує вивчені слова й моделі з кількох Units у короткій розмові;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4–6: інтегруємо читання, письмо й говоріння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Опрацьовувати коротку інформацію в різних форматах і створювати власну коротку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добирає зручну опору для виконання завдання та перевіряє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1–3 речення або коротку усну відповідь; використовує лексику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4–6: цифрове й відеоповторення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Повторювати матеріал через короткі відео, ігри або Online Practice; самостійно помічати сильні сторони й труднощі.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Інформаційно-комунікаційна компетентність: виконує прості цифрові завдання за інструкцією та використовує зворотний зв’язок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цифрові або відеозавдання зі знайомою мовою.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Виконує інтерактивні завдання, усно коментує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4–6: підсумовуємо блок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вивчену мову в підсумковій грі або змішаних завданнях; готуватися до діагностування без окремого «натаскування».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співвідносить завдання з тим, що вивчав, і визначає, що варто повторити ще раз.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змішані завдання з тем блоку та обирає потрібну мовну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короткі запитання, бере участь у грі на повторення та демонструє готовність застосовувати мову з кількох Units.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Діагностування результатів навчання за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Діагностування результатів навчання за Units 4–6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в коротких усних і письмових повідомленнях ключову лексику та вивчені мовні моделі;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вивчені слова й моделі у короткій взаємодії та простому письмовому або практичному продукті; за потреби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7. My Body — Моє тіло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Моє тіло: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114–119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Називати частини тіла;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називає частини тіла, говорить про рух і прості дії для особистої гігієни.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«Моє тіло».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arm, ear, eye, feet, foot, hair, hand, head, leg, mouth, neck, nose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Частини тіла: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116–117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arm, ear, eye, feet, foot, hair, hand, head, leg, mouth, neck, nose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Рухаємося разом: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118–119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Моє, твоє, його, її: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Описувати зовнішність і частини тіла, використовуючи my / your / his / her.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«possessive adjectives: my, your, his, her»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possessive adjectives: my, your, his, her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Моє, твоє, його, її: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Описувати зовнішність і частини тіла, використовуючи my / your / his / her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«possessive adjectives: my, your, his, her»,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possessive adjectives: my, your, his, her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Рух і сила + Що ми вміємо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122–123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говорити про власні й чужі вміння та ставити прості запитання з can.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«ability with can»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jump, long, run, strong, walk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ability with can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Рух і сила: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jump, long, run, strong, walk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ми вміємо: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власні й чужі вміння та ставити прості запитання з can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«ability with can»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ability with can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Скульптури — це цікаво: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«Sculptures Are Fun»;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називає частини тіла, говорить про рух і прості дії для особистої гігієни.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«Sculptures Are Fun»,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Скульптури — це цікаво: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визначати основну думку й окремі деталі;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«Sculptures Are Fun» і визначати основну думку й окремі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Мій костюм + Дбаємо про чистоту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малюнок і короткий опис костюма за зразком; обговорювати, що означає «дотримуватися особистої гігієни»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називає частини тіла, говорить про рух і прості дії для особистої гігієни.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малюнок і короткий опис костюма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частини тіла; have got; прості речення;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Мій костюм: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126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малюнок і короткий опис костюма;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частини тіла; have got; прості речення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Дбаємо про чистоту: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127;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«дотримуватися особистої гігієни»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називає частини тіла, говорить про рух і прості дії для особистої гігієни.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Створюємо робота: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«робот»: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Створюємо робота: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робот;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робот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8. I Like Food — Я люблю їжу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Їжа, яку ми любимо: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130–135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Називати їжу;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розрізняє продукти й напої та робить простий вибір на користь різноманітного харчування.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«Я люблю їжу».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apple, banana, biscuit, chicken, egg, fish, orange, pizza, rice, salad, sandwich, soup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Їжа на щодень: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apple, banana, biscuit, chicken, egg, fish, orange, pizza, rice, salad, sandwich, soup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Їжа у ритмі: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Подобається чи ні: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свої харчові вподобання та прості вподобання інших.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«like with countable and uncountable nouns»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like with countable and uncountable nouns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Подобається чи ні: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свої харчові вподобання та прості вподобання інших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«like with countable and uncountable nouns»,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like with countable and uncountable nouns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ми п’ємо + A чи an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138–139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уживати a / an з назвами окремих продуктів у коротких висловленнях.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«indefinite articles: a / an»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lemonade, milk, orange juice, tea, water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indefinite articles: a / an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ми п’ємо: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lemonade, milk, orange juice, tea, water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A чи an: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Уживати a / an з назвами окремих продуктів у коротких висловленнях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«indefinite articles: a / an»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indefinite articles: a / an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Весела їжа: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«Fun Food»;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розрізняє продукти й напої та робить простий вибір на користь різноманітного харчування.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«Fun Food»,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Весела їжа: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коротко узагальнювати прочитане;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«Fun Food» і коротко узагальнювати прочитане.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улюблена їжа + Обираємо корисну їжу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142–143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малюнок і короткий текст про улюблену їжу за зразком; обговорювати, що означає «робити корисний вибір у харчуванні»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розрізняє продукти й напої та робить простий вибір на користь різноманітного харчування.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малюнок і короткий текст про улюблену їжу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улюблена їжа; прості речення з like;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улюблена їжа: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142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малюнок і короткий текст про улюблену їжу;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улюблена їжа; прості речення з like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Обираємо корисну їжу: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143;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«робити корисний вибір у харчуванні»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Здоров’я і безпека: розрізняє продукти й напої та робить простий вибір на користь різноманітного харчування.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Мій плейсмат: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«плейсмат / сервірувальна підкладка»: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Мій плейсмат: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плейсмат / сервірувальна підкладка;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плейсмат / сервірувальна підкладка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Unit 9. Animal Friends — Друзі-тварини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Тварини поруч із нами: знайомство з темою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146–151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Називати тварин; реагувати на запитання про фото; використовувати основну лексику теми в коротких репліках і пісні.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Екологічна безпека та сталий розвиток: спостерігає за тваринами та демонструє дбайливе ставлення до живих істот.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знайомі слова в коротких аудіофрагментах, підписах і візуальних опорах; співвідносить почуте із зображенням.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ключові слова теми; відповідає за зразком; бере участь у короткій парній взаємодії про тему «Друзі-тварини».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cat, chicken, cow, dog, donkey, duck, frog, goat, horse, rabbit, sheep, turtle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 Opener; ритм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Хто це: говоримо й знаходимо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148–149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Активно використовувати Vocabulary 1; називати, знаходити й показувати об’єкти теми; ставити прості запитання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на слух основні слова теми та знаходить відповідні об’єкти на фото або в класі.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об’єкти без опори на переклад; ставить короткі запитання та відповідає партнерові за моделлю.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cat, chicken, cow, dog, donkey, duck, frog, goat, horse, rabbit, sheep, turtle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Тварини у ритмі: слухаємо, співаємо, рухаємося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150–151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Сприймати короткий пісенний текст; відтворювати ключові рядки; використовувати знайому лексику й мовні моделі у ритмічній взаємодії.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Упізнає знайому лексику та повторювані мовні моделі в пісні; виконує прості дії відповідно до змісту.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Співає разом із групою, повторює ключові рядки та використовує їх у короткій парній або груповій грі.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Ритм, наголос та інтонація; 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вони роблять: перша мовна модель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Описувати, що кілька тварин роблять зараз.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речення й запитання з новою мовною моделлю; співвідносить їх із фото або ситуацією.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модель «Present continuous: they are + verb + -ing» у коротких відповідях і простих висловленнях.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Vocabulary 1.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Present continuous: they are + verb + -ing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вони роблять: застосовуємо в розмові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Описувати, що кілька тварин роблять зараз у парній грі та персоналізованій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запитання партнера й короткі підказки; реагує відповідною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Самостійніше використовує «Present continuous: they are + verb + -ing», чергує запитання й відповіді та говорить про знайомі об’єкти або людей.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теми.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Present continuous: they are + verb + -ing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Як рухаються тварини + Що хочеться зробити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154–155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Розширювати тематичний словник; говорити про бажану дію за допомогою want + infinitive.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нову лексику в коротких аудіоповідомленнях і на зображеннях; розуміє запитання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Називає нові слова й використовує модель «want + infinitive» у коротких висловленнях і відповідях.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climb, crawl, fly, see, swim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want + infinitive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Як рухаються тварини: розширена лексична практика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Групувати, описувати й використовувати нові слова у знайомих ситуаціях; переносити лексику в простий власний контекст.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зразок, візуальну опору, повторення й прості стратегії запам’ятовування.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Розрізняє близькі за темою слова та знаходить потрібну інформацію за візуальною або усною підказкою.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нову лексику у власних коротких фразах; пояснює партнерові, який об’єкт або дію має на увазі.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climb, crawl, fly, see, swim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вивчених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Що хочеться зробити: гра й персоналізація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Говорити про бажану дію за допомогою want + infinitive у грі, парній роботі та коротких персоналізованих репліках.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слухає партнера, дотримується черговості реплік і працює разом.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запитання й твердження з другою мовною моделлю.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«want + infinitive» у нових прикладах, ставить запитання партнерові та реагує на відповідь.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want + infinitive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Дитинчата тварин: читаємо про реальний світ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текст «Animal Babies»; знаходити основну інформацію та реагувати на неї.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Екологічна безпека та сталий розвиток: спостерігає за тваринами та демонструє дбайливе ставлення до живих істот.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текст «Animal Babies», знаходить знайомі слова, прості факти та відповіді на запитання.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прості запитання про текст і пов’язує один факт із власним досвідом або зображенням.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тексту та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Grammar 1–2 у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Дитинчата тварин: стратегія читання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стратегію: швидко знаходити конкретну інформацію в тексті; обговорювати просту інформацію з тексту.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заголовок, фото, підписи й прості графічні опори для розуміння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опрацьовує «Animal Babies» і швидко знаходити конкретну інформацію в тексті.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партнером, пояснює вибір простими словами та передає один знайдений факт.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Ключова лексика читання.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улюблена тварина + Будьмо добрими до тварин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158–159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малюнок і короткий текст про улюблену тварину за зразком; обговорювати, що означає «доброзичливо й відповідально ставитися до тварин» у знайомій ситуації.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Екологічна безпека та сталий розвиток: спостерігає за тваринами та демонструє дбайливе ставлення до живих істот.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короткий письмовий зразок і просте повідомлення на сторінці Value; знаходить у них знайомі слова та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малюнок і короткий текст про улюблену тварину з опорою на модель; ділиться результатом і дає коротку відповідь про цінність теми.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назва, ознаки й прості дії тварини;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Моя улюблена тварина: письмова майстерня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коротке письмове повідомлення, доповнювати його деталями за зразком і готувати до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створює короткий текст за зразком, звіряє його з опорою та презентує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модель ще раз і помічає, які слова та мовні моделі потрібні для власного тексту.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Допрацьовує малюнок і короткий текст про улюблену тварину; перевіряє зрозумілість і оформлення; читає або показує роботу однокласникам.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назва, ознаки й прості дії тварини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Будьмо добрими до тварин: реальний контекст і відео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p. 159; відеоматеріал Unit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Співвідносити цінність «доброзичливо й відповідально ставитися до тварин» із прикладами з реального життя; висловлювати просту особисту реакцію.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Екологічна безпека та сталий розвиток: спостерігає за тваринами та демонструє дбайливе ставлення до живих істот.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Переглядає короткий відеофрагмент Unit і розуміє основну ситуацію за зображенням, знайомими словами та діями.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Обговорює побачене в парі; називає один приклад зі свого досвіду та слухає відповідь партнера.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тематичної лексики Unit.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Unit у реальному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Класна книжка про тварин: плануємо проєкт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Unit; 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Планувати простий проєкт «класна книжка про тварин»: обирати матеріали, послідовність дій і мовні фрази для представлення.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візуальні інструкції проєкту та визначає послідовність простих дій.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Домовляється з партнером або групою про прості дії; називає матеріали та пояснює один крок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лексика Unit; слова для матеріалів і дій за проєктом.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Вивчені мовні моделі Unit.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Класна книжка про тварин: створюємо й представляємо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Створювати класна книжка про тварин; використовувати вивчену мову для короткого представлення; оцінювати власний прогрес за Now I can 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домовляється про прості спільні дії, використовує матеріали відповідально та представляє спільний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покрокові інструкції, репліки партнерів і короткі презентації однокласників.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класна книжка про тварин і представляє його 1–3 простими реченнями; відповідає на просте запитання та відзначає, що вже вміє.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1–2.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Extended Reading. Dog is Lucky! — Пощастило собаці!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Пощастило собаці!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Слухати й читати «Dog is Lucky!»; знаходити прості факти; відповідати на запитання за текстом.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Громадянська відповідальність: слухає інших, порівнює можливості персонажів і доброзичливо обговорює різні погляди.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й читає «Dog is Lucky!», співвідносить текст із зображеннями та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короткі запитання та називає деталь, яка найбільше запам’яталася.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bird, cat, dog, fish; fly, climb, swim, play;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мовних моделей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Пощастило собаці!: розуміємо деталі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Повторно читати текст; перевіряти розуміння деталей; обговорювати відповіді з партнером.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використовує фото, ключові слова та запитання для повторного опрацювання тексту.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Знаходить конкретні слова й деталі, виконує просте завдання True/False, послідовність або коротку відповідь відповідно до сторінки.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Порівнює відповіді з партнером і коротко пояснює, де знайшов потрібну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bird, cat, dog, fish; fly, climb, swim, play;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в контексті читання.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Пощастило собаці!: Express Yourself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Обирати творчу реакцію на прочитане; використовувати знайому лексику для підпису, малюнка, мінісценки або іншого продукту.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Культурна компетентність: обирає доступний спосіб творчо відреагувати на 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варіанти творчих завдань і прості інструкції до них.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короткий творчий продукт і пояснює його однокласникам простими словами.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bird, cat, dog, fish; fly, climb, swim, play;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Вивчена мова попередніх Units.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Extended Reading. Пощастило собаці!: ділимося результатом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Extended Reading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Представляти творчий результат, слухати інших і ставити одне просте запитання за темою.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уважно слухає інших, підтримує доброзичливу взаємодію та дає простий зворотний зв’язок.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Слухає короткі презентації однокласників і знаходить у них знайому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Представляє свою роботу; відповідає на просте запитання; передає партнерові один факт або враження з тексту.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bird, cat, dog, fish; fly, climb, swim, play; повторення Units 7–9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AFCFE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EAF2F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Review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7–9: лексика й мовні моделі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Узагальнювати матеріал тем: тіло, їжа, тварини; розпізнавати й використовувати ключову лексику та граматику.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визначає, що вже вміє, і повертається до матеріалу, який потребує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завдання на повторення, упізнає вивчену лексику й мовні моделі.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Виконує короткі усні та письмові завдання на повторення; виправляє прості помилки за зразком.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7–9: говоримо разом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Переносити вивчену мову в короткі парні ситуації; ставити запитання, відповідати й реагувати на репліку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Громадянські та соціальні компетентності: взаємодіє в парі, дотримується черговості реплік і підтримує спільну гру або завдання.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знайомі запитання й короткі інструкції без додаткового перекладу.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Комбінує вивчені слова й моделі з кількох Units у короткій розмові;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7–9: інтегруємо читання, письмо й говоріння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Опрацьовувати коротку інформацію в різних форматах і створювати власну коротку відповідь за темами блоку.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добирає зручну опору для виконання завдання та перевіряє результат.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Читає або слухає коротке повідомлення й знаходить потрібну інформацію з кількох знайомих тем.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Створює 1–3 речення або коротку усну відповідь; використовує лексику кількох Units у новому поєднанні.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Інтегроване повторення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7–9: цифрове й відеоповторення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Матеріал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Повторювати матеріал через короткі відео, ігри або Online Practice; самостійно помічати сильні сторони й труднощі.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Інформаційно-комунікаційна компетентність: виконує прості цифрові завдання за інструкцією та використовує зворотний зв’язок для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короткі цифрові або відеозавдання зі знайомою мовою.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Виконує інтерактивні завдання, усно коментує вибір і повторює складні для себе слова або моделі.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Повторення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Review Units 7–9: підсумовуємо блок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Використовувати вивчену мову в підсумковій грі або змішаних завданнях; готуватися до діагностування без окремого «натаскування».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співвідносить завдання з тим, що вивчав, і визначає, що варто повторити ще раз.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Розуміє змішані завдання з тем блоку та обирає потрібну мовну модель.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Відповідає на короткі запитання, бере участь у грі на повторення та демонструє готовність застосовувати мову з кількох Units.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Узагальнення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3F7FA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2CC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7365D"/>
                <w:sz w:val="16"/>
              </w:rPr>
              <w:t>Діагностування результатів навчання за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175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Діагностування результатів навчання за Units 7–9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Arial" w:hAnsi="Arial" w:eastAsia="Arial"/>
                <w:b w:val="0"/>
                <w:i w:val="0"/>
                <w:sz w:val="12"/>
              </w:rPr>
              <w:t>Формат визначає вчитель / заклад освіти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Демонструвати, як учень / учениця розуміє та використовує вивчену мову в коротких усних, письмових, практичних або комбінованих завданнях.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Уміння вчитися впродовж життя: виконує посильні діагностувальні завдання, використовує зворотний зв’язок і помічає власний прогрес.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Розпізнає в коротких усних і письмових повідомленнях ключову лексику та вивчені мовні моделі; знаходить явну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Використовує вивчені слова й моделі у короткій взаємодії та простому письмовому або практичному продукті; за потреби передає партнерові просту інформацію.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Лексика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  <w:t>Мовні моделі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FFF9E8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2"/>
              </w:rPr>
            </w:r>
          </w:p>
        </w:tc>
      </w:tr>
    </w:tbl>
    <w:p>
      <w:pPr>
        <w:spacing w:before="80" w:after="0"/>
      </w:pPr>
      <w:r>
        <w:rPr>
          <w:rFonts w:ascii="Arial" w:hAnsi="Arial" w:eastAsia="Arial"/>
          <w:b w:val="0"/>
          <w:i/>
          <w:color w:val="4A5560"/>
          <w:sz w:val="15"/>
        </w:rPr>
        <w:t>Примітка для адаптації: під час вибору маршруту вчитель використовує всі рядки «2–5» та додає рядки відповідного рівня інтенсивності. Розширювальні уроки можна переставляти в межах тематичного блоку без зміни базової логіки курсу.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79" w:right="369" w:bottom="482" w:left="369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</w:pPr>
    <w:r>
      <w:rPr>
        <w:rFonts w:ascii="Arial" w:hAnsi="Arial" w:eastAsia="Arial"/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Календарно-тематичне планування Our World, Second Edition Level 1</dc:title>
  <dc:subject>Модельне КТП 70 / 105 / 140 / 175 академічних годин</dc:subject>
  <dc:creator/>
  <cp:keywords>Our World, Second Edition, Level 1, КТП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