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</w:rPr>
        <w:t>КАЛЕНДАРНО-ТЕМАТИЧНЕ ПЛАНУВАННЯ</w:t>
      </w:r>
    </w:p>
    <w:p>
      <w:pPr>
        <w:spacing w:before="0" w:after="0"/>
        <w:jc w:val="center"/>
      </w:pPr>
      <w:r>
        <w:rPr>
          <w:rFonts w:ascii="Arial" w:hAnsi="Arial" w:eastAsia="Arial"/>
          <w:b/>
        </w:rPr>
        <w:t>Look • Level 6 • 70 / 105 / 140 / 175 академічних годин</w:t>
      </w:r>
    </w:p>
    <w:p>
      <w:pPr>
        <w:spacing w:after="80"/>
      </w:pPr>
      <w:r>
        <w:rPr>
          <w:rFonts w:ascii="Arial" w:hAnsi="Arial" w:eastAsia="Arial"/>
        </w:rPr>
        <w:t>Навчальний рік ____________________    Семестр __________    Вчитель __________________________________________    Клас __________    Годин на тиждень 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</w:tblPr>
      <w:tblGrid>
        <w:gridCol w:w="16100"/>
      </w:tblGrid>
      <w:tr>
        <w:tc>
          <w:tcPr>
            <w:tcW w:type="dxa" w:w="16100"/>
            <w:shd w:fill="EEF5FA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sz w:val="13"/>
              </w:rPr>
              <w:t>Методична примітка. Планування має модельний і рамковий характер та пропонує чотири маршрути проходження Look, Level 6 відповідно до інтенсивності 2–5 академічних годин на тиждень. Базовий маршрут становить 70 годин. Маршрути 105, 140 і 175 годин розширюють той самий зміст за рахунок додаткової мовленнєвої взаємодії, A2 Flyers practice, поглибленої роботи з читанням і письмом, відео, Values, Function, School trip, Reading extra, ігор, рефлексії та проєктної діяльності. Основою змісту є Look 6 Teacher’s Book і вбудовані сторінки Student’s Book. Заклад освіти або вчитель може адаптувати планування відповідно до освітньої програми, навчального календаря, темпу роботи та освітніх потреб учнів. Дати й домашні завдання заповнює вчитель.</w:t>
            </w:r>
          </w:p>
        </w:tc>
      </w:tr>
    </w:tbl>
    <w:p>
      <w:pPr>
        <w:spacing w:before="80" w:after="40"/>
      </w:pPr>
      <w:r>
        <w:rPr>
          <w:rFonts w:ascii="Arial" w:hAnsi="Arial" w:eastAsia="Arial"/>
        </w:rPr>
        <w:t>Маршрути та умовні позначення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DAFBE"/>
          <w:left w:val="single" w:sz="4" w:space="0" w:color="9DAFBE"/>
          <w:bottom w:val="single" w:sz="4" w:space="0" w:color="9DAFBE"/>
          <w:right w:val="single" w:sz="4" w:space="0" w:color="9DAFBE"/>
          <w:insideH w:val="single" w:sz="4" w:space="0" w:color="9DAFBE"/>
          <w:insideV w:val="single" w:sz="4" w:space="0" w:color="9DAFBE"/>
        </w:tblBorders>
      </w:tblPr>
      <w:tblGrid>
        <w:gridCol w:w="3220"/>
        <w:gridCol w:w="3220"/>
        <w:gridCol w:w="3220"/>
        <w:gridCol w:w="3220"/>
        <w:gridCol w:w="3220"/>
      </w:tblGrid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Маршрут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2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3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4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5 год/тиж.</w:t>
            </w:r>
          </w:p>
        </w:tc>
      </w:tr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Годин на рівень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70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105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140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 w:val="0"/>
                <w:i w:val="0"/>
                <w:sz w:val="15"/>
              </w:rPr>
              <w:t>175</w:t>
            </w:r>
          </w:p>
        </w:tc>
      </w:tr>
    </w:tbl>
    <w:p>
      <w:pPr>
        <w:spacing w:before="40" w:after="100"/>
      </w:pPr>
      <w:r>
        <w:rPr>
          <w:rFonts w:ascii="Arial" w:hAnsi="Arial" w:eastAsia="Arial"/>
        </w:rPr>
        <w:t>Маршрут у таблиці: 2–5 — урок входить до всіх маршрутів; 3–5 — додається від 3 год/тиж.; 4–5 — від 4 год/тиж.; 5 — для маршруту 5 год/тиж.  Типи: Б — базовий; Р — розширювальний; ПК — Review / підсумкове повторення.</w:t>
      </w:r>
    </w:p>
    <w:tbl>
      <w:tblPr>
        <w:tblW w:type="dxa" w:w="14055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5798A"/>
          <w:left w:val="single" w:sz="4" w:space="0" w:color="65798A"/>
          <w:bottom w:val="single" w:sz="4" w:space="0" w:color="65798A"/>
          <w:right w:val="single" w:sz="4" w:space="0" w:color="65798A"/>
          <w:insideH w:val="single" w:sz="4" w:space="0" w:color="65798A"/>
          <w:insideV w:val="single" w:sz="4" w:space="0" w:color="65798A"/>
        </w:tblBorders>
      </w:tblPr>
      <w:tblGrid>
        <w:gridCol w:w="368"/>
        <w:gridCol w:w="340"/>
        <w:gridCol w:w="425"/>
        <w:gridCol w:w="538"/>
        <w:gridCol w:w="1729"/>
        <w:gridCol w:w="1615"/>
        <w:gridCol w:w="1757"/>
        <w:gridCol w:w="1729"/>
        <w:gridCol w:w="1927"/>
        <w:gridCol w:w="1502"/>
        <w:gridCol w:w="1530"/>
        <w:gridCol w:w="595"/>
      </w:tblGrid>
      <w:tr>
        <w:trPr>
          <w:tblHeader w:val="true"/>
          <w:cantSplit/>
        </w:trPr>
        <w:tc>
          <w:tcPr>
            <w:tcW w:type="dxa" w:w="36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</w:r>
          </w:p>
        </w:tc>
        <w:tc>
          <w:tcPr>
            <w:tcW w:type="dxa" w:w="340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Тип</w:t>
            </w:r>
          </w:p>
        </w:tc>
        <w:tc>
          <w:tcPr>
            <w:tcW w:type="dxa" w:w="42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Маршрут</w:t>
            </w:r>
          </w:p>
        </w:tc>
        <w:tc>
          <w:tcPr>
            <w:tcW w:type="dxa" w:w="53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Дата</w:t>
            </w:r>
          </w:p>
        </w:tc>
        <w:tc>
          <w:tcPr>
            <w:tcW w:type="dxa" w:w="1729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Тематика ситуативного спілкування</w:t>
            </w:r>
          </w:p>
        </w:tc>
        <w:tc>
          <w:tcPr>
            <w:tcW w:type="dxa" w:w="161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Мовленнєві функції</w:t>
            </w:r>
          </w:p>
        </w:tc>
        <w:tc>
          <w:tcPr>
            <w:tcW w:type="dxa" w:w="1757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Ключові компетентності та наскрізні змістові лінії</w:t>
            </w:r>
          </w:p>
        </w:tc>
        <w:tc>
          <w:tcPr>
            <w:tcW w:type="dxa" w:w="1927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Очікувані результати</w:t>
            </w:r>
          </w:p>
        </w:tc>
        <w:tc>
          <w:tcPr>
            <w:tcW w:type="dxa" w:w="1530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Мовний інвентар</w:t>
            </w:r>
          </w:p>
        </w:tc>
        <w:tc>
          <w:tcPr>
            <w:tcW w:type="dxa" w:w="59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Домашнє завдання</w:t>
            </w:r>
          </w:p>
        </w:tc>
      </w:tr>
      <w:tr>
        <w:trPr>
          <w:tblHeader w:val="true"/>
          <w:cantSplit/>
        </w:trPr>
        <w:tc>
          <w:tcPr>
            <w:tcW w:type="dxa" w:w="36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340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42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53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61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57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Сприймання</w:t>
            </w:r>
          </w:p>
        </w:tc>
        <w:tc>
          <w:tcPr>
            <w:tcW w:type="dxa" w:w="1927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Взаємодія, продукування та медіація</w:t>
            </w:r>
          </w:p>
        </w:tc>
        <w:tc>
          <w:tcPr>
            <w:tcW w:type="dxa" w:w="150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Лексика</w:t>
            </w:r>
          </w:p>
        </w:tc>
        <w:tc>
          <w:tcPr>
            <w:tcW w:type="dxa" w:w="1530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</w:rPr>
            </w: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Граматика / фонетика</w:t>
            </w:r>
          </w:p>
        </w:tc>
        <w:tc>
          <w:tcPr>
            <w:tcW w:type="dxa" w:w="59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Look and remember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національні парки, довкілля, подорожі та їжа</w:t>
              <w:br/>
              <w:t>SB pp. 4–5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Активувати лексику попереднього рівня; описувати фото, місця, подорожі й повсякденний досвід.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природнича й культурна компетентності: активує попередні знання та використовує візуальні опори.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знайому лексику National parks, Environment, Holidays, Food і співвідносить короткі описи з фото.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Описує фото 4–6 реченнями, відповідає на запитання й порівнює одну деталь із власним досвідом.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National parks, Environment, Holidays, Food.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тепер, минуле й досвід</w:t>
              <w:br/>
              <w:t>SB pp.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Повторити й розрізняти Present simple, Present continuous, Present perfect і Past simple.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співвідносить часовий маркер, значення й форму.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речення й запитання та визначає, про звичку, момент, досвід чи минулу подію йдеться.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Ставить і відповідає на запитання про звички, теперішню дію, досвід і минулу подорож.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лексики Look and remember.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simple; Present continuous; Present perfect; Past simple.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Плітвіцькі озера — фото й факти</w:t>
              <w:br/>
              <w:t>SB pp. 4–8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Поєднувати візуальну й текстову інформацію; знаходити факти про місце та передавати їх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Природнича, інформаційна й медіаційна компетентності: відрізняє побачене від прочитаного та перевіряє факт.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факти у коротких текстах і підписах, розпізнає часові маркери.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Передає 2–3 факти, ставить уточнювальне запитання й порівнює місце з відомим природним об’єктом.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national park, waterfall, lake; travel and environment.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часів; since у Present perfect.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моя подорож і місце, яке варто побачити</w:t>
              <w:br/>
              <w:t>SB pp. 4–8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Розповідати про минулу подорож, описувати цікаве місце та пояснювати, чому його варто відвідати.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географічна й соціальна компетентності: поважає різний досвід і аргументує простий вибір.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усні описи подорожей, визначає місце, час, діяльність і враження.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follow-up questions і створює коротку рекомендацію місця.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Places, travel, nature, food.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simple + Present perfect у персоналізованому мовленні.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Look and remember: інтегрований старт Level 6</w:t>
              <w:br/>
              <w:t>Матеріал SB pp. 4–8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Інтегрувати лексику й граматику попереднього рівня у фото, аудіюванні, запитаннях, короткому письмі та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помічає сильні сторони й матеріал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й перемикається між описом, фактом, досвідом і минулою подією.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завдання, пояснює одну відповідь партнерові та формулює навчальну ціль.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Look and remember.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граматики Look and remember.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1. A good start — Вдалий початок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входимо в тему + Vocabulary</w:t>
              <w:br/>
              <w:t>SB pp. 9–10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плани, наміри, добрі зміни й допомогу;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громадянська й навчальна компетентності: планує посильні зміни, пропонує допомогу й дотримується домовленостей.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радіопрограму про Friendship Benches.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arrive at school on time, be more friendly, do my music practice, go to bed early, help tidy the classroom, join a club, study harder, take exercise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Vocabulary + Listening — уточнюємо значення й деталі</w:t>
              <w:br/>
              <w:t>SB pp. 9–10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радіопрограму про Friendship Benches.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arrive at school on time, be more friendly, do my music practice, go to bed early, help tidy the classroom, join a club, study harder, take exercise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Grammar 1 — be going to and will</w:t>
              <w:br/>
              <w:t>SB p. 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be going to and will; розрізняти заплановані наміри та спонтанні рішення / пропозиції допомоги.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be going to and will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be going to and will,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arrive at school on time, be more friendly, do my music practice, go to bed early, help tidy the classroom, join a club, study harder, take exercise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and will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Grammar 1 — застосовуємо у взаємодії</w:t>
              <w:br/>
              <w:t>SB p. 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be going to and will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be going to and will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be going to and will,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arrive at school on time, be more friendly, do my music practice, go to bed early, help tidy the classroom, join a club, study harder, take exercise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and will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A2 Flyers practice — інтегруємо лексику, граматику й уміння</w:t>
              <w:br/>
              <w:t>SB pp. 10–13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arrive at school on time, be more friendly, do my music practice, go to bed early, help tidy the classroom, join a club, study harder, take exercise; discover, equipment, materials, special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and will; підготовка до Present continuous for future plans and events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Reading + Grammar 2 — Present continuous for future plans and events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Science Bus і Bioblitzes; знаходити основну думку й деталі; говорити про конкретні домовленості й події майбутнього.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громадянська й навчальна компетентності: планує посильні зміни, пропонує допомогу й дотримується домовленостей.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Science Bus і Bioblitzes,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Present continuous for future plans and events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discover, equipment, materials, special; повторення arrive at school on time, be more friendly, do my music practice, go to bed early, help tidy the classroom, join a club, study harder, take exercise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continuous for future plans and events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Reading — читаємо глибше + Grammar 2 у розмові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Science Bus і Bioblitzes для причин, наслідків і деталей; самостійніше використовувати Present continuous for future plans and events.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Present continuous for future plans and events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discover, equipment, materials, special; активне повторення Vocabulary Unit 1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continuous for future plans and events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Chant / Song + Value «Be friendly — Бути доброзичливими»</w:t>
              <w:br/>
              <w:t>SB p. 14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1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be going to and will; Present continuous for future plans and events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Writing workshop — біографію</w:t>
              <w:br/>
              <w:t>SB p. 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«біографію»,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біографію,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1;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and will; Present continuous for future plans and events;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 good start — Вдалий початок: Writing + Video + Value — підсумок Unit</w:t>
              <w:br/>
              <w:t>SB pp. 14–16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біографію; дивитися відео про Shabana Basij-Rasikh та її спеціальну школу; порівнювати побачене з матеріалом Unit і застосовувати Value «Be friendly — Бути доброзичливими».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громадянська й навчальна компетентності: планує посильні зміни, пропонує допомогу й дотримується домовленостей.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Shabana Basij-Rasikh та її спеціальну школу,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1: arrive at school on time, be more friendly, do my music practice, go to bed early, help tidy the classroom, join a club, study harder, take exercise; discover, equipment, materials, special.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be going to and will та Present continuous for future plans and events;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2. Amazing animals — Дивовижні тварини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входимо в тему + Vocabulary</w:t>
              <w:br/>
              <w:t>SB pp. 17–18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тварин, загрози для них і способи захисту;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 й природничо-наукова компетентності; «Екологічна безпека та сталий розвиток»: пояснює наслідки людських дій і способи захисту природи.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інтерв’ю з Asher Jay.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artist, creatures, damage, disappear, environment, extinct, ocean, protect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Vocabulary + Listening — уточнюємо значення й деталі</w:t>
              <w:br/>
              <w:t>SB pp. 17–18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інтерв’ю з Asher Jay.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artist, creatures, damage, disappear, environment, extinct, ocean, protect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Grammar 1 — First conditional</w:t>
              <w:br/>
              <w:t>SB p. 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First conditional; пояснювати реальні можливі наслідки дій.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First conditional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First conditional,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artist, creatures, damage, disappear, environment, extinct, ocean, protect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Grammar 1 — застосовуємо у взаємодії</w:t>
              <w:br/>
              <w:t>SB p. 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First conditional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First conditional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First conditional,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artist, creatures, damage, disappear, environment, extinct, ocean, protect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A2 Flyers practice — інтегруємо лексику, граматику й уміння</w:t>
              <w:br/>
              <w:t>SB pp. 18–21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artist, creatures, damage, disappear, environment, extinct, ocean, protect; donkey, parrot, rattlesnake, scorpion, spider monkey, squirrel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conditional; підготовка до Second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Reading + Grammar 2 — Second conditional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як різні тварини використовують хвости; знаходити основну думку й деталі; обговорювати уявні ситуації та можливі рішення.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 й природничо-наукова компетентності; «Екологічна безпека та сталий розвиток»: пояснює наслідки людських дій і способи захисту природи.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як різні тварини використовують хвости,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Second conditional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donkey, parrot, rattlesnake, scorpion, spider monkey, squirrel; повторення artist, creatures, damage, disappear, environment, extinct, ocean, protect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Second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Reading — читаємо глибше + Grammar 2 у розмові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як різні тварини використовують хвости для причин, наслідків і деталей; самостійніше використовувати Second conditional.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Second conditional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donkey, parrot, rattlesnake, scorpion, spider monkey, squirrel; активне повторення Vocabulary Unit 2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Second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Chant / Song + Value «Care for the environment — Дбати про довкілля»</w:t>
              <w:br/>
              <w:t>SB p. 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2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First conditional; Second conditional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Writing workshop — звіт про тварину під загрозою</w:t>
              <w:br/>
              <w:t>SB p. 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«звіт про тварину під загрозою»,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звіт про тварину під загрозою,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2;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conditional; Second conditional;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Amazing animals — Дивовижні тварини: Writing + Video + Value — підсумок Unit</w:t>
              <w:br/>
              <w:t>SB pp. 22–24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звіт про тварину під загрозою; дивитися відео про національних тварин різних країн; порівнювати побачене з матеріалом Unit і застосовувати Value «Care for the environment — Дбати про довкілля».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 й природничо-наукова компетентності; «Екологічна безпека та сталий розвиток»: пояснює наслідки людських дій і способи захисту природи.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національних тварин різних країн,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2: artist, creatures, damage, disappear, environment, extinct, ocean, protect; donkey, parrot, rattlesnake, scorpion, spider monkey, squirrel.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First conditional та Second conditional;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Function 1. Giving advice — Даємо поради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1. Giving advice — Даємо поради</w:t>
              <w:br/>
              <w:t>SB p. 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Просити поради, давати кілька рекомендацій і реагувати на пораду ввічливо.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проблему, не нав’язує рішення й добирає пораду до ситуації.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модельні діалоги й розрізняє формули поради, пропозиції та нагадування.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ситуацію «проблема — 2–3 поради — реакція», змінює деталі й ставить уточнювальне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It’s a good idea to …; Don’t forget to …; You should …; Why don’t you …?; You might try …; If I were you, I’d …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моделі; інтонація поради й ввічливої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1. Giving advice — розгорнута рольова взаємодія</w:t>
              <w:br/>
              <w:t>SB p. 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Імпровізувати діалог із кількома порадами, порівнювати варіанти й обирати найдоречніше рішення.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громадянська й мовна компетентності: враховує позицію співрозмовника й допомагає завершити комунікативне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природніший темп функціонального діалогу й перефразовані знайомі формули.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Імпровізує 8–10 реплік, ставить follow-up questions, пояснює вибір поради й медіює рішення для третьої особи.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Фрази Function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Функціональна мова; регістр, інтонація й пом’якшення порад.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School trip 1. Protecting our oceans: Niue and Chile — Захищаємо океани: Ніуе й Чилі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1. Protecting our oceans: Niue and Chile — Морські заповідники</w:t>
              <w:br/>
              <w:t>SB pp. 26–27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Дивитися відео про захист океанів у Ніуе та Чилі; пояснювати, що таке marine reserve і навіщо він потрібний.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 й природничо-наукова компетентності; «Екологічна безпека та сталий розвиток»: працює з фактами про море й людський вплив.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відео, знаходить факти про marine reserves й упізнає sea lion, sea snake, crab, whale, octopus, reef shark.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формулює 3–5 реплік і передає партнерові один факт про користь marine reserves.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marine reserve, seabed, sea creatures; sea lion, sea snake, crab, whale, octopus, reef shark.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Units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1. Захищаємо океани: від факту до пояснення</w:t>
              <w:br/>
              <w:t>SB pp. 26–27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Зіставляти загрози й способи захисту, формулювати коротке пояснення для іншої групи.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Екологічна, інформаційна й медіаційна компетентності: перевіряє факт за джерелом і передає його без спотворення.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деталі про тварин, fishing і захисні заходи; встановлює причинно-наслідкові зв’язки.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Аргументує 1–2 способи захисту океану та медіює короткий список рекомендацій.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protect, survive, environment; назви морських тварин.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First / Second conditional; мова причин і наслідків.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1. Проєкт: class frieze про морських тварин</w:t>
              <w:br/>
              <w:t>SB pp. 26–27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Обрати морську тварину, дослідити вигляд, середовище, загрози й умови виживання; створити фрагмент спільного frieze.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Екологічна, дослідницька, творча й соціальна компетентності: добирає факти, узгоджує внесок у спільний продукт.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довідкові матеріали й відбирає факти за дослідницькими запитаннями.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 хвилину, відповідає на 2–3 запитання й пояснює, що потрібно тварині для виживання.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What does it look like? Where does it live? Is it in danger? What does it need to survive?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Units 1–2; мова презентації.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1: Units 1–2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1: Units 1–2</w:t>
              <w:br/>
              <w:t>SB p. 28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1–2; відновлювати лексику, майбутні форми й conditionals.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пояснює стратегію, виправляє помилки й формулює наступний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Review, знаходить ключові слова, часові сигнали й умови.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усні й письмові завдання, пояснює один вибір і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resolutions and plans; animals and environment.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 going to / will; Present continuous for future; First conditional; Second conditional.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3. Working outdoors — Робота просто неба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входимо в тему + Vocabulary</w:t>
              <w:br/>
              <w:t>SB pp. 29–30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професії просто неба, навички й умови праці;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підприємницька й здоров’язбережувальна компетентності; «Здоров’я і безпека»: зіставляє професійні ролі, навички та ризики.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інтерв’ю з Jónína Herdís Ólafsdóttir.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gardener, lifeguard, marine biologist, mechanic, mountain guide, painter, photojournalist, tennis coach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Vocabulary + Listening — уточнюємо значення й деталі</w:t>
              <w:br/>
              <w:t>SB pp. 29–30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інтерв’ю з Jónína Herdís Ólafsdóttir.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gardener, lifeguard, marine biologist, mechanic, mountain guide, painter, photojournalist, tennis coach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Grammar 1 — Indefinite pronouns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Indefinite pronouns; говорити про людей, речі й місця, не називаючи їх конкретно.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Indefinite pronouns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Indefinite pronouns,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gardener, lifeguard, marine biologist, mechanic, mountain guide, painter, photojournalist, tennis coach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Indefinite pronouns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Grammar 1 — застосовуємо у взаємодії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Indefinite pronouns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Indefinite pronouns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Indefinite pronouns,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gardener, lifeguard, marine biologist, mechanic, mountain guide, painter, photojournalist, tennis coach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Indefinite pronouns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A2 Flyers practice — інтегруємо лексику, граматику й уміння</w:t>
              <w:br/>
              <w:t>SB pp. 30–33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gardener, lifeguard, marine biologist, mechanic, mountain guide, painter, photojournalist, tennis coach; fashion, keeper, mural, wonder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Indefinite pronouns; підготовка до Question tags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Reading + Grammar 2 — Question tags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три незвичні професії; знаходити основну думку й деталі; перевіряти інформацію й природніше підтримувати розмову.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підприємницька й здоров’язбережувальна компетентності; «Здоров’я і безпека»: зіставляє професійні ролі, навички та ризики.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три незвичні професії,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Question tags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fashion, keeper, mural, wonder; повторення gardener, lifeguard, marine biologist, mechanic, mountain guide, painter, photojournalist, tennis coach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Question tags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Reading — читаємо глибше + Grammar 2 у розмові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три незвичні професії для причин, наслідків і деталей; самостійніше використовувати Question tags.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Question tags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fashion, keeper, mural, wonder; активне повторення Vocabulary Unit 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Question tags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Chant / Song + Value «Stay safe — Дбати про безпеку»</w:t>
              <w:br/>
              <w:t>SB p. 34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Indefinite pronouns; Question tags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Writing workshop — опис професії</w:t>
              <w:br/>
              <w:t>SB p. 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«опис професії»,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опис професії,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3;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Indefinite pronouns; Question tags;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Working outdoors — Робота просто неба: Writing + Video + Value — підсумок Unit</w:t>
              <w:br/>
              <w:t>SB pp. 34–36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опис професії; дивитися відео про роботу з пінгвінами; порівнювати побачене з матеріалом Unit і застосовувати Value «Stay safe — Дбати про безпеку».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підприємницька й здоров’язбережувальна компетентності; «Здоров’я і безпека»: зіставляє професійні ролі, навички та ризики.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роботу з пінгвінами,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3: gardener, lifeguard, marine biologist, mechanic, mountain guide, painter, photojournalist, tennis coach; fashion, keeper, mural, wonder.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Indefinite pronouns та Question tags;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4. Let’s get technical — Технології навколо нас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входимо в тему + Vocabulary</w:t>
              <w:br/>
              <w:t>SB pp. 37–38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цифрові дії, ремонт і використання технологій;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Цифрова, технологічна, інформаційна й соціальна компетентності: відповідально користується технологіями та пояснює процес.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інтерв’ю про те, як змінюються комп’ютери.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chat, connect, delete, do research, improve, program, repair, save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Vocabulary + Listening — уточнюємо значення й деталі</w:t>
              <w:br/>
              <w:t>SB pp. 37–38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інтерв’ю про те, як змінюються комп’ютери.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chat, connect, delete, do research, improve, program, repair, save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Grammar 1 — Passive voice: Present simple and Past simple</w:t>
              <w:br/>
              <w:t>SB p. 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Passive voice: Present simple and Past simple; описувати процеси й винаходи з акцентом на дії / результаті.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Passive voice: Present simple and Past simple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Passive voice: Present simple and Past simple,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chat, connect, delete, do research, improve, program, repair, save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Passive voice: Present simple and Past simple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Grammar 1 — застосовуємо у взаємодії</w:t>
              <w:br/>
              <w:t>SB p. 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Passive voice: Present simple and Past simple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Passive voice: Present simple and Past simple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Passive voice: Present simple and Past simple,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chat, connect, delete, do research, improve, program, repair, save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Passive voice: Present simple and Past simple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A2 Flyers practice — інтегруємо лексику, граматику й уміння</w:t>
              <w:br/>
              <w:t>SB pp. 38–41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chat, connect, delete, do research, improve, program, repair, save; engineers, fixed onto, remote-controlled, straight into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Passive voice: Present simple and Past simple; підготовка до Present continuous passive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Reading + Grammar 2 — Present continuous passive</w:t>
              <w:br/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camera traps; знаходити основну думку й деталі; говорити про процеси, що відбуваються зараз.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Цифрова, технологічна, інформаційна й соціальна компетентності: відповідально користується технологіями та пояснює процес.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camera traps,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Present continuous passive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engineers, fixed onto, remote-controlled, straight into; повторення chat, connect, delete, do research, improve, program, repair, save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continuous passive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Reading — читаємо глибше + Grammar 2 у розмові</w:t>
              <w:br/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camera traps для причин, наслідків і деталей; самостійніше використовувати Present continuous passive.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Present continuous passive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engineers, fixed onto, remote-controlled, straight into; активне повторення Vocabulary Unit 4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continuous passive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Chant / Song + Value «Help others — Допомагати іншим»</w:t>
              <w:br/>
              <w:t>SB p. 42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4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Passive voice: Present simple and Past simple; Present continuous passive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Writing workshop — інструкції з використання технології</w:t>
              <w:br/>
              <w:t>SB p. 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«інструкції з використання технології»,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інструкції з використання технології,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4;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Passive voice: Present simple and Past simple; Present continuous passive;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Let’s get technical — Технології навколо нас: Writing + Video + Value — підсумок Unit</w:t>
              <w:br/>
              <w:t>SB pp. 42–44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інструкції з використання технології; дивитися відео про важливі винаходи; порівнювати побачене з матеріалом Unit і застосовувати Value «Help others — Допомагати іншим».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Цифрова, технологічна, інформаційна й соціальна компетентності: відповідально користується технологіями та пояснює процес.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важливі винаходи,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4: chat, connect, delete, do research, improve, program, repair, save; engineers, fixed onto, remote-controlled, straight into.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Passive voice: Present simple and Past simple та Present continuous passive;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Game 1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1: Units 1–4 — граємо й повторюємо</w:t>
              <w:br/>
              <w:t>SB p. 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 командній грі відновлювати лексику, граматику й факти Units 1–4.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інформаційна компетентності: пригадує за підказками й домовляється про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підказки й короткі завдання за матеріалом Units 1–4.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Формулює командну відповідь і пояснює, який факт або правило допомогли.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1–4.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1: створюємо мініквіз за Units 1–4</w:t>
              <w:br/>
              <w:t>SB p. 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власні запитання / загадки, перевірити однозначність ключа й провести мініраунд.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метанавчання й інформаційна грамотність: перевіряє факт за Student’s Book.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інших груп і знаходить релевантний факт або правило.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5–7 завдань, проводить мініквіз і пояснює ключ.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1–4.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1–4; формулювання запитань.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Reading extra 1. Clever creatures — Кмітливі тварини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1. Clever creatures — Кмітливі тварини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working dogs, orca Wilkie та African Grey parrot Alex; порівнювати їхні здібності.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природнича й інформаційна компетентності: читає довший текст для змісту й співвідносить приклад із висновком.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основну думку й конкретні деталі, визначає, що тварина вміє робити та які докази це показують.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Стисло переказує один приклад, порівнює двох тварин і передає партнерові цікавий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working dog, Border Collie, imitate, human voice, African Grey parrot.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1–4.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1. Що означає «розумна тварина»?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критерії «розумності», відрізняти факт від інтерпретації та створити коротку дослідницьку картку.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Критичне мислення, природнича й дослідницька компетентності: ставить перевірюване запитання й не перебільшує висновок.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читає для доказів і помічає, які твердження прямо підтверджені текстом.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Аргументує позицію 5–7 реченнями та створює мінікартку з 3–4 фактами.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Reading extra 1; ability, evidence, compare.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Мова порівняння, пояснення й обережного висновку.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2: Units 3–4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2: Units 3–4</w:t>
              <w:br/>
              <w:t>SB p. 48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лексику професій і технологій; повторювати indefinite pronouns, question tags і passive voice.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комбінує матеріал двох Units і виправляє помилки після зворотного зв’язку.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та визначає потрібну форму.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завдання, пояснює один вибір і переносить матеріал у новий контекст.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outdoor jobs; technology.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Indefinite pronouns; Question tags; Present/Past simple passive; Present continuous passive.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5. Going places — Подорожуємо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входимо в тему + Vocabulary</w:t>
              <w:br/>
              <w:t>SB pp. 49–50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складні маршрути, подорожі й інженерні об’єкти;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Географічна, природничо-наукова та здоров’язбережувальна компетентності: оцінює умови маршруту, масштаб і безпеку.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розповідь про подорож Robyn Davidson пустелею Австралії.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cross, destination, hurry, reach, set off, suitcases, survive, view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Vocabulary + Listening — уточнюємо значення й деталі</w:t>
              <w:br/>
              <w:t>SB pp. 49–50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розповідь про подорож Robyn Davidson пустелею Австралії.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cross, destination, hurry, reach, set off, suitcases, survive, view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Grammar 1 — Present perfect passive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Present perfect passive; говорити про завершені до теперішнього моменту дії без акценту на виконавцеві.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Present perfect passive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Present perfect passive,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cross, destination, hurry, reach, set off, suitcases, survive, view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passive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Grammar 1 — застосовуємо у взаємодії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Present perfect passive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Present perfect passive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Present perfect passive,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cross, destination, hurry, reach, set off, suitcases, survive, view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passive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A2 Flyers practice — інтегруємо лексику, граматику й уміння</w:t>
              <w:br/>
              <w:t>SB pp. 50–53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cross, destination, hurry, reach, set off, suitcases, survive, view; centimetres, heights, loads, metres, tunnel, wide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passive; підготовка до Questions in the passive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Reading + Grammar 2 — Questions in the passive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Charles Kuonen Suspension Bridge і Gotthard Base Tunnel; знаходити основну думку й деталі; ставити запитання про те, де, як і коли щось зроблено.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Географічна, природничо-наукова та здоров’язбережувальна компетентності: оцінює умови маршруту, масштаб і безпеку.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Charles Kuonen Suspension Bridge і Gotthard Base Tunnel,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Questions in the passive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centimetres, heights, loads, metres, tunnel, wide; повторення cross, destination, hurry, reach, set off, suitcases, survive, view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Questions in the passive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Reading — читаємо глибше + Grammar 2 у розмові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Charles Kuonen Suspension Bridge і Gotthard Base Tunnel для причин, наслідків і деталей; самостійніше використовувати Questions in the passive.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Questions in the passive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centimetres, heights, loads, metres, tunnel, wide; активне повторення Vocabulary Unit 5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Questions in the passive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Chant / Song + Value «Take exercise — Бути фізично активними»</w:t>
              <w:br/>
              <w:t>SB p. 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5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Present perfect passive; Questions in the passive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Writing workshop — factfile про країну</w:t>
              <w:br/>
              <w:t>SB p. 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«factfile про країну»,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factfile про країну,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5;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passive; Questions in the passive;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Going places — Подорожуємо: Writing + Video + Value — підсумок Unit</w:t>
              <w:br/>
              <w:t>SB pp. 54–56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factfile про країну; дивитися відео про перетин найбільших льодовиків світу; порівнювати побачене з матеріалом Unit і застосовувати Value «Take exercise — Бути фізично активними».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Географічна, природничо-наукова та здоров’язбережувальна компетентності: оцінює умови маршруту, масштаб і безпеку.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перетин найбільших льодовиків світу,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5: cross, destination, hurry, reach, set off, suitcases, survive, view; centimetres, heights, loads, metres, tunnel, wide.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Present perfect passive та Questions in the passive;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6. Fantastic festivals — Дивовижні фестивалі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входимо в тему + Vocabulary</w:t>
              <w:br/>
              <w:t>SB pp. 57–58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час, тривалість і фестивальні традиції;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громадянська й соціальна компетентності: порівнює традиції без стереотипів і пояснює власні культурні практики.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інтерв’ю про cherry blossom festival у Японії.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a.m., autumn, century, hours, midday, midnight, minutes, month, p.m., seconds, spring, summer, winter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Vocabulary + Listening — уточнюємо значення й деталі</w:t>
              <w:br/>
              <w:t>SB pp. 57–58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інтерв’ю про cherry blossom festival у Японії.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a.m., autumn, century, hours, midday, midnight, minutes, month, p.m., seconds, spring, summer, winter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Grammar 1 — Present perfect continuous with for and since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Present perfect continuous with for and since; говорити, як довго триває дія.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Present perfect continuous with for and since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Present perfect continuous with for and since,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a.m., autumn, century, hours, midday, midnight, minutes, month, p.m., seconds, spring, summer, winter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continuous with for and since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Grammar 1 — застосовуємо у взаємодії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Present perfect continuous with for and since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Present perfect continuous with for and since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Present perfect continuous with for and since,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a.m., autumn, century, hours, midday, midnight, minutes, month, p.m., seconds, spring, summer, winter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continuous with for and since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A2 Flyers practice — інтегруємо лексику, граматику й уміння</w:t>
              <w:br/>
              <w:t>SB pp. 58–61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a.m., autumn, century, hours, midday, midnight, minutes, month, p.m., seconds, spring, summer, winter; mixture, poured, skin, tropical fruit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continuous with for and since; підготовка до Present perfect continuous for present results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Reading + Grammar 2 — Present perfect continuous for present results</w:t>
              <w:br/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Mistura festival у Перу та Boryeong Mud Festival у Кореї; знаходити основну думку й деталі; пояснювати теперішній стан через тривалу попередню дію.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громадянська й соціальна компетентності: порівнює традиції без стереотипів і пояснює власні культурні практики.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Mistura festival у Перу та Boryeong Mud Festival у Кореї,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Present perfect continuous for present results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mixture, poured, skin, tropical fruit; повторення a.m., autumn, century, hours, midday, midnight, minutes, month, p.m., seconds, spring, summer, winter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continuous for present results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Reading — читаємо глибше + Grammar 2 у розмові</w:t>
              <w:br/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Mistura festival у Перу та Boryeong Mud Festival у Кореї для причин, наслідків і деталей; самостійніше використовувати Present perfect continuous for present results.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Present perfect continuous for present results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mixture, poured, skin, tropical fruit; активне повторення Vocabulary Unit 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continuous for present results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Chant / Song + Value «Learn about other cultures — Дізнаватися про інші культури»</w:t>
              <w:br/>
              <w:t>SB p. 62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Present perfect continuous with for and since; Present perfect continuous for present results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Writing workshop — рекламу події</w:t>
              <w:br/>
              <w:t>SB p. 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«рекламу події»,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рекламу події,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6;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continuous with for and since; Present perfect continuous for present results;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Fantastic festivals — Дивовижні фестивалі: Writing + Video + Value — підсумок Unit</w:t>
              <w:br/>
              <w:t>SB pp. 62–64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рекламу події; дивитися відео про фестивалі різних країн; порівнювати побачене з матеріалом Unit і застосовувати Value «Learn about other cultures — Дізнаватися про інші культури».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громадянська й соціальна компетентності: порівнює традиції без стереотипів і пояснює власні культурні практики.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фестивалі різних країн,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6: a.m., autumn, century, hours, midday, midnight, minutes, month, p.m., seconds, spring, summer, winter; mixture, poured, skin, tropical fruit.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Present perfect continuous with for and since та Present perfect continuous for present results;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Function 2. Agreeing and disagreeing — Погоджуємося та не погоджуємося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2. Agreeing and disagreeing — Погоджуємося та не погоджуємося</w:t>
              <w:br/>
              <w:t>SB p. 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Висловлювати згоду, сумнів і незгоду; реагувати на думку співрозмовника й додавати коротку причину.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Громадянська, соціальна й мовна компетентності: слухає позицію іншого й добирає ввічливий регістр.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функцію фраз згоди / незгоди та визначає ставлення мовця.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погоджується або не погоджується й аргументує реакцію.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You’re right about that. I don’t think so. I’m not so sure. I agree. But don’t you think …? That’s true. I don’t agree. I’m sorry to disagree, but … I think so too. I’m not sure about that. But what about …? I feel the same.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Функціональна мова; інтонація згоди, сумніву та ввічливої незгоди.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2. Обговорення з контраргументом</w:t>
              <w:br/>
              <w:t>SB p. 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Комбінувати кілька формул згоди / незгоди, реагувати на контраргумент і завершувати обговорення спільним висновком.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Громадянська й комунікативна компетентності: перефразовує позицію співрозмовника й шукає точки згоди.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природніший темп короткої дискусії й ступінь згоди мовця.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Імпровізує 8–10 реплік, реагує на контраргумент і медіює спільний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Фрази Function 2 + reasons and examples.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Прагматика, паузи та інтонація дискусії.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School trip 2. Franz Josef Land, Russia — Земля Франца-Йосифа, Росія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2. Franz Josef Land, Russia — Фотографуємо полярного ведмедя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Дивитися відео про експедицію Cory Richards; відновлювати послідовність подій і пояснювати труднощі зйомки.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Географічна, природнича, інформаційна й безпекова компетентності: працює з фактами про Арктику й оцінює ризик.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відео, упорядковує події з polar bear, camera, drone і team та знаходить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2–3 труднощі зйомки й передає партнерові послідовність ключового епізоду.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archipelago, Arctic, polar bear, remote-controlled camera, drone, photo equipment.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Units 5–6.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2. Експедиційна фотографія: мета, ризик і рішення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Обговорювати, навіщо команді потрібне фото, як вона зменшує ризик і які рішення приймає.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Критичне мислення, здоров’я і безпека та медіаграмотність: відрізняє ефектний кадр від безпечного способу його отримання.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деталі, що пояснюють ризик, обладнання й порядок дій команди.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Обґрунтовує безпечніший варіант і медіює короткий safety briefing.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polar bear, camera tripod, drone, expedition, equipment, safety.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Мова причин / наслідків, порад і умов.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2. Проєкт: робимо pinhole camera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Прочитати інструкцію, підготувати матеріали, виготовити pinhole camera та пояснити етапи.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STEM, технологічна, соціальна й безпекова компетентності: дотримується інструкції й безпечно працює з матеріалами.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перелік матеріалів і покрокові інструкції.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про ролі, пояснює послідовність, демонструє модель і відповідає на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round container, tin foil, pencil, wax paper, tape, blanket; hole, cover, look through.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Imperatives; sequence language; інтегроване повторення passive voice.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3: Units 5–6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3: Units 5–6</w:t>
              <w:br/>
              <w:t>SB p. 68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лексику подорожей і фестивалів; повторювати пасив і Present perfect continuous.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співвідносить форму зі значенням і коригує відповідь після 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про результат, процес і тривалість.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завдання, пояснює один вибір і переносить матеріал у нову ситуацію.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journeys, engineering structures, time and festivals.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perfect passive; Questions in passive; Present perfect continuous.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7. Extreme sports — Екстремальні види спорту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входимо в тему + Vocabulary</w:t>
              <w:br/>
              <w:t>SB pp. 69–70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правила, вимоги й ризики екстремальних видів спорту;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соціальна й особистісна компетентності; «Здоров’я і безпека»: розрізняє ризик, правило й рекомендацію.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інтерв’ю про rock climbing.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accident, beginner, challenging, concentrate, experience, experts, large, routes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Vocabulary + Listening — уточнюємо значення й деталі</w:t>
              <w:br/>
              <w:t>SB pp. 69–70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інтерв’ю про rock climbing.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accident, beginner, challenging, concentrate, experience, experts, large, routes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Grammar 1 — Obligation and advice: have to, must, should, ought to</w:t>
              <w:br/>
              <w:t>SB p. 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Obligation and advice: have to, must, should, ought to; пояснювати обов’язкові правила, необхідність і рекомендації.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Obligation and advice: have to, must, should, ought to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Obligation and advice: have to, must, should, ought to,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accident, beginner, challenging, concentrate, experience, experts, large, routes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Obligation and advice: have to, must, should, ought to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Grammar 1 — застосовуємо у взаємодії</w:t>
              <w:br/>
              <w:t>SB p. 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Obligation and advice: have to, must, should, ought to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Obligation and advice: have to, must, should, ought to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Obligation and advice: have to, must, should, ought to,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accident, beginner, challenging, concentrate, experience, experts, large, routes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Obligation and advice: have to, must, should, ought to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A2 Flyers practice — інтегруємо лексику, граматику й уміння</w:t>
              <w:br/>
              <w:t>SB pp. 70–73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accident, beginner, challenging, concentrate, experience, experts, large, routes; flows, specially, steep, steeply, wondered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Obligation and advice: have to, must, should, ought to; підготовка до Reflexive pronouns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Reading + Grammar 2 — Reflexive pronouns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екстремальний white-water kayaking; знаходити основну думку й деталі; говорити про дії, спрямовані на самого виконавця, та самостійне виконання.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соціальна й особистісна компетентності; «Здоров’я і безпека»: розрізняє ризик, правило й рекомендацію.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екстремальний white-water kayaking,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Reflexive pronouns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flows, specially, steep, steeply, wondered; повторення accident, beginner, challenging, concentrate, experience, experts, large, routes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Reflexive pronouns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Reading — читаємо глибше + Grammar 2 у розмові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екстремальний white-water kayaking для причин, наслідків і деталей; самостійніше використовувати Reflexive pronouns.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Reflexive pronouns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flows, specially, steep, steeply, wondered; активне повторення Vocabulary Unit 7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Reflexive pronouns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Chant / Song + Value «Be responsible — Бути відповідальними»</w:t>
              <w:br/>
              <w:t>SB p. 74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7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Obligation and advice: have to, must, should, ought to; Reflexive pronouns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Writing workshop — статтю про екстремальний вид спорту</w:t>
              <w:br/>
              <w:t>SB p. 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«статтю про екстремальний вид спорту»,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статтю про екстремальний вид спорту,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7;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Obligation and advice: have to, must, should, ought to; Reflexive pronouns;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Extreme sports — Екстремальні види спорту: Writing + Video + Value — підсумок Unit</w:t>
              <w:br/>
              <w:t>SB pp. 74–76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статтю про екстремальний вид спорту; дивитися відео про splitboarding; порівнювати побачене з матеріалом Unit і застосовувати Value «Be responsible — Бути відповідальними».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соціальна й особистісна компетентності; «Здоров’я і безпека»: розрізняє ризик, правило й рекомендацію.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splitboarding,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7: accident, beginner, challenging, concentrate, experience, experts, large, routes; flows, specially, steep, steeply, wondered.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Obligation and advice: have to, must, should, ought to та Reflexive pronouns;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8. Tales of survival — Історії виживання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входимо в тему + Vocabulary</w:t>
              <w:br/>
              <w:t>SB pp. 77–78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експедиції, виживання, послідовність подій і взаємодопомогу;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етична й соціальна компетентності: аналізує рішення в небезпечній ситуації та роль взаємодопомоги.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подкаст про експедицію Ernest Shackleton.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charge, dead, expedition, frightening, hard, horrible, realized, search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Vocabulary + Listening — уточнюємо значення й деталі</w:t>
              <w:br/>
              <w:t>SB pp. 77–78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подкаст про експедицію Ernest Shackleton.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charge, dead, expedition, frightening, hard, horrible, realized, search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Grammar 1 — Past perfect: affirmative</w:t>
              <w:br/>
              <w:t>SB p. 79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Past perfect: affirmative; показувати, яка з двох минулих подій сталася раніше.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Past perfect: affirmative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Past perfect: affirmative,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charge, dead, expedition, frightening, hard, horrible, realized, search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perfect: affirmative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Grammar 1 — застосовуємо у взаємодії</w:t>
              <w:br/>
              <w:t>SB p. 79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Past perfect: affirmative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Past perfect: affirmative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Past perfect: affirmative,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charge, dead, expedition, frightening, hard, horrible, realized, search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perfect: affirmative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A2 Flyers practice — інтегруємо лексику, граматику й уміння</w:t>
              <w:br/>
              <w:t>SB pp. 78–81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charge, dead, expedition, frightening, hard, horrible, realized, search; alive, kindness, stranger, treatment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perfect: affirmative; підготовка до Past perfect: negative and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Reading + Grammar 2 — Past perfect: negative and questions</w:t>
              <w:br/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історію виживання Alison Wright; знаходити основну думку й деталі; уточнювати попередні події та будувати повнішу розповідь.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етична й соціальна компетентності: аналізує рішення в небезпечній ситуації та роль взаємодопомоги.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історію виживання Alison Wright,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Past perfect: negative and questions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alive, kindness, stranger, treatment; повторення battery, charge, dead, expedition, frightening, hard, horrible, realized, search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perfect: negative and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Reading — читаємо глибше + Grammar 2 у розмові</w:t>
              <w:br/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історію виживання Alison Wright для причин, наслідків і деталей; самостійніше використовувати Past perfect: negative and questions.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Past perfect: negative and questions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alive, kindness, stranger, treatment; активне повторення Vocabulary Unit 8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perfect: negative and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Chant / Song + Value «Be kind to others — Бути добрими до інших»</w:t>
              <w:br/>
              <w:t>SB p. 82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8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Past perfect: affirmative; Past perfect: negative and questions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Writing workshop — survival tips</w:t>
              <w:br/>
              <w:t>SB p. 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«survival tips»,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survival tips,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8;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perfect: affirmative; Past perfect: negative and questions;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Tales of survival — Історії виживання: Writing + Video + Value — підсумок Unit</w:t>
              <w:br/>
              <w:t>SB pp. 82–84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survival tips; дивитися відео про відомі експедиції; порівнювати побачене з матеріалом Unit і застосовувати Value «Be kind to others — Бути добрими до інших».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етична й соціальна компетентності: аналізує рішення в небезпечній ситуації та роль взаємодопомоги.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відомі експедиції,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8: battery, charge, dead, expedition, frightening, hard, horrible, realized, search; alive, kindness, stranger, treatment.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Past perfect: affirmative та Past perfect: negative and questions;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Game 2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2: Units 5–8 — командне повторення</w:t>
              <w:br/>
              <w:t>SB p. 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Пригадувати факти, лексику й граматику Units 5–8 у грі.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інформаційна компетентності: відновлює зміст за підказками й бере відповідальність за командну взаємодію.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про journeys, festivals, extreme sports і survival.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варіанти, формулює відповідь повним реченням і пояснює її.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5–8.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2: створюємо власний раунд за Units 5–8</w:t>
              <w:br/>
              <w:t>SB p. 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5–7 запитань, перевірити ключ і провести раунд для іншої групи.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метанавчання й інформаційна грамотність: перевіряє факти за джерелом.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завдання інших груп і співвідносить їх із потрібним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Проводить раунд, пояснює правильну відповідь і коригує формулювання після апробації.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5–8.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5–8; формулювання запитань.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Reading extra 2. Anansi the wise — Мудрий Анансі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2. Anansi the wise — Мудрий Анансі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байку про Anansi; відновлювати послідовність, поради персонажів і головну ідею.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етична й культурна компетентності: читає фольклорний текст із повагою до культурного контексту.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і знаходить поради slug, snail, grasshopper, butterfly.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Переказує епізод, передає одну пораду своїми словами й пояснює, яка порада найкорисніша.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advice, wisdom, gourd, slug, snail, grasshopper, butterfly; judge, hurry, share.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Units 5–8; direct speech у 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2. Порада, мудрість і творча реакція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Порівнювати поради, обговорювати мораль і створити коротку сучасну сцену / постер із порадою для однолітків.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соціальна й творча компетентності: інтерпретує мораль і адаптує повідомлення до аудиторії.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читає для деталей і перевіряє, чи творча версія не спотворює зміст.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продукт, презентує 1 хвилину й медіює головну пораду іншій групі.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Reading extra 2; advice, reasons, moral.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Мова порад, аргументації та короткого переказу.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4: Units 7–8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4: Units 7–8</w:t>
              <w:br/>
              <w:t>SB p. 88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extreme sports і survival; повторювати obligation / advice, reflexive pronouns та Past perfect.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перевіряє послідовність подій і відрізняє правило від поради.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та часові зв’язки.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завдання, пояснює один вибір і використовує матеріал у новому сценарії.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extreme sports; expeditions and survival.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have to / must / should / ought to; Reflexive pronouns; Past perfect.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9. Exploring the world — Досліджуємо світ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входимо в тему + Vocabulary</w:t>
              <w:br/>
              <w:t>SB pp. 89–90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експедиції, випадкові відкриття й альтернативні наслідки минулого;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Географічна, інформаційна й навчальна компетентності: зіставляє причини й наслідки, оцінює альтернативи та аргументує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розповідь Ed Stafford про шлях уздовж Амазонки.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backpack, bite, brave, decide, had the chance, hear, meet, prefer, run out, sting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Vocabulary + Listening — уточнюємо значення й деталі</w:t>
              <w:br/>
              <w:t>SB pp. 89–90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розповідь Ed Stafford про шлях уздовж Амазонки.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backpack, bite, brave, decide, had the chance, hear, meet, prefer, run out, sting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Grammar 1 — Third conditional</w:t>
              <w:br/>
              <w:t>SB p. 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Third conditional; пояснювати нереальні альтернативи минулого та їхні можливі наслідки.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Third conditional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Third conditional,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backpack, bite, brave, decide, had the chance, hear, meet, prefer, run out, sting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Third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Grammar 1 — застосовуємо у взаємодії</w:t>
              <w:br/>
              <w:t>SB p. 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Third conditional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Third conditional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Third conditional,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backpack, bite, brave, decide, had the chance, hear, meet, prefer, run out, sting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Third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A2 Flyers practice — інтегруємо лексику, граматику й уміння</w:t>
              <w:br/>
              <w:t>SB pp. 90–93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backpack, bite, brave, decide, had the chance, hear, meet, prefer, run out, sting; coins, noticed, observatory, points, worth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Third conditional; підготовка до Third conditional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Reading + Grammar 2 — Third conditional questions</w:t>
              <w:br/>
              <w:t>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три історії вдалих відкриттів; знаходити основну думку й деталі; ставити запитання про те, як могла б змінитися минула ситуація.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Географічна, інформаційна й навчальна компетентності: зіставляє причини й наслідки, оцінює альтернативи та аргументує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три історії вдалих відкриттів,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Third conditional questions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coins, noticed, observatory, points, worth; повторення backpack, bite, brave, decide, had the chance, hear, meet, prefer, run out, sting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Third conditional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Reading — читаємо глибше + Grammar 2 у розмові</w:t>
              <w:br/>
              <w:t>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три історії вдалих відкриттів для причин, наслідків і деталей; самостійніше використовувати Third conditional questions.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Third conditional questions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coins, noticed, observatory, points, worth; активне повторення Vocabulary Unit 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Third conditional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Chant / Song + Value «Be on time — Дотримуватися часу»</w:t>
              <w:br/>
              <w:t>SB p. 94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Third conditional; Third conditional questions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Writing workshop — for-and-against essay</w:t>
              <w:br/>
              <w:t>SB p. 95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«for-and-against essay»,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for-and-against essay,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9;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Third conditional; Third conditional questions;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Exploring the world — Досліджуємо світ: Writing + Video + Value — підсумок Unit</w:t>
              <w:br/>
              <w:t>SB pp. 94–96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for-and-against essay; дивитися відео про відкриття shipwreck; порівнювати побачене з матеріалом Unit і застосовувати Value «Be on time — Дотримуватися часу».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Географічна, інформаційна й навчальна компетентності: зіставляє причини й наслідки, оцінює альтернативи та аргументує позицію.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відкриття shipwreck,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9: backpack, bite, brave, decide, had the chance, hear, meet, prefer, run out, sting; coins, noticed, observatory, points, worth.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Third conditional та Third conditional questions;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10. Great museums — Дивовижні музеї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входимо в тему + Vocabulary</w:t>
              <w:br/>
              <w:t>SB pp. 97–98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музеї, виставки, правила й враження від відвідування;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інформаційна й соціальна компетентності: працює з музейною інформацією та відрізняє власні слова від переданих.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інтерв’ю про City of Arts and Sciences у Валенсії.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admire, closing time, enter competitions, exhibitions, fascinating, go out, opening time, touch, unusual, visitors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Vocabulary + Listening — уточнюємо значення й деталі</w:t>
              <w:br/>
              <w:t>SB pp. 97–98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інтерв’ю про City of Arts and Sciences у Валенсії.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admire, closing time, enter competitions, exhibitions, fascinating, go out, opening time, touch, unusual, visitors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Grammar 1 — Reported speech with said</w:t>
              <w:br/>
              <w:t>SB p. 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Reported speech with said; передавати зміст тверджень іншої людини.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Reported speech with said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Reported speech with said,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admire, closing time, enter competitions, exhibitions, fascinating, go out, opening time, touch, unusual, visitors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speech with said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Grammar 1 — застосовуємо у взаємодії</w:t>
              <w:br/>
              <w:t>SB p. 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Reported speech with said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Reported speech with said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Reported speech with said,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admire, closing time, enter competitions, exhibitions, fascinating, go out, opening time, touch, unusual, visitors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speech with said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A2 Flyers practice — інтегруємо лексику, граматику й уміння</w:t>
              <w:br/>
              <w:t>SB pp. 98–101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admire, closing time, enter competitions, exhibitions, fascinating, go out, opening time, touch, unusual, visitors; cocoons, fossils, lucky, sign language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speech with said; підготовка до Reported speech with told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Reading + Grammar 2 — Reported speech with told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International Museum Day; знаходити основну думку й деталі; передавати повідомлення конкретному адресатові.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інформаційна й соціальна компетентності: працює з музейною інформацією та відрізняє власні слова від переданих.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International Museum Day,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Reported speech with told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cocoons, fossils, lucky, sign language; повторення admire, closing time, enter competitions, exhibitions, fascinating, go out, opening time, touch, unusual, visitors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speech with told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Reading — читаємо глибше + Grammar 2 у розмові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International Museum Day для причин, наслідків і деталей; самостійніше використовувати Reported speech with told.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Reported speech with told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cocoons, fossils, lucky, sign language; активне повторення Vocabulary Unit 10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speech with told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Chant / Song + Value «Be curious — Бути допитливими»</w:t>
              <w:br/>
              <w:t>SB p. 102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10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Reported speech with said; Reported speech with told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Writing workshop — щоденниковий запис про день у музеї</w:t>
              <w:br/>
              <w:t>SB p. 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«щоденниковий запис про день у музеї»,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щоденниковий запис про день у музеї,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10;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speech with said; Reported speech with told;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10. Great museums — Дивовижні музеї: Writing + Video + Value — підсумок Unit</w:t>
              <w:br/>
              <w:t>SB pp. 102–104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щоденниковий запис про день у музеї; дивитися відео про відомі музеї; порівнювати побачене з матеріалом Unit і застосовувати Value «Be curious — Бути допитливими».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інформаційна й соціальна компетентності: працює з музейною інформацією та відрізняє власні слова від переданих.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відомі музеї,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10: admire, closing time, enter competitions, exhibitions, fascinating, go out, opening time, touch, unusual, visitors; cocoons, fossils, lucky, sign language.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Reported speech with said та Reported speech with told;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Function 3. Responding to invitations and making plans — Відповідаємо на запрошення й домовляємося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3. Responding to invitations and making plans — Запрошуємо й домовляємося</w:t>
              <w:br/>
              <w:t>SB p. 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Запрошувати, приймати або відхиляти запрошення, домовлятися про час і місце та коригувати план.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реагує на запрошення ввічливо й домовляється без тиску.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репліки invitation, accepting, refusing і making plans та ключові деталі домовленості.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6–8 реплік: запрошує, реагує, узгоджує час / місце й завершує конкретним планом.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Would you like to …? Shall we …? That sounds great. Yes, I’d love to. I’d love to, but … Thanks for asking, but … I’m sorry, I can’t. Where/What time shall we meet? We could meet … How about …? Could we make it a bit earlier/later? Would … be better? I’m looking forward to 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Функціональна мова; інтонація запрошення, відмови й домовленості.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3. Запрошення й плани — змінюємо умови</w:t>
              <w:br/>
              <w:t>SB p. 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Реагувати на зміну часу / місця / можливості, пропонувати альтернативу й медіювати остаточну домовленість.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ініціативна й мовна компетентності: гнучко домовляється, поважає відмову й допомагає групі зафіксувати план.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перефразовані формули, зміни плану й ключові деталі природнішого діалогу.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Імпровізує 8–12 реплік, пропонує альтернативу й передає третій особі остаточний план.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Фрази Function 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Прагматика, регістр, паузи й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School trip 3. Climbing China’s amazing limestone rocks — Вапнякові скелі Південного Китаю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3. Climbing China’s amazing limestone rocks — Карстові скелі Південного Китаю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Дивитися відео про limestone / karst formations, caves, natural bridges і climbing; пояснювати, чому місце незвичайне й потребує захисту.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Природнича, географічна, культурна й екологічна компетентності: працює з фактажем про ландшафт, туризм і UNESCO.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відео й знаходить факти про Shilin / Stone Forest, climbers, caves і natural bridges.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Описує місце 5–7 реченнями й пояснює, чому його варто захищати.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limestone, karst, cave, natural bridge, Stone Forest / Shilin, rock climber, UNESCO World Heritage Site.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Units 9–10.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3. Подорож до карстових скель: плануємо відповідально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Обговорювати, що робити, що взяти, скільки часу залишитися та як зменшити вплив туризму.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 і безпека, екологічна та соціальна компетентності: оцінює складність активності й правила захищеної території.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пропозиції маршрутів, спорядження й правил.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Узгоджує план у групі, аргументує 2–3 рішення й медіює фінальний список.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climbing equipment, route, cave, river, forest, protected area.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Функціональна мова пропозицій і домовленостей.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School trip 3. Проєкт: місце, яке потрібно захистити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Обрати місце, знайти фото / відео й факти, пояснити його цінність і змоделювати вплив людей, будівель, машин або доріг; створити постер.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Екологічна, дослідницька, інформаційна й презентаційна компетентності: перевіряє джерела та добирає аргументи.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джерела про обране місце й відбирає факти «why special / what threatens it / how to protect».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1–2 хвилини, використовує причинно-наслідкові аргументи й відповідає на 3–4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for protected places, threats, tourism, evidence and presentation.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Conditionals; reported information; мова аргументації та презентації.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5: Units 9–10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5: Units 9–10</w:t>
              <w:br/>
              <w:t>SB p. 108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лексику досліджень і музеїв; повторювати Third conditional та Reported speech with said / told.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відрізняє альтернативу минулого від факту та коректно передає чужі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та знаходить логічні й граматичні сигнали.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завдання, пояснює один вибір і комбінує матеріал двох Units.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exploration, discoveries, museums and exhibitions.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Third conditional; Reported speech with said / told.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11. Very mysterious! — Дуже загадково!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входимо в тему + Vocabulary</w:t>
              <w:br/>
              <w:t>SB pp. 109–110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загадкові явища, дослідження й передавання чужих слів;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природничо-наукова й критично-мисленнєва компетентності: відрізняє факт, запитання й припущення та коректно передає чужі слова.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інтерв’ю про загадку міграції птахів.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GPS, migrate, mystery, recognize, position, sight, smell, solve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Vocabulary + Listening — уточнюємо значення й деталі</w:t>
              <w:br/>
              <w:t>SB pp. 109–110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інтерв’ю про загадку міграції птахів.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GPS, migrate, mystery, recognize, position, sight, smell, solve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Grammar 1 — Reported questions</w:t>
              <w:br/>
              <w:t>SB p. 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Reported questions; передавати зміст запитань без прямого цитування.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Reported questions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Reported questions,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GPS, migrate, mystery, recognize, position, sight, smell, solve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Grammar 1 — застосовуємо у взаємодії</w:t>
              <w:br/>
              <w:t>SB p. 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Reported questions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Reported questions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Reported questions,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GPS, migrate, mystery, recognize, position, sight, smell, solve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A2 Flyers practice — інтегруємо лексику, граматику й уміння</w:t>
              <w:br/>
              <w:t>SB pp. 110–113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GPS, migrate, mystery, recognize, position, sight, smell, solve; appeared, crashing, horror, imagine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questions; підготовка до Reported commands and requests with asked / told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Reading + Grammar 2 — Reported commands and requests with asked / told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три загадкові події; знаходити основну думку й деталі; передавати прохання, команди й інструкції.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природничо-наукова й критично-мисленнєва компетентності: відрізняє факт, запитання й припущення та коректно передає чужі слова.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три загадкові події,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Reported commands and requests with asked / told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appeared, crashing, horror, imagine; повторення GPS, migrate, mystery, recognize, position, sight, smell, solve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commands and requests with asked / told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Reading — читаємо глибше + Grammar 2 у розмові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три загадкові події для причин, наслідків і деталей; самостійніше використовувати Reported commands and requests with asked / told.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Reported commands and requests with asked / told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appeared, crashing, horror, imagine; активне повторення Vocabulary Unit 11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commands and requests with asked / told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Chant / Song + Value «Find out for yourself — Досліджувати самостійно»</w:t>
              <w:br/>
              <w:t>SB p. 114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11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Reported questions; Reported commands and requests with asked / told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Writing workshop — summary книги, телепрограми або фільму</w:t>
              <w:br/>
              <w:t>SB p. 115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«summary книги, телепрограми або фільму»,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summary книги, телепрограми або фільму,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11;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questions; Reported commands and requests with asked / told;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11. Very mysterious! — Дуже загадково!: Writing + Video + Value — підсумок Unit</w:t>
              <w:br/>
              <w:t>SB pp. 114–116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summary книги, телепрограми або фільму; дивитися відео про bark scorpions; порівнювати побачене з матеріалом Unit і застосовувати Value «Find out for yourself — Досліджувати самостійно».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природничо-наукова й критично-мисленнєва компетентності: відрізняє факт, запитання й припущення та коректно передає чужі слова.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bark scorpions,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11: GPS, migrate, mystery, recognize, position, sight, smell, solve; appeared, crashing, horror, imagine.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Reported questions та Reported commands and requests with asked / told;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Unit 12. Fascinating places — Захопливі місця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входимо в тему + Vocabulary</w:t>
              <w:br/>
              <w:t>SB pp. 117–118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Увійти в тему Unit; говорити про незвичайні місця, бажання, фотографію й відпочинок; реагувати на фото й активувати ключову лексику.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географічна й особистісна компетентності: порівнює місця й досвід, аргументує вподобання та добирає інформацію для аудиторії.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ключові слова, підписи й запитання за фото; визначає основний зміст: інтерв’ю про фотографію.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ключові поняття, відповідає на запитання за фото та підтримує 3–5 змістовних реплік.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clear, luxurious, opportunity, ordinary, perhaps, relax, successful, sunrise, sunset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повторення раніше вивчених структур.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Vocabulary + Listening — уточнюємо значення й деталі</w:t>
              <w:br/>
              <w:t>SB pp. 117–118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Активніше використовувати тематичний словник; слухати повторно для конкретних деталей і фактичної інформації.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та інформаційна компетентність: групує слова, використовує контекстні підказки й перевіряє відповідь за аудіо.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лексику Unit у природнішому темпі та знаходить конкретні деталі: інтерв’ю про фотографію.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Складає власні речення, ставить follow-up question і передає партнерові один важливий факт з аудіо.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clear, luxurious, opportunity, ordinary, perhaps, relax, successful, sunrise, sunset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моделей для опису, запитань і пояснень.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Grammar 1 — wish</w:t>
              <w:br/>
              <w:t>SB p. 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й форму wish; висловлювати бажання щодо теперішньої ситуації та того, що хотілося б уміти / мати.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Мовна й навчальна компетентності: помічає зв’язок між формою, значенням і функцією. 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 xml:space="preserve">Розуміє приклади з wish у репліках, діалогах і вправах. 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Будує речення й запитання з wish, персоналізує 2–4 приклади та пояснює один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clear, luxurious, opportunity, ordinary, perhaps, relax, successful, sunrise, sunset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wish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Grammar 1 — застосовуємо у взаємодії</w:t>
              <w:br/>
              <w:t>SB p. 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wish у парній роботі, мініситуаціях і проблемних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слухає партнера, уточнює деталі й реагує на неочікувану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з wish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 із wish, ставить уточнювальне запитання й передає почуте іншій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clear, luxurious, opportunity, ordinary, perhaps, relax, successful, sunrise, sunset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wish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A2 Flyers practice — інтегруємо лексику, граматику й уміння</w:t>
              <w:br/>
              <w:t>SB pp. 118–121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Виконувати інтегровані завдання у форматах, близьких до A2 Flyers; переносити матеріал Unit у новий текст, аудіо, взаємодію або письмову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екзаменаційна грамотність: читає інструкцію, шукає ключові слова й докази, перевіряє відповідь і керує часом.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короткі завдання на слухання / читання й визначає потрібну конкретну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стратегію, виконує усний / письмовий компонент, порівнює відповіді й виправляє помилку після перевірки.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clear, luxurious, opportunity, ordinary, perhaps, relax, successful, sunrise, sunset; attraction, hang out, natural, resort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wish; підготовка до Phrasal verbs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Reading + Grammar 2 — Phrasal verbs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незвичайні місця для проживання під час подорожі; знаходити основну думку й деталі; розуміти й використовувати поширені фразові дієслова в контексті.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географічна й особистісна компетентності: порівнює місця й досвід, аргументує вподобання та добирає інформацію для аудиторії.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про незвичайні місця для проживання під час подорожі, знаходить конкретні деталі й значення частини нової лексики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прочитане, наводить доказ із тексту та використовує Phrasal verbs у керованих прикладах.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attraction, hang out, natural, resort; повторення clear, luxurious, opportunity, ordinary, perhaps, relax, successful, sunrise, sunset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Phrasal verbs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Reading — читаємо глибше + Grammar 2 у розмові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читати текст про незвичайні місця для проживання під час подорожі для причин, наслідків і деталей; самостійніше використовувати Phrasal verbs.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мовно-літературна й соціальна компетентності: перевіряє висновок за текстом і коректно реагує на іншу думку.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явні факти й логічні зв’язки та підтверджує відповідь частиною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6–8 реплік, ставить уточнювальне запитання, використовує Phrasal verbs й медіює один ключовий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attraction, hang out, natural, resort; активне повторення Vocabulary Unit 12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Phrasal verbs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Chant / Song + Value «Enjoy the world — Відкривати світ із цікавістю»</w:t>
              <w:br/>
              <w:t>SB p. 122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мову в природному ритмі; обговорювати Value та переносити його в реальну коротку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й особистісна компетентності: слухає інших, контролює ритм та інтонацію й пов’язує Value з конкретною поведінкою.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ключову лексику й граматичні моделі в chant / song, розуміє головне повідомлення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Відтворює ключові рядки, змінює елемент моделі, наводить реальний приклад Value й реагує на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Vocabulary Unit 12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wish; Phrasal verbs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Writing workshop — holiday review</w:t>
              <w:br/>
              <w:t>SB p. 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Проаналізувати модель жанру «holiday review», спланувати зміст і мовні засоби, створити чернетку та покращити її після зворотного 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Письмова, інформаційна й навчальна компетентності: орієнтується на мету й читача, добирає факти та редагує текст за чеклістом.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 письмового тексту, його структуру, ключові мовні засоби й логіку зв’язності.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 й пише holiday review, обмінюється peer feedback і вносить щонайменше одну змістовну правку.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 12; лексика жанру й зв’язності.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wish; Phrasal verbs; орфографія, пунктуація й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12. Fascinating places — Захопливі місця: Writing + Video + Value — підсумок Unit</w:t>
              <w:br/>
              <w:t>SB pp. 122–124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Завершувати holiday review; дивитися відео про відомі й незвичайні місця світу; порівнювати побачене з матеріалом Unit і застосовувати Value «Enjoy the world — Відкривати світ із цікавістю».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географічна й особистісна компетентності: порівнює місця й досвід, аргументує вподобання та добирає інформацію для аудиторії.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відео про відомі й незвичайні місця світу, знаходить конкретні факти й співвідносить їх із темою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Представляє 3–5 ключових думок письмового тексту, передає важливий факт із відео й формулює підсумковий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 12: clear, luxurious, opportunity, ordinary, perhaps, relax, successful, sunrise, sunset; attraction, hang out, natural, resort.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wish та Phrasal verbs; інтонація усного представлення.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Game 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3: Units 9–12 — велика вікторина блоку</w:t>
              <w:br/>
              <w:t>SB p. 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Пригадувати факти про Ed Stafford, відкриття, музеї, загадки й цікаві місця; відповідати без підглядання, а потім перевіряти.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інформаційна компетентності: розрізняє пам’ять і припущення й чесно перевіряє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варіанти відповіді та співвідносить їх із Units 9–12.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Формулює командну відповідь і після перевірки пояснює, де був відповідний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9–12.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9–12.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Game 3: наші запитання за Units 9–12</w:t>
              <w:br/>
              <w:t>SB p. 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додаткові запитання з трьома варіантами, перевірити факти й обмінятися вікторинами.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 і інформаційна грамотність: створює правдоподібні distractors без двозначності й аргументує ключ.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запитання інших груп і визначає релевантний Unit / факт.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й проводить мініраунд, пояснює правильну відповідь і коригує завдання після зворотного зв’язку.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9–12.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9–12; формулювання запитань.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Reading extra 3. Fascinating facts about the first emperor of China — Перший імператор Китаю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3. Fascinating facts about the first emperor of China — Цінь Ши Хуан</w:t>
              <w:br/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про Terracotta Army, Xu Fu та Great Wall; знаходити факти, уточнення й припущення.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Історико-культурна, інформаційна й мовно-літературна компетентності: співвідносить твердження з доказом і не підмінює факт припущенням.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три основні факти, знаходить числа, причини й наслідки та місця невизначеності.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Переказує 2–3 факти, пояснює, який здивував найбільше, й передає партнерові важливе уточнення.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emperor, clay soldiers, Terracotta Army, doctor, disappear, mystery, wall, tourist attraction.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Narrative tenses, conditionals і reported speech 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Reading extra 3. Факт, припущення й міф</w:t>
              <w:br/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Класифікувати твердження як підтверджений факт, пояснення або припущення; створити коротку fact card.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Критичне мислення, історична й інформаційна грамотність: перевіряє формулювання за джерелом і виправляє міф доказом.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Помічає сигнали some people think, no one knows, astronauts have reported.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fact card з 4–5 пунктами, презентує її й медіює одне «міф → уточнення».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fact, evidence, mystery, suggest, report, probably.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Мова обережного твердження, reported information і пояснення доказів.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Review 6: Units 11–12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6: Units 11–12</w:t>
              <w:br/>
              <w:t>SB p. 128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лексику загадок і місць; повторювати reported questions, commands / requests, wish і phrasal verbs.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саморегуляція: визначає тип повідомлення, співвідносить форму зі значенням і помічає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змішані завдання Review та сигнали запитання, прохання, бажання й phrasal verb.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завдання, пояснює один вибір і переносить матеріал у новий контекст.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mysteries, migration, photography, places and travel.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Reported questions; Reported commands / requests; wish; phrasal verbs.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One more look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люди, яких ми зустріли в Look 6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Пригадати Shabana Basij-Rasikh, Asher Jay, Douglas Krause, Jónína Herdís Ólafsdóttir, Steve Winter, Ed Stafford та їхню діяльність.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інформаційна й навчальна компетентності: відбирає головні факти про реальних людей і перевіряє деталі за книгою.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описи досягнень / діяльності й упізнає відповідну людину.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Називає 3–4 людей і їхню діяльність, пояснює один вибір та ставить партнерові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People and achievements from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1–12.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готуємо інтерв’ю з людиною з курсу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Обрати одну людину, перевірити факти й сформулювати чотири змістовні запитання для уявного інтерв’ю.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мовна й ініціативна компетентності: формулює запитання, які ведуть до нової інформації.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приклади запитань і короткі фактологічні опори.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чотири запитання різного типу й пояснює, чому вони доречні.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People, professions, exploration, environment, arts.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Question forms; повторення часів.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рольове інтерв’ю й передавання ключової відповіді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Провести уявне інтерв’ю, реагувати на відповідь, ставити follow-up question і передати головне іншій парі.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медіаційна й мовна компетентності: активно слухає й не вигадує факти понад опору.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відповіді однокласників та визначає основну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Імпровізує 8–10 реплік і медіює 2–3 ключові відповіді для іншої пари.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про людей і теми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Question forms; reported speech; інтонація інтерв’ю.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корисна справа на канікулах — плануємо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Запропонувати посильну корисну справу й пояснити What could you do? Why would you do it? How would it help?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Громадянська, соціальна й ініціативна компетентності: обирає безпечну посильну дію й пояснює очікувану користь.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пропозиції однокласників, визначає дію, причину й очікувану користь.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план 6–8 реченнями, відповідає на запитання й уточнює план після зворотного зв’язку.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help, community, environment, volunteer, plan, useful.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could / would; conditionals; future forms.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One more look: дослідження й фінальна мініпрезентація</w:t>
              <w:br/>
              <w:t>SB p. 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Обрати людину або ініціативу з курсу, перевірити додаткові факти, створити 1–2-хвилинну презентацію та відрефлексувати рік.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Інформаційна, презентаційна й навчальна компетентності: відбирає факти, називає джерело й формулює наступний навчальний крок.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презентації однокласників і визначає тему, ключові факти й аргумент.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1–2 хвилини, відповідає на 3–4 запитання й медіює один факт іншої презентації.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Індивідуальне 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граматики, вимови, зв’язності й interaction.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BONUS School trip. The Lopburi Monkey Festival — Фестиваль мавп у Лопбурі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School trip. The Lopburi Monkey Festival — Фестиваль мавп у Лопбурі</w:t>
              <w:br/>
              <w:t>SB pp. 130–131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й дивитися відео про Lopburi, macaques і щорічний Monkey Festival; знаходити факти про місце, час і події.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природнича й інформаційна компетентності: працює з фактажем про традицію, тварин і туризм.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late November, 1989, historic ruins, food and performances.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Переказує 4–6 фактів, описує, що відвідувач може побачити, й ставить змістове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Lopburi, macaque, ruins, festival, performance, food, celebrate.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1–12.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School trip. Lopburi — традиція, тварини й туристи</w:t>
              <w:br/>
              <w:t>SB pp. 130–131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Порівнювати користь, складнощі й правила відповідальної поведінки біля диких тварин.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екологічна й безпекова компетентності: оцінює взаємодію людей і тварин та формулює безпечні рекомендації.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деталі про monkeys, people, festival activities й місцевий контекст.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2–3 переваги / ризики й медіює правила для відвідувача.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festival, macaque, visitor, feed, safe, protect, behaviour.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Мова порад, правил і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School trip. Проєкт: фестиваль, присвячений тваринам — досліджуємо</w:t>
              <w:br/>
              <w:t>SB pp. 130–131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Обрати реальний фестиваль і зібрати факти: name, animal, where, when, what people can see / do.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Дослідницька, інформаційна й міжкультурна компетентності: добирає факти й розподіляє ролі.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джерела й відбирає інформацію за заданими категоріями.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план групової презентації, узгоджує 4–6 фактів і готує візуальну опору.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festival research vocabulary; animals, place, date, activities.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Question forms; present tenses for factfiles; language of presentation.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School trip. Фестиваль тварин — презентуємо й порівнюємо</w:t>
              <w:br/>
              <w:t>SB pp. 130–131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Представити досліджений фестиваль і порівняти його з Lopburi Monkey Festival за 2–3 критеріями.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Презентаційна, соціальна й культурна компетентності: адаптує інформацію до аудиторії й дає конкретний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презентації однокласників і фіксує ключові факти для порівняння.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1–2 хвилини, відповідає на 3–4 запитання й медіює один цікавий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Активне повторення BONUS School trip.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Мова порівняння й презентації.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BONUS Reading extra. The man who never told a lie — Чоловік, який ніколи не брехав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Reading extra. The man who never told a lie — Чоловік, який ніколи не брехав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історію про Maliki та короля; відновлювати trick / message / repeat і пояснювати розв’язку.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етична й культурна компетентності: стежить за логікою сюжету й обговорює мораль без нав’язування.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сюжет і деталі про king, queen, horse, stable, father, message.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пояснює розв’язку й формулює коротку мораль.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believe, father, horse, king, lie, message, queen, repeat, stable, trick.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Narrative tenses; reported / direct speech.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Reading extra. Переказуємо точно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Переказати історію за ключовими словами, зберегти послідовність і причинно-наслідкові зв’язки.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 й медіаційна компетентності: передає чужий сюжет своїми словами без зміни ключових фактів.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Повторно читає для порядку подій, мотивів і точного змісту повідомлень.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усний переказ 1–2 хвилини й виправляє неточність після звернення до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Ключові слова сюжету + sequence language.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Past tenses; reported speech; first / then / after that / finally.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Reading extra. Правда, хитрість і відповідальність за слова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мораль і запитання «Чи бувають ситуації, коли люди приховують правду?» на рівні безпечних вигаданих прикладів.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Етична, громадянська й комунікативна компетентності: аргументує без персональних звинувачень і відрізняє факт, намір і наслідок.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аргументи однокласників і визначає позицію та причину.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Підтримує 8–10 реплік, використовує agreeing / disagreeing і перефразовує позицію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truth, lie, message, intention, consequence.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Function 2; conditionals; reported speech.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Reading extra. Творчий переказ і медіація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storyboard, комікс, аудіопереказ або текст від імені персонажа; зберегти події та мораль.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Мовно-літературна, творча й медіаційна компетентності: добирає форму під аудиторію й перевіряє факти за джерелом.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творчі продукти однокласників і визначає, чи збережено послідовність та головну ідею.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зв’язний продукт, презентує його й медіює мораль історії для іншої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BONUS Reading extra; слова для оповіді, емоцій і моралі.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Narrative tenses; reported / direct speech; зв’язність.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4055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sz w:val="13"/>
              </w:rPr>
              <w:t>BONUS Game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Game: велика вікторина Look 6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Відповідати на фактологічні запитання за всім курсом: люди, місця, експедиції, технології, фестивалі, музеї й природні явища.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інформаційна компетентності: пригадує зміст за підказками й відрізняє знання від припущення.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й варіанти відповіді та співвідносить їх із Units 1–12.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Обговорює відповідь у команді, формулює повне речення й пояснює, де в курсі був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1–12.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Game: пояснюємо, звідки знаємо відповідь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Не лише обирати відповідь, а й відновлювати контекст: Unit, людина / місце, подія та додатковий факт.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Метанавчання й інформаційна грамотність: використовує назви Units і візуальні підказки для 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про Jónína, camera traps, Gotthard Base Tunnel, Boryeong Festival, Shackleton, Ed Stafford та інші теми.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Пояснює 5–7 відповідей одним додатковим фактом і коректно виправляє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Ключові імена, місця й факти Look 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граматики; мова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Game: фактчек і власні запитання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Обрати факти, перевірити їх за Student’s Book і створити запитання з правдоподібними, але однозначно неправильними distractors.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грамотність і критичне мислення: посилається на джерело й перевіряє однозначність ключа.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факти з різних Units і знаходить у книзі підтвердження / спростування.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6–8 запитань, обмінюється ними з іншою групою та коригує формулювання.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1–12; factual language.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Question forms; Grammar Units 1–12.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BONUS Game: створюємо власну вікторину Look 6 + фінальна рефлексія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Створити 8–12 запитань, збалансувати теми й складність, провести міні-вікторину та визначити, що найбільше запам’яталося.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метанавчання й інформаційна грамотність: перевіряє кожне запитання за джерелом і формулює висновок про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 інших груп і знаходить релевантний факт у пам’яті або Student’s Book.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Проводить вікторину, пояснює ключ, реагує на доказ і формулює 2–3 речення фінальної рефлексії.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1–12.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Інтегроване повторення Grammar Units 1–12; формулювання запитань.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</w:tbl>
    <w:p>
      <w:pPr>
        <w:spacing w:before="0" w:after="0"/>
      </w:pPr>
      <w:r>
        <w:rPr>
          <w:rFonts w:ascii="Arial" w:hAnsi="Arial" w:eastAsia="Arial"/>
          <w:sz w:val="13"/>
        </w:rPr>
        <w:t>Примітка для адаптації: під час вибору маршруту вчитель використовує всі рядки «2–5» та додає рядки відповідного рівня інтенсивності. Розширювальні уроки, зокрема A2 Flyers practice, Function, Game, School trip, Reading extra, письмо, відео й проєктну роботу, можна переставляти в межах тематичного блоку без зміни базової логіки курсу.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79" w:right="369" w:bottom="482" w:left="369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</w:pPr>
    <w:r>
      <w:rPr>
        <w:rFonts w:ascii="Arial" w:hAnsi="Arial" w:eastAsia="Arial"/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Look Level 6 — календарно-тематичне планування 70–175 годин</dc:title>
  <dc:subject>Модельне КТП 70 / 105 / 140 / 175 академічних годин</dc:subject>
  <dc:creator/>
  <cp:keywords>Our World, Second Edition, Level 6, KTP, КТП, National Geographic Learning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