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rial" w:hAnsi="Arial" w:eastAsia="Arial"/>
        </w:rPr>
        <w:t>КАЛЕНДАРНО-ТЕМАТИЧНЕ ПЛАНУВАННЯ</w:t>
      </w:r>
    </w:p>
    <w:p>
      <w:pPr>
        <w:spacing w:after="120"/>
        <w:jc w:val="center"/>
      </w:pPr>
      <w:r>
        <w:rPr>
          <w:rFonts w:ascii="Arial" w:hAnsi="Arial" w:eastAsia="Arial"/>
        </w:rPr>
        <w:t>Look • Level 5 • 70 / 105 / 140 / 175 академічних годин</w:t>
      </w:r>
    </w:p>
    <w:p>
      <w:pPr>
        <w:spacing w:after="80"/>
      </w:pPr>
      <w:r>
        <w:rPr>
          <w:rFonts w:ascii="Arial" w:hAnsi="Arial" w:eastAsia="Arial"/>
        </w:rPr>
        <w:t>Навчальний рік ____________________    Семестр __________    Вчитель __________________________________________    Клас __________    Годин на тиждень 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</w:tblPr>
      <w:tblGrid>
        <w:gridCol w:w="16100"/>
      </w:tblGrid>
      <w:tr>
        <w:tc>
          <w:tcPr>
            <w:tcW w:type="dxa" w:w="16100"/>
            <w:shd w:fill="EEF5FA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6"/>
              </w:rPr>
              <w:t>Методична примітка. Планування має модельний і рамковий характер та пропонує чотири маршрути проходження Look, Level 5 відповідно до інтенсивності 2–5 академічних годин на тиждень. Базовий маршрут становить 70 годин. Маршрути 105, 140 і 175 годин розширюють той самий зміст за рахунок додаткової мовленнєвої взаємодії, A2 Flyers practice, поглибленої роботи з читанням і письмом, відео, Values, Function, School trip, Reading extra, ігор, рефлексії та проєктної діяльності. Основою змісту є Look 5 Teacher’s Book і вбудовані сторінки Student’s Book. Заклад освіти або вчитель може адаптувати планування відповідно до освітньої програми, навчального календаря, темпу роботи та освітніх потреб учнів. Дати й домашні завдання заповнює вчитель.</w:t>
            </w:r>
          </w:p>
        </w:tc>
      </w:tr>
    </w:tbl>
    <w:p>
      <w:pPr>
        <w:spacing w:before="80" w:after="40"/>
      </w:pPr>
      <w:r>
        <w:rPr>
          <w:rFonts w:ascii="Arial" w:hAnsi="Arial" w:eastAsia="Arial"/>
        </w:rPr>
        <w:t>Маршрути та умовні позначення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9DAFBE"/>
          <w:left w:val="single" w:sz="4" w:space="0" w:color="9DAFBE"/>
          <w:bottom w:val="single" w:sz="4" w:space="0" w:color="9DAFBE"/>
          <w:right w:val="single" w:sz="4" w:space="0" w:color="9DAFBE"/>
          <w:insideH w:val="single" w:sz="4" w:space="0" w:color="9DAFBE"/>
          <w:insideV w:val="single" w:sz="4" w:space="0" w:color="9DAFBE"/>
        </w:tblBorders>
      </w:tblPr>
      <w:tblGrid>
        <w:gridCol w:w="3220"/>
        <w:gridCol w:w="3220"/>
        <w:gridCol w:w="3220"/>
        <w:gridCol w:w="3220"/>
        <w:gridCol w:w="3220"/>
      </w:tblGrid>
      <w:tr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Маршрут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2 год/тиж.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3 год/тиж.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4 год/тиж.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5 год/тиж.</w:t>
            </w:r>
          </w:p>
        </w:tc>
      </w:tr>
      <w:tr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i w:val="0"/>
                <w:sz w:val="15"/>
              </w:rPr>
              <w:t>Годин на рівень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i w:val="0"/>
                <w:sz w:val="15"/>
              </w:rPr>
              <w:t>70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i w:val="0"/>
                <w:sz w:val="15"/>
              </w:rPr>
              <w:t>105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i w:val="0"/>
                <w:sz w:val="15"/>
              </w:rPr>
              <w:t>140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i w:val="0"/>
                <w:sz w:val="15"/>
              </w:rPr>
              <w:t>175</w:t>
            </w:r>
          </w:p>
        </w:tc>
      </w:tr>
    </w:tbl>
    <w:p>
      <w:pPr>
        <w:spacing w:before="40" w:after="100"/>
      </w:pPr>
      <w:r>
        <w:rPr>
          <w:rFonts w:ascii="Arial" w:hAnsi="Arial" w:eastAsia="Arial"/>
        </w:rPr>
        <w:t>Маршрут у таблиці: 2–5 — урок входить до всіх маршрутів; 3–5 — додається від 3 год/тиж.; 4–5 — від 4 год/тиж.; 5 — для маршруту 5 год/тиж.  Типи: Б — базовий; Р — розширювальний; ПК — Review / підсумкове повторення.</w:t>
      </w:r>
    </w:p>
    <w:tbl>
      <w:tblPr>
        <w:tblW w:type="dxa" w:w="14055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65798A"/>
          <w:left w:val="single" w:sz="4" w:space="0" w:color="65798A"/>
          <w:bottom w:val="single" w:sz="4" w:space="0" w:color="65798A"/>
          <w:right w:val="single" w:sz="4" w:space="0" w:color="65798A"/>
          <w:insideH w:val="single" w:sz="4" w:space="0" w:color="65798A"/>
          <w:insideV w:val="single" w:sz="4" w:space="0" w:color="65798A"/>
        </w:tblBorders>
      </w:tblPr>
      <w:tblGrid>
        <w:gridCol w:w="368"/>
        <w:gridCol w:w="340"/>
        <w:gridCol w:w="425"/>
        <w:gridCol w:w="538"/>
        <w:gridCol w:w="1729"/>
        <w:gridCol w:w="1615"/>
        <w:gridCol w:w="1757"/>
        <w:gridCol w:w="1729"/>
        <w:gridCol w:w="1927"/>
        <w:gridCol w:w="1502"/>
        <w:gridCol w:w="1530"/>
        <w:gridCol w:w="595"/>
      </w:tblGrid>
      <w:tr>
        <w:trPr>
          <w:tblHeader w:val="true"/>
          <w:cantSplit/>
        </w:trPr>
        <w:tc>
          <w:tcPr>
            <w:tcW w:type="dxa" w:w="368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№</w:t>
            </w:r>
          </w:p>
        </w:tc>
        <w:tc>
          <w:tcPr>
            <w:tcW w:type="dxa" w:w="340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Тип</w:t>
            </w:r>
          </w:p>
        </w:tc>
        <w:tc>
          <w:tcPr>
            <w:tcW w:type="dxa" w:w="425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Маршрут</w:t>
            </w:r>
          </w:p>
        </w:tc>
        <w:tc>
          <w:tcPr>
            <w:tcW w:type="dxa" w:w="538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Дата</w:t>
            </w:r>
          </w:p>
        </w:tc>
        <w:tc>
          <w:tcPr>
            <w:tcW w:type="dxa" w:w="1729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Тематика ситуативного спілкування</w:t>
            </w:r>
          </w:p>
        </w:tc>
        <w:tc>
          <w:tcPr>
            <w:tcW w:type="dxa" w:w="1615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Мовленнєві функції</w:t>
            </w:r>
          </w:p>
        </w:tc>
        <w:tc>
          <w:tcPr>
            <w:tcW w:type="dxa" w:w="1757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Ключові компетентності та наскрізні змістові лінії</w:t>
            </w:r>
          </w:p>
        </w:tc>
        <w:tc>
          <w:tcPr>
            <w:tcW w:type="dxa" w:w="1927"/>
            <w:gridSpan w:val="2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Очікувані результати</w:t>
            </w:r>
          </w:p>
        </w:tc>
        <w:tc>
          <w:tcPr>
            <w:tcW w:type="dxa" w:w="1530"/>
            <w:gridSpan w:val="2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Мовний інвентар</w:t>
            </w:r>
          </w:p>
        </w:tc>
        <w:tc>
          <w:tcPr>
            <w:tcW w:type="dxa" w:w="595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Домашнє завдання</w:t>
            </w:r>
          </w:p>
        </w:tc>
      </w:tr>
      <w:tr>
        <w:trPr>
          <w:tblHeader w:val="true"/>
          <w:cantSplit/>
        </w:trPr>
        <w:tc>
          <w:tcPr>
            <w:tcW w:type="dxa" w:w="368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340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425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538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729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615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757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729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Сприймання</w:t>
            </w:r>
          </w:p>
        </w:tc>
        <w:tc>
          <w:tcPr>
            <w:tcW w:type="dxa" w:w="1927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Взаємодія, продукування та медіація</w:t>
            </w:r>
          </w:p>
        </w:tc>
        <w:tc>
          <w:tcPr>
            <w:tcW w:type="dxa" w:w="1502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Лексика</w:t>
            </w:r>
          </w:p>
        </w:tc>
        <w:tc>
          <w:tcPr>
            <w:tcW w:type="dxa" w:w="1530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Граматика / фонетика</w:t>
            </w:r>
          </w:p>
        </w:tc>
        <w:tc>
          <w:tcPr>
            <w:tcW w:type="dxa" w:w="595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Look and remember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Look and remember: святкування, музика, природа, технології, їжа</w:t>
              <w:br/>
              <w:t>SB pp. 4–6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Відновлювати ключову лексику попереднього рівня; описувати фото, свята, музичні інструменти, природу, технології та їжу; ставити уточнювальні запитання.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культурна й соціальна компетентності: активує попередні знання, помічає прогалини без негативної самооцінки та співпрацює під час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знайому лексику й короткі запитання за фото, співвідносить почуте / прочитане з візуальним контекстом.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Описує фото, називає знайомі слова, підтримує коротку розмову й пояснює один зв’язок між темою та власним досвідом.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Celebrations, Musical instruments, Nature, Technology, Food.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знайомих мовних моделей.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Look and remember: граматика в реальних ситуаціях</w:t>
              <w:br/>
              <w:t>SB pp. 7–8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Повторювати Past simple, Present continuous і Present simple у контекстах вихідних, фото та звичних дій; ставити й відповідати на запитання.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й навчальна компетентності: обирає час відповідно до значення, перевіряє форму за контекстом і переносить знайому граматику в нову ситуацію.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What did you do last weekend? / What are the girls doing? / Do you ever ...? та короткі відповіді у знайомому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Розповідає про минулі вихідні, описує дію на фото, говорить про звички й ставить партнерові уточнювальне запитання.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лексики Look and remember.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Past simple; Present continuous; Present simple.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Look and remember: лексичні мережі та взаємодія</w:t>
              <w:br/>
              <w:t>SB pp. 4–8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Групувати й активніше використовувати лексику попереднього рівня; створювати власні категорії, асоціації та короткі описи без перекладу кожного слова.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мовна компетентність: використовує категоризацію, приклад і контекст як стратегії пригадування; пояснює слово партнерові.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знайомі слова в новому порядку, короткі визначення й описи.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Класифікує, перефразовує, ставить запитання й стисло медіює значення знайомого слова через приклад або опис.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Celebrations, Musical instruments, Nature, Technology, Food.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граматики попереднього рівня.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Look and remember: A2 Flyers practice — спокійний старт</w:t>
              <w:br/>
              <w:t>SB pp. 4–8; Workbook / Online Practice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Виконувати короткі завдання у форматі A2 Flyers, читати інструкцію до кінця, використовувати ключові слова й візуальні підказки та перевіряти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Саморегуляція й уміння вчитися: використовує Personalize, Collaborate і Reflect, сприймає пробну помилку як інформацію для наступної спроби.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тексти й аудіофрагменти з матеріалом повторення та знаходить конкретні деталі.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стратегію, порівнює відповіді з партнером і виправляє одну помилку після перевірки.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Look and remember.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граматики; підготовка до A2 Flyers.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Look and remember: персональний мовний портрет</w:t>
              <w:br/>
              <w:t>SB pp. 4–8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Створити коротке усне й письмове повідомлення про себе: що подобається, що робив / робила, чим цікавиться й яку тему хоче повторити; поставити партнерові змістовне запитання.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Особистісна, соціальна й навчальна компетентності: реалістично оцінює власні сильні сторони, називає одну ціль і дає партнерові конкретний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персоналізовані повідомлення партнерів на знайомому мовному матеріалі.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Говорить 6–8 речень про себе, ставить 2–3 запитання, стисло представляє партнера групі й формулює одну навчальну ціль.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лексики попереднього рівня.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граматики.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Unit 1. Making contact — Встановлюємо контакт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Making contact — Встановлюємо контакт: входимо в тему + Vocabulary</w:t>
              <w:br/>
              <w:t>SB pp. 9–10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Говорити про способи зв’язку й листування; розповідати про власний досвід; обговорювати культурну ідентичність і способи комунікації людей та тварин; реагувати на запитання за фото, активувати попередні знання й використовувати ключову лексику в короткому обговоренні.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Мовна, соціальна, культурна та громадянська компетентності: пов’язує реальний контекст із власним досвідом, ставить змістовні запитання, слухає інших і формулює обґрунтовані короткі висновки.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ключові слова теми, підписи, запитання за фото та основний зміст аудіо «репортаж про незвичайні поштові відділення»; знаходить потрібні факти й співвідносить їх із візуальними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й пояснює ключові поняття теми, відповідає на запитання за фото, підтримує 3–5 реплік і починає використовувати мову, потрібну, щоб говорити про способи зв’язку й листування; розповідати про власний досвід; обговорювати культурну ідентичність і способи комунікації людей та тварин.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envelope, letter, post, postbox, postcard, post office, stamp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повторення раніше вивчених структур у новому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Встановлюємо контакт: Vocabulary + listening у деталях</w:t>
              <w:br/>
              <w:t>SB p. 10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Точно використовувати тематичну лексику; слухати «репортаж про незвичайні поштові відділення», відрізняти головну інформацію від деталей і переносити почуте у власні приклади.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інформаційна та соціальна компетентності: використовує контекст і візуальні опори, робить нотатки ключовими словами та перевіряє розуміння разом із партнером.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і конкретні деталі аудіо «репортаж про незвичайні поштові відділення», упізнає нові слова в природному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 з партнером, уточнює деталь, стисло передає один-два факти іншій парі або групі та створює власні приклади з новою лексикою.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envelope, letter, post, postbox, postcard, post office, stamp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граматичних моделей, потрібних для опису фактів, досвіду й власної реакції.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Grammar 1 — Present perfect with ever / never</w:t>
              <w:br/>
              <w:t>SB p. 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й форму Present perfect with ever / never; запитувати й повідомляти про життєвий досвід за допомогою present perfect з ever / never у керованих і персоналізованих ситуаціях.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й навчальна компетентності: співвідносить граматичну форму з комунікативним наміром, аналізує приклади, перевіряє відповідь за контекстом і переносить модель у власне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Present perfect with ever / never у коротких діалогах, прикладах і завданнях та визначає, яку інформацію передає форма.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Будує твердження / запитання з Present perfect with ever / never, персоналізує приклади, реагує на відповідь партнера й коротко пояснює свій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envelope, letter, post, postbox, postcard, post office, stamp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perfect with ever / never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Grammar 1: застосовуємо у взаємодії</w:t>
              <w:br/>
              <w:t>SB p. 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запитувати й повідомляти про життєвий досвід за допомогою present perfect з ever / never; ставити follow-up questions, уточнювати інформацію та використовувати граматику для реальної комунікативної мети.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підтримує обмін інформацією, слухає відповідь партнера, коригує формулювання й допомагає зберегти взаєморозуміння.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короткі зв’язні висловлення з Present perfect with ever / never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5–7 реплік із Present perfect with ever / never, змінює елементи моделі, ставить уточнювальне запитання й стисло медіює почуте для іншого партнера або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envelope, letter, post, postbox, postcard, post office, stamp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perfect with ever / never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A2 Flyers practice: сприймання й точність</w:t>
              <w:br/>
              <w:t>SB pp. 10–13; Workbook / Online Practice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Застосовувати знайому лексику й граматику у форматі завдань A2 Flyers; читати / слухати інструкцію до кінця, знаходити ключові слова, перевіряти відповідь і використовувати стратегії Collaborate, Reflect та Second Chance.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планує виконання, контролює час без поспіху, перевіряє відповідь за доказом у тексті / аудіо та використовує зворотний зв’язок для повторної спроби.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завдання екзаменаційного типу з лексикою Unit 1 та моделлю Present perfect with ever / never; знаходить конкретні деталі й помічає мовні підказки.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партнерові стратегію виконання, виправляє помилку після перевірки, формулює повну коротку відповідь і називає одну стратегію, яка допомогла.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envelope, letter, post, postbox, postcard, post office, stamp; bury, newspaper, magazine, object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perfect with ever / never; підготовка до A2 Flyers.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Reading — Time capsules + Grammar 2</w:t>
              <w:br/>
              <w:t>SB pp. 12–13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«капсули часу», визначати основну думку й конкретні деталі; використовувати Reading vocabulary; говорити про тривалість стану або ситуації, що почалася в минулому й триває дотепер, використовуючи for / since.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Мовно-літературна, інформаційна та мовна, соціальна, культурна та громадянська компетентності: співвідносить текст із фото / схемою, знаходить текстові докази, відрізняє факт від припущення й обговорює зміст коректно.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«капсули часу», знаходить явні та частково імпліцитні деталі; розуміє Present perfect with for / since у контексті читання й прикладів.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 за текстом, стисло узагальнює один фрагмент, наводить доказ і застосовує Present perfect with for / since у керованій парній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bury, newspaper, magazine, object; повторення envelope, letter, post, postbox, postcard, post office, stamp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perfect with for / since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Reading у деталях + Grammar 2 у мовленні</w:t>
              <w:br/>
              <w:t>SB pp. 12–13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опрацьовувати текст «капсули часу», знаходити докази, встановлювати логічні зв’язки й самостійніше говорити про тривалість стану або ситуації, що почалася в минулому й триває дотепер, використовуючи for / since.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критичне мислення та соціальна компетентність: перевіряє інтерпретацію за текстом, порівнює відповіді, аргументує й коректно уточнює позицію.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деталі в тексті, розрізняє основну й допоміжну інформацію та розуміє Present perfect with for / since у дещо зміненому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відповіді, наводить текстовий доказ, створює 5–7 власних прикладів із Present perfect with for / since й стисло передає ключову інформацію іншій групі.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bury, newspaper, magazine, object; envelope, letter, post, postbox, postcard, post office, stamp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perfect with for / since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Chant / Song + Value — Замислюватися над власною культурною ідентичністю</w:t>
              <w:br/>
              <w:t>SB p. 14; Workbook Value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ключову мову Unit у ритмічному тексті; обговорювати Value «Замислюватися над власною культурною ідентичністю», наводити реалістичні приклади й пов’язувати цінність із повсякденними рішеннями.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культурна й особистісна компетентності: усвідомлює елементи власної культурної ідентичності, цікавиться іншими культурами й добирає коректні способи представити себе та свою спільноту.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ключову лексику та граматичні моделі у chant / song, розуміє короткі твердження про Value та визначає доречний приклад поведінки.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Відтворює ключові рядки з природним ритмом, бере участь у короткому обговоренні, формулює 2–3 аргументовані репліки та коректно реагує на інший досвід.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envelope, letter, post, postbox, postcard, post office, stamp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Present perfect with ever / never та Present perfect with for / since; ритм, наголос та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Writing workshop — електронний лист другові / подрузі по листуванню</w:t>
              <w:br/>
              <w:t>SB p. 15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Аналізувати модельний текст і створювати «електронний лист другові / подрузі по листуванню»: визначати адресата / мету, планувати зміст, писати, перечитувати й редагувати за одним-двома критеріями.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Мовна, інформаційна та навчальна компетентності: використовує модель як опору, дотримується поставленого завдання, редагує зміст і точність та приймає конкретний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 жанру «електронний лист другові / подрузі по листуванню», визначає його мету, структуру та корисні мовні засоби.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Пише зв’язний текст у жанрі «електронний лист другові / подрузі по листуванню», використовує факти й вивчену мову Unit, дає / отримує короткий відгук і робить другу спробу після редагування.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envelope, letter, post, postbox, postcard, post office, stamp; лексика жанру й зв’язності.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Present perfect with ever / never та Present perfect with for / since; орфографія й пунктуація відповідно до жанру.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Writing + Video + Value: підсумок Unit</w:t>
              <w:br/>
              <w:t>SB pp. 14–16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Створювати короткий текст «електронний лист другові / подрузі по листуванню» з опорою на модель; дивитися відео про як тварини спілкуються; порівнювати побачене з власним досвідом і застосовувати Value «Замислюватися над власною культурною ідентичністю» у змістовному обговоренні.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Мовна, соціальна, культурна та громадянська компетентності: інтегрує мовний і предметний зміст, поважає різні способи життя, працює з відео критично й визначає власний наступний навчальний крок.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 про як тварини спілкуються, знаходить конкретні факти, співвідносить їх із темою Unit і читає модель письмового завдання.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короткий зв’язний текст, представляє 2–4 ключові думки, порівнює власний досвід із відео, передає партнерові один важливий факт і рефлексує, що вже може зробити мовою Unit.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envelope, letter, post, postbox, postcard, post office, stamp; bury, newspaper, magazine, object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Present perfect with ever / never та Present perfect with for / since; інтонація усного представлення.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Unit 2. Life on the road — Життя в дорозі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Life on the road — Життя в дорозі: входимо в тему + Vocabulary</w:t>
              <w:br/>
              <w:t>SB pp. 17–18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Описувати життя й подорожі в дорозі; говорити про досвід і завершені події; порівнювати способи життя та ставитися з повагою до інших культур; реагувати на запитання за фото, активувати попередні знання й використовувати ключову лексику в короткому обговоренні.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соціальна, географічна та мовна компетентності: пов’язує реальний контекст із власним досвідом, ставить змістовні запитання, слухає інших і формулює обґрунтовані короткі висновки.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ключові слова теми, підписи, запитання за фото та основний зміст аудіо «опис кочового життя туарегів Нігеру»; знаходить потрібні факти й співвідносить їх із візуальними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й пояснює ключові поняття теми, відповідає на запитання за фото, підтримує 3–5 реплік і починає використовувати мову, потрібну, щоб описувати життя й подорожі в дорозі; говорити про досвід і завершені події; порівнювати способи життя та ставитися з повагою до інших культур.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carpet, cooker, cushion, electricity, fire, fridge, pot, shelf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повторення раніше вивчених структур у новому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Життя в дорозі: Vocabulary + listening у деталях</w:t>
              <w:br/>
              <w:t>SB p. 18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Точно використовувати тематичну лексику; слухати «опис кочового життя туарегів Нігеру», відрізняти головну інформацію від деталей і переносити почуте у власні приклади.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інформаційна та соціальна компетентності: використовує контекст і візуальні опори, робить нотатки ключовими словами та перевіряє розуміння разом із партнером.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і конкретні деталі аудіо «опис кочового життя туарегів Нігеру», упізнає нові слова в природному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 з партнером, уточнює деталь, стисло передає один-два факти іншій парі або групі та створює власні приклади з новою лексикою.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carpet, cooker, cushion, electricity, fire, fridge, pot, shelf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граматичних моделей, потрібних для опису фактів, досвіду й власної реакції.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Grammar 1 — Present perfect and Past simple</w:t>
              <w:br/>
              <w:t>SB p. 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й форму Present perfect and Past simple; розрізняти present perfect для досвіду / результату та past simple для завершених подій із конкретним минулим часом у керованих і персоналізованих ситуаціях.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й навчальна компетентності: співвідносить граматичну форму з комунікативним наміром, аналізує приклади, перевіряє відповідь за контекстом і переносить модель у власне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Present perfect and Past simple у коротких діалогах, прикладах і завданнях та визначає, яку інформацію передає форма.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Будує твердження / запитання з Present perfect and Past simple, персоналізує приклади, реагує на відповідь партнера й коротко пояснює свій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carpet, cooker, cushion, electricity, fire, fridge, pot, shelf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perfect and Past simple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Grammar 1: застосовуємо у взаємодії</w:t>
              <w:br/>
              <w:t>SB p. 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розрізняти present perfect для досвіду / результату та past simple для завершених подій із конкретним минулим часом; ставити follow-up questions, уточнювати інформацію та використовувати граматику для реальної комунікативної мети.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підтримує обмін інформацією, слухає відповідь партнера, коригує формулювання й допомагає зберегти взаєморозуміння.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короткі зв’язні висловлення з Present perfect and Past simple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5–7 реплік із Present perfect and Past simple, змінює елементи моделі, ставить уточнювальне запитання й стисло медіює почуте для іншого партнера або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carpet, cooker, cushion, electricity, fire, fridge, pot, shelf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perfect and Past simple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A2 Flyers practice: сприймання й точність</w:t>
              <w:br/>
              <w:t>SB pp. 18–21; Workbook / Online Practice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Застосовувати знайому лексику й граматику у форматі завдань A2 Flyers; читати / слухати інструкцію до кінця, знаходити ключові слова, перевіряти відповідь і використовувати стратегії Collaborate, Reflect та Second Chance.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планує виконання, контролює час без поспіху, перевіряє відповідь за доказом у тексті / аудіо та використовує зворотний зв’язок для повторної спроби.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завдання екзаменаційного типу з лексикою Unit 2 та моделлю Present perfect and Past simple; знаходить конкретні деталі й помічає мовні підказки.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партнерові стратегію виконання, виправляє помилку після перевірки, формулює повну коротку відповідь і називає одну стратегію, яка допомогла.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carpet, cooker, cushion, electricity, fire, fridge, pot, shelf; geography, language, left (leave)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perfect and Past simple; підготовка до A2 Flyers.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Reading — The Zapp family + Grammar 2</w:t>
              <w:br/>
              <w:t>SB pp. 20–21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«подорож родини Запп», визначати основну думку й конкретні деталі; використовувати Reading vocabulary; говорити про нещодавні та очікувані події за допомогою already, yet, just.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Мовно-літературна, інформаційна та культурна, соціальна, географічна та мовна компетентності: співвідносить текст із фото / схемою, знаходить текстові докази, відрізняє факт від припущення й обговорює зміст коректно.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«подорож родини Запп», знаходить явні та частково імпліцитні деталі; розуміє Present perfect with already / yet / just у контексті читання й прикладів.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 за текстом, стисло узагальнює один фрагмент, наводить доказ і застосовує Present perfect with already / yet / just у керованій парній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geography, language, left (leave); повторення carpet, cooker, cushion, electricity, fire, fridge, pot, shelf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perfect with already / yet / just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Reading у деталях + Grammar 2 у мовленні</w:t>
              <w:br/>
              <w:t>SB pp. 20–21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опрацьовувати текст «подорож родини Запп», знаходити докази, встановлювати логічні зв’язки й самостійніше говорити про нещодавні та очікувані події за допомогою already, yet, just.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критичне мислення та соціальна компетентність: перевіряє інтерпретацію за текстом, порівнює відповіді, аргументує й коректно уточнює позицію.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деталі в тексті, розрізняє основну й допоміжну інформацію та розуміє Present perfect with already / yet / just у дещо зміненому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відповіді, наводить текстовий доказ, створює 5–7 власних прикладів із Present perfect with already / yet / just й стисло передає ключову інформацію іншій групі.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geography, language, left (leave); carpet, cooker, cushion, electricity, fire, fridge, pot, shelf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perfect with already / yet / just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Chant / Song + Value — Поважати інші культури</w:t>
              <w:br/>
              <w:t>SB p. 22; Workbook Value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ключову мову Unit у ритмічному тексті; обговорювати Value «Поважати інші культури», наводити реалістичні приклади й пов’язувати цінність із повсякденними рішеннями.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культурна й особистісна компетентності: порівнює способи життя без оцінних стереотипів, виявляє цікавість і повагу до звичаїв, мов та життєвого досвіду інших людей.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ключову лексику та граматичні моделі у chant / song, розуміє короткі твердження про Value та визначає доречний приклад поведінки.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Відтворює ключові рядки з природним ритмом, бере участь у короткому обговоренні, формулює 2–3 аргументовані репліки та коректно реагує на інший досвід.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carpet, cooker, cushion, electricity, fire, fridge, pot, shelf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Present perfect and Past simple та Present perfect with already / yet / just; ритм, наголос та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Writing workshop — біографія людини, якою учень / учениця захоплюється</w:t>
              <w:br/>
              <w:t>SB p. 23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Аналізувати модельний текст і створювати «біографія людини, якою учень / учениця захоплюється»: визначати адресата / мету, планувати зміст, писати, перечитувати й редагувати за одним-двома критеріями.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Мовна, інформаційна та навчальна компетентності: використовує модель як опору, дотримується поставленого завдання, редагує зміст і точність та приймає конкретний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 жанру «біографія людини, якою учень / учениця захоплюється», визначає його мету, структуру та корисні мовні засоби.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Пише зв’язний текст у жанрі «біографія людини, якою учень / учениця захоплюється», використовує факти й вивчену мову Unit, дає / отримує короткий відгук і робить другу спробу після редагування.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carpet, cooker, cushion, electricity, fire, fridge, pot, shelf; лексика жанру й зв’язності.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Present perfect and Past simple та Present perfect with already / yet / just; орфографія й пунктуація відповідно до жанру.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Writing + Video + Value: підсумок Unit</w:t>
              <w:br/>
              <w:t>SB pp. 22–24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Створювати короткий текст «біографія людини, якою учень / учениця захоплюється» з опорою на модель; дивитися відео про подорожі дітей із різних країн; порівнювати побачене з власним досвідом і застосовувати Value «Поважати інші культури» у змістовному обговоренні.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соціальна, географічна та мовна компетентності: інтегрує мовний і предметний зміст, поважає різні способи життя, працює з відео критично й визначає власний наступний навчальний крок.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 про подорожі дітей із різних країн, знаходить конкретні факти, співвідносить їх із темою Unit і читає модель письмового завдання.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короткий зв’язний текст, представляє 2–4 ключові думки, порівнює власний досвід із відео, передає партнерові один важливий факт і рефлексує, що вже може зробити мовою Unit.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carpet, cooker, cushion, electricity, fire, fridge, pot, shelf; geography, language, left (leave)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Present perfect and Past simple та Present perfect with already / yet / just; інтонація усного представлення.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Function 1. Leaving a message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Function 1. Leaving a message — Залишаємо голосове повідомлення</w:t>
              <w:br/>
              <w:t>SB p. 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Слухати модельний діалог і залишати й розуміти короткі голосові повідомлення: представитися, пояснити причину дзвінка, попросити передзвонити та залишити номер телефону; добирати ввічливі формули відповідно до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міжкультурна й мовна компетентності: використовує функціональну мову ввічливо, слухає реакцію співрозмовника й підтримує взаєморозуміння.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короткий функціональний діалог, визначає намір мовців, ключові деталі та доречну відповідь.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Розігрує коротку модельну ситуацію, змінює ключові деталі, уточнює інформацію й реагує на непередбачену відповідь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Hello, this is ...; I’m sorry, but I can’t answer my phone at the moment.; Please leave a message after the beep.; Hi ..., it’s ...; Please call me back.; My number’s ...; I’ll phone again later.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Функціональні мовні моделі; прагматика, наголос та інтонація ввічливої взаємодії.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Function 1. Залишаємо голосове повідомлення: розгорнута рольова взаємодія</w:t>
              <w:br/>
              <w:t>SB p. 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Самостійно залишати й розуміти короткі голосові повідомлення: представитися, пояснити причину дзвінка, попросити передзвонити та залишити номер телефону; комбінувати функціональні формули, перефразовувати й уточнювати, якщо партнер не зрозумів або змінив умови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імпровізує в межах безпечного сценарію, зберігає ввічливий регістр, активно слухає й допомагає партнерові завершити комунікативне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природніший темп коротких функціональних діалогів і розпізнає перефразовані знайомі формули.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Імпровізує 8–10 реплік, змінює ролі, ставить follow-up question, медіює ключову домовленість / повідомлення для третьої особи.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Hello, this is ...; I’m sorry, but I can’t answer my phone at the moment.; Please leave a message after the beep.; Hi ..., it’s ...; Please call me back.; My number’s ...; I’ll phone again later.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Функціональна мова; інтонація, паузи й регістр.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School trip 1. The cave art of France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School trip 1. The cave art of France — Печерне мистецтво Франції</w:t>
              <w:br/>
              <w:t>SB pp. 26–27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вступний матеріал і дивитися відео про печерне мистецтво франції; знаходити факти про Lascaux і Chauvet; вік печерних малюнків; тварини, символи, червона й чорна фарба; що печерне мистецтво може розповісти про світ давніх людей; обговорювати побачене й пов’язувати його з темами курсу.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історична, творча та інформаційна компетентності: працює з відео й фактажем, розрізняє спостереження та припущення, ставить запитання й поважає культурний / природний контекст.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School trip video, знаходить конкретні факти, співвідносить їх із фото, картою або запитаннями Student’s Book.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запитання, формулює 3–5 зв’язних реплік, порівнює інформацію з власним досвідом і стисло передає партнерові один ключовий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Тематична лексика School trip: Lascaux і Chauvet; вік печерних малюнків; тварини, символи, червона й чорна фарба; що печерне мистецтво може розповісти про світ давніх людей.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граматики попередніх Units.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School trip 1. Проєкт — Печерне мистецтво Франції</w:t>
              <w:br/>
              <w:t>SB pp. 26–27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Створити власний «печерний» малюнок на коричневому папері, використовуючи образи тварин і кольори, близькі до матеріалу відео, та представити роботу класу; планувати зміст, добирати інформацію / матеріали та розподіляти посильні ролі.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співпраця й інформаційна грамотність: планує продукт, перевіряє факти, узгоджує критерії та відповідально використовує зображення й джерела.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покрокові інструкції проєкту, визначає потрібні матеріали, інформацію й очікуваний результат.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проєктний продукт, пояснює ключові рішення, відповідає на запитання й допомагає групі представити результат зрозуміло для аудиторії.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Тематична лексика School trip; слова для планування, дослідження й презентації.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граматики попередніх Units у проєктному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School trip 1. Дослідження, презентація й медіація</w:t>
              <w:br/>
              <w:t>SB pp. 26–27; додаткові джерела за вибором учителя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Розширювати тему печерне мистецтво франції через коротке дослідження; зіставляти два джерела, відбирати надійні факти, представляти результат і стисло пояснювати його іншій групі.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Інформаційна, цифрова, мовна й соціальна компетентності: перевіряє джерело, відділяє факт від думки, дотримується авторства матеріалів і дає змістовний зворотний зв’язок.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короткий додатковий текст / відео за темою й знаходить 3–5 фактів, які підтверджують або розширюють матеріал Student’s Book.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Презентує 1–2 хвилини, відповідає на 3–4 запитання, стисло медіює висновок для іншої групи та формулює один корисний коментар до чужої презентації.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Тематична лексика School trip; академічні слова для джерел, фактів, порівняння й висновку.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граматики; мовні засоби аргументації й презентації.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Review 1: Units 1–2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1: Units 1–2</w:t>
              <w:br/>
              <w:t>SB p. 28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й систематизувати матеріал Units 1–2; відновлювати тематичну лексику, обирати доречні граматичні форми, читати / слухати короткі завдання й переносити мову в нові приклади.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визначає, що вже засвоєно, пояснює стратегію виконання, виправляє помилки після перевірки й формулює один наступний крок.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завдання Review за Units 1–2, знаходить ключові слова, конкретні деталі й граматичні сигнали.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усні й письмові завдання, пояснює один вибір, комбінує матеріал кількох уроків і коротко оцінює власний прогрес без порівняння з іншими.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Повторення: способи зв’язку, пошта; предмети й речі в дорозі.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Повторення: Present perfect with ever / never; for / since; Present perfect vs Past simple; already / yet / just.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Unit 3. Challenges — Виклики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Challenges — Виклики: входимо в тему + Vocabulary</w:t>
              <w:br/>
              <w:t>SB pp. 29–30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Говорити про змагання, виклики та досягнення; описувати фонові й перервані дії в минулому; розповідати історії про наполегливість і працю; реагувати на запитання за фото, активувати попередні знання й використовувати ключову лексику в короткому обговоренні.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підприємницька, здоров’язбережувальна та мовна компетентності: пов’язує реальний контекст із власним досвідом, ставить змістовні запитання, слухає інших і формулює обґрунтовані короткі висновки.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ключові слова теми, підписи, запитання за фото та основний зміст аудіо «репортаж про фестиваль Наадам у Монголії»; знаходить потрібні факти й співвідносить їх із візуальними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й пояснює ключові поняття теми, відповідає на запитання за фото, підтримує 3–5 реплік і починає використовувати мову, потрібну, щоб говорити про змагання, виклики та досягнення; описувати фонові й перервані дії в минулому; розповідати історії про наполегливість і працю.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competitions, prize, race, rider, stadium, taking part, win, winner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повторення раніше вивчених структур у новому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Виклики: Vocabulary + listening у деталях</w:t>
              <w:br/>
              <w:t>SB p. 30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Точно використовувати тематичну лексику; слухати «репортаж про фестиваль Наадам у Монголії», відрізняти головну інформацію від деталей і переносити почуте у власні приклади.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інформаційна та соціальна компетентності: використовує контекст і візуальні опори, робить нотатки ключовими словами та перевіряє розуміння разом із партнером.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і конкретні деталі аудіо «репортаж про фестиваль Наадам у Монголії», упізнає нові слова в природному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 з партнером, уточнює деталь, стисло передає один-два факти іншій парі або групі та створює власні приклади з новою лексикою.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competitions, prize, race, rider, stadium, taking part, win, winner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граматичних моделей, потрібних для опису фактів, досвіду й власної реакції.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Grammar 1 — Past continuous</w:t>
              <w:br/>
              <w:t>SB p. 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й форму Past continuous; описувати дії, що тривали у певний момент у минулому, за допомогою past continuous у керованих і персоналізованих ситуаціях.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й навчальна компетентності: співвідносить граматичну форму з комунікативним наміром, аналізує приклади, перевіряє відповідь за контекстом і переносить модель у власне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Past continuous у коротких діалогах, прикладах і завданнях та визначає, яку інформацію передає форма.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Будує твердження / запитання з Past continuous, персоналізує приклади, реагує на відповідь партнера й коротко пояснює свій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competitions, prize, race, rider, stadium, taking part, win, winner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Past continuous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Grammar 1: застосовуємо у взаємодії</w:t>
              <w:br/>
              <w:t>SB p. 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описувати дії, що тривали у певний момент у минулому, за допомогою past continuous; ставити follow-up questions, уточнювати інформацію та використовувати граматику для реальної комунікативної мети.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підтримує обмін інформацією, слухає відповідь партнера, коригує формулювання й допомагає зберегти взаєморозуміння.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короткі зв’язні висловлення з Past continuous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5–7 реплік із Past continuous, змінює елементи моделі, ставить уточнювальне запитання й стисло медіює почуте для іншого партнера або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competitions, prize, race, rider, stadium, taking part, win, winner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Past continuous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A2 Flyers practice: сприймання й точність</w:t>
              <w:br/>
              <w:t>SB pp. 30–33; Workbook / Online Practice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Застосовувати знайому лексику й граматику у форматі завдань A2 Flyers; читати / слухати інструкцію до кінця, знаходити ключові слова, перевіряти відповідь і використовувати стратегії Collaborate, Reflect та Second Chance.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планує виконання, контролює час без поспіху, перевіряє відповідь за доказом у тексті / аудіо та використовує зворотний зв’язок для повторної спроби.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завдання екзаменаційного типу з лексикою Unit 3 та моделлю Past continuous; знаходить конкретні деталі й помічає мовні підказки.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партнерові стратегію виконання, виправляє помилку після перевірки, формулює повну коротку відповідь і називає одну стратегію, яка допомогла.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competitions, prize, race, rider, stadium, taking part, win, winner; blind, board, chess, pieces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Past continuous; підготовка до A2 Flyers.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Reading — The Polgár sisters + Grammar 2</w:t>
              <w:br/>
              <w:t>SB pp. 32–33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«історія сестер Полгар», визначати основну думку й конкретні деталі; використовувати Reading vocabulary; поєднувати фонову тривалу дію та коротшу подію в минулому за допомогою when.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Мовно-літературна, інформаційна та соціальна, підприємницька, здоров’язбережувальна та мовна компетентності: співвідносить текст із фото / схемою, знаходить текстові докази, відрізняє факт від припущення й обговорює зміст коректно.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«історія сестер Полгар», знаходить явні та частково імпліцитні деталі; розуміє Past continuous + Past simple with when у контексті читання й прикладів.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 за текстом, стисло узагальнює один фрагмент, наводить доказ і застосовує Past continuous + Past simple with when у керованій парній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blind, board, chess, pieces; повторення competitions, prize, race, rider, stadium, taking part, win, winner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Past continuous + Past simple with when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Reading у деталях + Grammar 2 у мовленні</w:t>
              <w:br/>
              <w:t>SB pp. 32–33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опрацьовувати текст «історія сестер Полгар», знаходити докази, встановлювати логічні зв’язки й самостійніше поєднувати фонову тривалу дію та коротшу подію в минулому за допомогою when.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критичне мислення та соціальна компетентність: перевіряє інтерпретацію за текстом, порівнює відповіді, аргументує й коректно уточнює позицію.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деталі в тексті, розрізняє основну й допоміжну інформацію та розуміє Past continuous + Past simple with when у дещо зміненому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відповіді, наводить текстовий доказ, створює 5–7 власних прикладів із Past continuous + Past simple with when й стисло передає ключову інформацію іншій групі.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blind, board, chess, pieces; competitions, prize, race, rider, stadium, taking part, win, winner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Past continuous + Past simple with when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Chant / Song + Value — Наполегливо працювати</w:t>
              <w:br/>
              <w:t>SB p. 34; Workbook Value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ключову мову Unit у ритмічному тексті; обговорювати Value «Наполегливо працювати», наводити реалістичні приклади й пов’язувати цінність із повсякденними рішеннями.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культурна й особистісна компетентності: пояснює роль практики, підготовки та наполегливості в досягненні мети, відрізняє здорове прагнення до результату від надмірного тиску.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ключову лексику та граматичні моделі у chant / song, розуміє короткі твердження про Value та визначає доречний приклад поведінки.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Відтворює ключові рядки з природним ритмом, бере участь у короткому обговоренні, формулює 2–3 аргументовані репліки та коректно реагує на інший досвід.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competitions, prize, race, rider, stadium, taking part, win, winner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Past continuous та Past continuous + Past simple with when; ритм, наголос та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Writing workshop — коротка історія про спортивне змагання</w:t>
              <w:br/>
              <w:t>SB p. 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Аналізувати модельний текст і створювати «коротка історія про спортивне змагання»: визначати адресата / мету, планувати зміст, писати, перечитувати й редагувати за одним-двома критеріями.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Мовна, інформаційна та навчальна компетентності: використовує модель як опору, дотримується поставленого завдання, редагує зміст і точність та приймає конкретний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 жанру «коротка історія про спортивне змагання», визначає його мету, структуру та корисні мовні засоби.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Пише зв’язний текст у жанрі «коротка історія про спортивне змагання», використовує факти й вивчену мову Unit, дає / отримує короткий відгук і робить другу спробу після редагування.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competitions, prize, race, rider, stadium, taking part, win, winner; лексика жанру й зв’язності.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Past continuous та Past continuous + Past simple with when; орфографія й пунктуація відповідно до жанру.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Writing + Video + Value: підсумок Unit</w:t>
              <w:br/>
              <w:t>SB pp. 34–36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Створювати короткий текст «коротка історія про спортивне змагання» з опорою на модель; дивитися відео про життя в Монголії; порівнювати побачене з власним досвідом і застосовувати Value «Наполегливо працювати» у змістовному обговоренні.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підприємницька, здоров’язбережувальна та мовна компетентності: інтегрує мовний і предметний зміст, поважає різні способи життя, працює з відео критично й визначає власний наступний навчальний крок.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 про життя в Монголії, знаходить конкретні факти, співвідносить їх із темою Unit і читає модель письмового завдання.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короткий зв’язний текст, представляє 2–4 ключові думки, порівнює власний досвід із відео, передає партнерові один важливий факт і рефлексує, що вже може зробити мовою Unit.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competitions, prize, race, rider, stadium, taking part, win, winner; blind, board, chess, pieces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Past continuous та Past continuous + Past simple with when; інтонація усного представлення.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Unit 4. What's on your plate? — Що у тебе на тарілці?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What's on your plate? — Що у тебе на тарілці?: входимо в тему + Vocabulary</w:t>
              <w:br/>
              <w:t>SB pp. 37–38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Говорити про їжу, приготування та харчові звички; описувати процеси в present simple; уточнювати людей, речі й місця за допомогою relative clauses; оцінювати збалансованість харчування; реагувати на запитання за фото, активувати попередні знання й використовувати ключову лексику в короткому обговоренні.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Здоров’язбережувальна, культурна, підприємницька та мовна компетентності: пов’язує реальний контекст із власним досвідом, ставить змістовні запитання, слухає інших і формулює обґрунтовані короткі висновки.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ключові слова теми, підписи, запитання за фото та основний зміст аудіо «опис млинців у різних країнах світу»; знаходить потрібні факти й співвідносить їх із візуальними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й пояснює ключові поняття теми, відповідає на запитання за фото, підтримує 3–5 реплік і починає використовувати мову, потрібну, щоб говорити про їжу, приготування та харчові звички; описувати процеси в present simple; уточнювати людей, речі й місця за допомогою relative clauses; оцінювати збалансованість харчування.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biscuit, butter, flour, honey, pepper, salt, sugar, yoghurt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повторення раніше вивчених структур у новому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Що у тебе на тарілці?: Vocabulary + listening у деталях</w:t>
              <w:br/>
              <w:t>SB p. 38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Точно використовувати тематичну лексику; слухати «опис млинців у різних країнах світу», відрізняти головну інформацію від деталей і переносити почуте у власні приклади.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інформаційна та соціальна компетентності: використовує контекст і візуальні опори, робить нотатки ключовими словами та перевіряє розуміння разом із партнером.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і конкретні деталі аудіо «опис млинців у різних країнах світу», упізнає нові слова в природному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 з партнером, уточнює деталь, стисло передає один-два факти іншій парі або групі та створює власні приклади з новою лексикою.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biscuit, butter, flour, honey, pepper, salt, sugar, yoghurt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граматичних моделей, потрібних для опису фактів, досвіду й власної реакції.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Grammar 1 — Present simple for facts and processes</w:t>
              <w:br/>
              <w:t>SB p. 39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й форму Present simple for facts and processes; описувати типові дії, факти та послідовність простого процесу в present simple у керованих і персоналізованих ситуаціях.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й навчальна компетентності: співвідносить граматичну форму з комунікативним наміром, аналізує приклади, перевіряє відповідь за контекстом і переносить модель у власне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Present simple for facts and processes у коротких діалогах, прикладах і завданнях та визначає, яку інформацію передає форма.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Будує твердження / запитання з Present simple for facts and processes, персоналізує приклади, реагує на відповідь партнера й коротко пояснює свій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biscuit, butter, flour, honey, pepper, salt, sugar, yoghurt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simple for facts and processes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Grammar 1: застосовуємо у взаємодії</w:t>
              <w:br/>
              <w:t>SB p. 39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описувати типові дії, факти та послідовність простого процесу в present simple; ставити follow-up questions, уточнювати інформацію та використовувати граматику для реальної комунікативної мети.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підтримує обмін інформацією, слухає відповідь партнера, коригує формулювання й допомагає зберегти взаєморозуміння.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короткі зв’язні висловлення з Present simple for facts and processes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5–7 реплік із Present simple for facts and processes, змінює елементи моделі, ставить уточнювальне запитання й стисло медіює почуте для іншого партнера або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biscuit, butter, flour, honey, pepper, salt, sugar, yoghurt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simple for facts and processes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A2 Flyers practice: сприймання й точність</w:t>
              <w:br/>
              <w:t>SB pp. 38–41; Workbook / Online Practice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Застосовувати знайому лексику й граматику у форматі завдань A2 Flyers; читати / слухати інструкцію до кінця, знаходити ключові слова, перевіряти відповідь і використовувати стратегії Collaborate, Reflect та Second Chance.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планує виконання, контролює час без поспіху, перевіряє відповідь за доказом у тексті / аудіо та використовує зворотний зв’язок для повторної спроби.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завдання екзаменаційного типу з лексикою Unit 4 та моделлю Present simple for facts and processes; знаходить конкретні деталі й помічає мовні підказки.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партнерові стратегію виконання, виправляє помилку після перевірки, формулює повну коротку відповідь і називає одну стратегію, яка допомогла.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biscuit, butter, flour, honey, pepper, salt, sugar, yoghurt; delicious, forks, knives, prepare, spoons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simple for facts and processes; підготовка до A2 Flyers.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Reading — A restaurant where the children cook + Grammar 2</w:t>
              <w:br/>
              <w:t>SB pp. 40–41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«ресторан, у якому готують діти», визначати основну думку й конкретні деталі; використовувати Reading vocabulary; уточнювати, про яку людину, річ або місце йдеться, використовуючи who, which / that, where.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Мовно-літературна, інформаційна та здоров’язбережувальна, культурна, підприємницька та мовна компетентності: співвідносить текст із фото / схемою, знаходить текстові докази, відрізняє факт від припущення й обговорює зміст коректно.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«ресторан, у якому готують діти», знаходить явні та частково імпліцитні деталі; розуміє Relative clauses with who / which / that / where у контексті читання й прикладів.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 за текстом, стисло узагальнює один фрагмент, наводить доказ і застосовує Relative clauses with who / which / that / where у керованій парній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delicious, forks, knives, prepare, spoons; повторення biscuit, butter, flour, honey, pepper, salt, sugar, yoghurt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Relative clauses with who / which / that / where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Reading у деталях + Grammar 2 у мовленні</w:t>
              <w:br/>
              <w:t>SB pp. 40–41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опрацьовувати текст «ресторан, у якому готують діти», знаходити докази, встановлювати логічні зв’язки й самостійніше уточнювати, про яку людину, річ або місце йдеться, використовуючи who, which / that, where.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критичне мислення та соціальна компетентність: перевіряє інтерпретацію за текстом, порівнює відповіді, аргументує й коректно уточнює позицію.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деталі в тексті, розрізняє основну й допоміжну інформацію та розуміє Relative clauses with who / which / that / where у дещо зміненому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відповіді, наводить текстовий доказ, створює 5–7 власних прикладів із Relative clauses with who / which / that / where й стисло передає ключову інформацію іншій групі.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delicious, forks, knives, prepare, spoons; biscuit, butter, flour, honey, pepper, salt, sugar, yoghurt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Relative clauses with who / which / that / where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Chant / Song + Value — Харчуватися здорово</w:t>
              <w:br/>
              <w:t>SB p. 42; Workbook Value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ключову мову Unit у ритмічному тексті; обговорювати Value «Харчуватися здорово», наводити реалістичні приклади й пов’язувати цінність із повсякденними рішеннями.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культурна й особистісна компетентності: аналізує склад простого прийому їжі, помічає баланс продуктів і формулює реалістичні поради без оцінювання зовнішності чи харчових уподобань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ключову лексику та граматичні моделі у chant / song, розуміє короткі твердження про Value та визначає доречний приклад поведінки.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Відтворює ключові рядки з природним ритмом, бере участь у короткому обговоренні, формулює 2–3 аргументовані репліки та коректно реагує на інший досвід.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biscuit, butter, flour, honey, pepper, salt, sugar, yoghurt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Present simple for facts and processes та Relative clauses with who / which / that / where; ритм, наголос та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Writing workshop — відгук про кафе або ресторан</w:t>
              <w:br/>
              <w:t>SB p. 43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Аналізувати модельний текст і створювати «відгук про кафе або ресторан»: визначати адресата / мету, планувати зміст, писати, перечитувати й редагувати за одним-двома критеріями.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Мовна, інформаційна та навчальна компетентності: використовує модель як опору, дотримується поставленого завдання, редагує зміст і точність та приймає конкретний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 жанру «відгук про кафе або ресторан», визначає його мету, структуру та корисні мовні засоби.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Пише зв’язний текст у жанрі «відгук про кафе або ресторан», використовує факти й вивчену мову Unit, дає / отримує короткий відгук і робить другу спробу після редагування.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biscuit, butter, flour, honey, pepper, salt, sugar, yoghurt; лексика жанру й зв’язності.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Present simple for facts and processes та Relative clauses with who / which / that / where; орфографія й пунктуація відповідно до жанру.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Writing + Video + Value: підсумок Unit</w:t>
              <w:br/>
              <w:t>SB pp. 42–44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Створювати короткий текст «відгук про кафе або ресторан» з опорою на модель; дивитися відео про шкільні обіди в різних країнах; порівнювати побачене з власним досвідом і застосовувати Value «Харчуватися здорово» у змістовному обговоренні.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Здоров’язбережувальна, культурна, підприємницька та мовна компетентності: інтегрує мовний і предметний зміст, поважає різні способи життя, працює з відео критично й визначає власний наступний навчальний крок.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 про шкільні обіди в різних країнах, знаходить конкретні факти, співвідносить їх із темою Unit і читає модель письмового завдання.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короткий зв’язний текст, представляє 2–4 ключові думки, порівнює власний досвід із відео, передає партнерові один важливий факт і рефлексує, що вже може зробити мовою Unit.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biscuit, butter, flour, honey, pepper, salt, sugar, yoghurt; delicious, forks, knives, prepare, spoons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Present simple for facts and processes та Relative clauses with who / which / that / where; інтонація усного представлення.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Game 1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Game 1: інтегроване повторення Units 1–4</w:t>
              <w:br/>
              <w:t>SB p. 45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Грати за правилами й активно використовувати лексику та граматику Units 1–4; ставити запитання, відповідати повними короткими репліками й самостійно виправляти прості помилки.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навчальна компетентності: дотримується правил і черговості, використовує англійську для досягнення мети гри, підтримує партнера й сприймає помилку як частину навчання.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правила гри, інструкції й мовні підказки з попередніх Units.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ігрові завдання англійською, пояснює відповідь, ставить уточнювальне запитання та коректно реагує на перемогу / програш.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1–4.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Grammar Units 1–4.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Game 1: створюємо нові завдання до гри</w:t>
              <w:br/>
              <w:t>SB p. 45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Аналізувати, яку мову перевіряють завдання Game 1; створювати власні картки / запитання / клітинки гри для Units 1–4 і тестувати їх на однокласниках.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 і метанавчання: розуміє навчальну мету гри, формулює однозначне завдання, перевіряє ключ і коригує складність після проби.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 та приклади однокласників, визначає, яку лексику або граматику потрібно використати.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4–6 коректних ігрових завдань, пояснює правила, проводить мініраунд і дає конкретний доброзичливий зворотний зв’язок.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1–4.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Grammar Units 1–4; формулювання інструкцій і запитань.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Reading extra 1. The story behind the marathon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Reading extra 1. The story behind the marathon — Історія марафону</w:t>
              <w:br/>
              <w:t>SB pp. 46–47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й слухати про сучасні незвичайні марафони та походження марафонської дистанції; простежувати факти про pheidippides, перші сучасні олімпійські ігри та зміну дистанції марафону; читати для змісту, а не лише для перевірки граматики, та реагувати на прочитане.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Мовно-літературна, історична, здоров’язбережувальна та інформаційна компетентності: читає довший текст із цікавістю, використовує контекст і попередні знання, знаходить докази та поважає культурний контекст історії / теми.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Reading extra, відновлює ключову послідовність / факти, знаходить конкретні деталі й значення частини нової лексики з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запитання, стисло переказує епізод / факт, наводить доказ із тексту та висловлює обґрунтовану особисту реакцію.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Reading extra 1; повторення Vocabulary Units 1–4.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Grammar Units 1–4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Reading extra 1. Творча й аналітична реакція — Історія марафону</w:t>
              <w:br/>
              <w:t>SB pp. 46–47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Створити хронологічну стрічку / короткий усний переказ ключових етапів історії марафону та обговорити, який факт був найбільш несподіваним; порівнювати інтерпретації, використовувати текстові докази й представляти результат класу.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Мовно-літературна, творча й соціальна компетентності: перетворює інформацію / сюжет на власний продукт, зберігає зміст джерела й дає змістовний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читає текст для конкретної мети, знаходить деталі, які потрібні для творчого / аналітичного завдання, та перевіряє їх за джерелом.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короткий творчий / інформаційний продукт, презентує його, відповідає на запитання й пояснює, які деталі тексту використав / використала.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Reading extra 1; повторення Units 1–4.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Grammar Units 1–4; мовні засоби оповіді, пояснення й реакції.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Review 2: Units 3–4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2: Units 3–4</w:t>
              <w:br/>
              <w:t>SB p. 48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й систематизувати матеріал Units 3–4; відновлювати тематичну лексику, обирати доречні граматичні форми, читати / слухати короткі завдання й переносити мову в нові приклади.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визначає, що вже засвоєно, пояснює стратегію виконання, виправляє помилки після перевірки й формулює один наступний крок.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завдання Review за Units 3–4, знаходить ключові слова, конкретні деталі й граматичні сигнали.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усні й письмові завдання, пояснює один вибір, комбінує матеріал кількох уроків і коротко оцінює власний прогрес без порівняння з іншими.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Повторення: змагання й досягнення; продукти й приготування їжі.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Повторення: Past continuous; when + Past continuous / Past simple; Present simple; relative clauses who / which / that / where.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Unit 5. The animal kingdom — Тваринний світ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The animal kingdom — Тваринний світ: входимо в тему + Vocabulary</w:t>
              <w:br/>
              <w:t>SB pp. 49–50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Описувати тварин та їхні ознаки; порівнювати тварин; говорити про достатність і надмірність умов; пояснювати пристосування живих організмів; реагувати на запитання за фото, активувати попередні знання й використовувати ключову лексику в короткому обговоренні.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Природничо-наукова, екологічна, математична та мовна компетентності: пов’язує реальний контекст із власним досвідом, ставить змістовні запитання, слухає інших і формулює обґрунтовані короткі висновки.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ключові слова теми, підписи, запитання за фото та основний зміст аудіо «інформація про гарпію»; знаходить потрібні факти й співвідносить їх із візуальними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й пояснює ключові поняття теми, відповідає на запитання за фото, підтримує 3–5 реплік і починає використовувати мову, потрібну, щоб описувати тварин та їхні ознаки; порівнювати тварин; говорити про достатність і надмірність умов; пояснювати пристосування живих організмів.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beetle, butterfly, eagle, insects, mammals, mouse, mice, plant, snake, tortoise, wing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повторення раніше вивчених структур у новому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Тваринний світ: Vocabulary + listening у деталях</w:t>
              <w:br/>
              <w:t>SB p. 50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Точно використовувати тематичну лексику; слухати «інформація про гарпію», відрізняти головну інформацію від деталей і переносити почуте у власні приклади.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інформаційна та соціальна компетентності: використовує контекст і візуальні опори, робить нотатки ключовими словами та перевіряє розуміння разом із партнером.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і конкретні деталі аудіо «інформація про гарпію», упізнає нові слова в природному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 з партнером, уточнює деталь, стисло передає один-два факти іншій парі або групі та створює власні приклади з новою лексикою.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beetle, butterfly, eagle, insects, mammals, mouse, mice, plant, snake, tortoise, wing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граматичних моделей, потрібних для опису фактів, досвіду й власної реакції.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Grammar 1 — Comparatives and superlatives; as ... as</w:t>
              <w:br/>
              <w:t>SB p. 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й форму Comparatives and superlatives; as ... as; порівнювати тварин за розміром, швидкістю, вагою та іншими ознаками, використовуючи comparatives, superlatives та as ... as у керованих і персоналізованих ситуаціях.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й навчальна компетентності: співвідносить граматичну форму з комунікативним наміром, аналізує приклади, перевіряє відповідь за контекстом і переносить модель у власне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Comparatives and superlatives; as ... as у коротких діалогах, прикладах і завданнях та визначає, яку інформацію передає форма.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Будує твердження / запитання з Comparatives and superlatives; as ... as, персоналізує приклади, реагує на відповідь партнера й коротко пояснює свій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beetle, butterfly, eagle, insects, mammals, mouse, mice, plant, snake, tortoise, wing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Comparatives and superlatives; as ... as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Grammar 1: застосовуємо у взаємодії</w:t>
              <w:br/>
              <w:t>SB p. 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порівнювати тварин за розміром, швидкістю, вагою та іншими ознаками, використовуючи comparatives, superlatives та as ... as; ставити follow-up questions, уточнювати інформацію та використовувати граматику для реальної комунікативної мети.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підтримує обмін інформацією, слухає відповідь партнера, коригує формулювання й допомагає зберегти взаєморозуміння.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короткі зв’язні висловлення з Comparatives and superlatives; as ... as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5–7 реплік із Comparatives and superlatives; as ... as, змінює елементи моделі, ставить уточнювальне запитання й стисло медіює почуте для іншого партнера або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beetle, butterfly, eagle, insects, mammals, mouse, mice, plant, snake, tortoise, wing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Comparatives and superlatives; as ... as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A2 Flyers practice: сприймання й точність</w:t>
              <w:br/>
              <w:t>SB pp. 50–53; Workbook / Online Practice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Застосовувати знайому лексику й граматику у форматі завдань A2 Flyers; читати / слухати інструкцію до кінця, знаходити ключові слова, перевіряти відповідь і використовувати стратегії Collaborate, Reflect та Second Chance.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планує виконання, контролює час без поспіху, перевіряє відповідь за доказом у тексті / аудіо та використовує зворотний зв’язок для повторної спроби.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завдання екзаменаційного типу з лексикою Unit 5 та моделлю Comparatives and superlatives; as ... as; знаходить конкретні деталі й помічає мовні підказки.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партнерові стратегію виконання, виправляє помилку після перевірки, формулює повну коротку відповідь і називає одну стратегію, яка допомогла.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beetle, butterfly, eagle, insects, mammals, mouse, mice, plant, snake, tortoise, wing; adapted, fur, furry, thick, view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Comparatives and superlatives; as ... as; підготовка до A2 Flyers.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Reading — Yaks and where they live + Grammar 2</w:t>
              <w:br/>
              <w:t>SB pp. 52–53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«яки та середовище їхнього життя», визначати основну думку й конкретні деталі; використовувати Reading vocabulary; описувати недостатність або надмірність умов і ресурсів за допомогою too та enough.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Мовно-літературна, інформаційна та природничо-наукова, екологічна, математична та мовна компетентності: співвідносить текст із фото / схемою, знаходить текстові докази, відрізняє факт від припущення й обговорює зміст коректно.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«яки та середовище їхнього життя», знаходить явні та частково імпліцитні деталі; розуміє too / enough у контексті читання й прикладів.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 за текстом, стисло узагальнює один фрагмент, наводить доказ і застосовує too / enough у керованій парній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adapted, fur, furry, thick, view; повторення beetle, butterfly, eagle, insects, mammals, mouse, mice, plant, snake, tortoise, wing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too / enough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Reading у деталях + Grammar 2 у мовленні</w:t>
              <w:br/>
              <w:t>SB pp. 52–53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опрацьовувати текст «яки та середовище їхнього життя», знаходити докази, встановлювати логічні зв’язки й самостійніше описувати недостатність або надмірність умов і ресурсів за допомогою too та enough.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критичне мислення та соціальна компетентність: перевіряє інтерпретацію за текстом, порівнює відповіді, аргументує й коректно уточнює позицію.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деталі в тексті, розрізняє основну й допоміжну інформацію та розуміє too / enough у дещо зміненому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відповіді, наводить текстовий доказ, створює 5–7 власних прикладів із too / enough й стисло передає ключову інформацію іншій групі.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adapted, fur, furry, thick, view; beetle, butterfly, eagle, insects, mammals, mouse, mice, plant, snake, tortoise, wing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too / enough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Chant / Song + Value — Розуміти природу</w:t>
              <w:br/>
              <w:t>SB p. 54; Workbook Value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ключову мову Unit у ритмічному тексті; обговорювати Value «Розуміти природу», наводити реалістичні приклади й пов’язувати цінність із повсякденними рішеннями.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культурна й особистісна компетентності: пов’язує ознаки тварин із середовищем існування, використовує факти замість антропоморфних припущень і пояснює цінність спостереження за природою.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ключову лексику та граматичні моделі у chant / song, розуміє короткі твердження про Value та визначає доречний приклад поведінки.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Відтворює ключові рядки з природним ритмом, бере участь у короткому обговоренні, формулює 2–3 аргументовані репліки та коректно реагує на інший досвід.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beetle, butterfly, eagle, insects, mammals, mouse, mice, plant, snake, tortoise, wing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Comparatives and superlatives; as ... as та too / enough; ритм, наголос та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Writing workshop — інформаційна картка про білого ведмедя</w:t>
              <w:br/>
              <w:t>SB p. 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Аналізувати модельний текст і створювати «інформаційна картка про білого ведмедя»: визначати адресата / мету, планувати зміст, писати, перечитувати й редагувати за одним-двома критеріями.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Мовна, інформаційна та навчальна компетентності: використовує модель як опору, дотримується поставленого завдання, редагує зміст і точність та приймає конкретний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 жанру «інформаційна картка про білого ведмедя», визначає його мету, структуру та корисні мовні засоби.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Пише зв’язний текст у жанрі «інформаційна картка про білого ведмедя», використовує факти й вивчену мову Unit, дає / отримує короткий відгук і робить другу спробу після редагування.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beetle, butterfly, eagle, insects, mammals, mouse, mice, plant, snake, tortoise, wing; лексика жанру й зв’язності.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Comparatives and superlatives; as ... as та too / enough; орфографія й пунктуація відповідно до жанру.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Writing + Video + Value: підсумок Unit</w:t>
              <w:br/>
              <w:t>SB pp. 54–56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Створювати короткий текст «інформаційна картка про білого ведмедя» з опорою на модель; дивитися відео про жирафи; порівнювати побачене з власним досвідом і застосовувати Value «Розуміти природу» у змістовному обговоренні.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Природничо-наукова, екологічна, математична та мовна компетентності: інтегрує мовний і предметний зміст, поважає різні способи життя, працює з відео критично й визначає власний наступний навчальний крок.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 про жирафи, знаходить конкретні факти, співвідносить їх із темою Unit і читає модель письмового завдання.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короткий зв’язний текст, представляє 2–4 ключові думки, порівнює власний досвід із відео, передає партнерові один важливий факт і рефлексує, що вже може зробити мовою Unit.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beetle, butterfly, eagle, insects, mammals, mouse, mice, plant, snake, tortoise, wing; adapted, fur, furry, thick, view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Comparatives and superlatives; as ... as та too / enough; інтонація усного представлення.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Unit 6. Helping the environment — Допомагаємо довкіллю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Helping the environment — Допомагаємо довкіллю: входимо в тему + Vocabulary</w:t>
              <w:br/>
              <w:t>SB pp. 57–58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Говорити про екологічні звички та зміни в минулому; описувати, що люди робили раніше; ставити запитання про минулі звички й пропонувати конкретні екологічні дії; реагувати на запитання за фото, активувати попередні знання й використовувати ключову лексику в короткому обговоренні.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Екологічна, громадянська, соціальна та мовна компетентності: пов’язує реальний контекст із власним досвідом, ставить змістовні запитання, слухає інших і формулює обґрунтовані короткі висновки.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ключові слова теми, підписи, запитання за фото та основний зміст аудіо «репортаж про перероблені сумки в Південній Африці»; знаходить потрібні факти й співвідносить їх із візуальними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й пояснює ключові поняття теми, відповідає на запитання за фото, підтримує 3–5 реплік і починає використовувати мову, потрібну, щоб говорити про екологічні звички та зміни в минулому; описувати, що люди робили раніше; ставити запитання про минулі звички й пропонувати конкретні екологічні 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bin, collect, keep, light, plastic, recycle, reuse, throw away, turn off, turn on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повторення раніше вивчених структур у новому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Допомагаємо довкіллю: Vocabulary + listening у деталях</w:t>
              <w:br/>
              <w:t>SB p. 58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Точно використовувати тематичну лексику; слухати «репортаж про перероблені сумки в Південній Африці», відрізняти головну інформацію від деталей і переносити почуте у власні приклади.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інформаційна та соціальна компетентності: використовує контекст і візуальні опори, робить нотатки ключовими словами та перевіряє розуміння разом із партнером.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і конкретні деталі аудіо «репортаж про перероблені сумки в Південній Африці», упізнає нові слова в природному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 з партнером, уточнює деталь, стисло передає один-два факти іншій парі або групі та створює власні приклади з новою лексикою.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bin, collect, keep, light, plastic, recycle, reuse, throw away, turn off, turn on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граматичних моделей, потрібних для опису фактів, досвіду й власної реакції.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Grammar 1 — used to: affirmative and negative</w:t>
              <w:br/>
              <w:t>SB p. 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й форму used to: affirmative and negative; описувати звички й стани в минулому, які змінилися, за допомогою used to / didn’t use to у керованих і персоналізованих ситуаціях.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й навчальна компетентності: співвідносить граматичну форму з комунікативним наміром, аналізує приклади, перевіряє відповідь за контекстом і переносить модель у власне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used to: affirmative and negative у коротких діалогах, прикладах і завданнях та визначає, яку інформацію передає форма.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Будує твердження / запитання з used to: affirmative and negative, персоналізує приклади, реагує на відповідь партнера й коротко пояснює свій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bin, collect, keep, light, plastic, recycle, reuse, throw away, turn off, turn on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used to: affirmative and negative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Grammar 1: застосовуємо у взаємодії</w:t>
              <w:br/>
              <w:t>SB p. 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описувати звички й стани в минулому, які змінилися, за допомогою used to / didn’t use to; ставити follow-up questions, уточнювати інформацію та використовувати граматику для реальної комунікативної мети.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підтримує обмін інформацією, слухає відповідь партнера, коригує формулювання й допомагає зберегти взаєморозуміння.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короткі зв’язні висловлення з used to: affirmative and negative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5–7 реплік із used to: affirmative and negative, змінює елементи моделі, ставить уточнювальне запитання й стисло медіює почуте для іншого партнера або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bin, collect, keep, light, plastic, recycle, reuse, throw away, turn off, turn on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used to: affirmative and negative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A2 Flyers practice: сприймання й точність</w:t>
              <w:br/>
              <w:t>SB pp. 58–61; Workbook / Online Practice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Застосовувати знайому лексику й граматику у форматі завдань A2 Flyers; читати / слухати інструкцію до кінця, знаходити ключові слова, перевіряти відповідь і використовувати стратегії Collaborate, Reflect та Second Chance.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планує виконання, контролює час без поспіху, перевіряє відповідь за доказом у тексті / аудіо та використовує зворотний зв’язок для повторної спроби.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завдання екзаменаційного типу з лексикою Unit 6 та моделлю used to: affirmative and negative; знаходить конкретні деталі й помічає мовні підказки.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партнерові стратегію виконання, виправляє помилку після перевірки, формулює повну коротку відповідь і називає одну стратегію, яка допомогла.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bin, collect, keep, light, plastic, recycle, reuse, throw away, turn off, turn on; land, look after, make sure, plant (verb)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used to: affirmative and negative; підготовка до A2 Flyers.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Reading — The Forest Man of India + Grammar 2</w:t>
              <w:br/>
              <w:t>SB pp. 60–61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««Лісова людина Індії»», визначати основну думку й конкретні деталі; використовувати Reading vocabulary; запитувати про минулі звички та давати короткі відповіді з did ... use to.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Мовно-літературна, інформаційна та екологічна, громадянська, соціальна та мовна компетентності: співвідносить текст із фото / схемою, знаходить текстові докази, відрізняє факт від припущення й обговорює зміст коректно.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««Лісова людина Індії»», знаходить явні та частково імпліцитні деталі; розуміє used to: questions and short answers у контексті читання й прикладів.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 за текстом, стисло узагальнює один фрагмент, наводить доказ і застосовує used to: questions and short answers у керованій парній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land, look after, make sure, plant (verb); повторення bin, collect, keep, light, plastic, recycle, reuse, throw away, turn off, turn on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used to: questions and short answers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Reading у деталях + Grammar 2 у мовленні</w:t>
              <w:br/>
              <w:t>SB pp. 60–61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опрацьовувати текст ««Лісова людина Індії»», знаходити докази, встановлювати логічні зв’язки й самостійніше запитувати про минулі звички та давати короткі відповіді з did ... use to.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критичне мислення та соціальна компетентність: перевіряє інтерпретацію за текстом, порівнює відповіді, аргументує й коректно уточнює позицію.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деталі в тексті, розрізняє основну й допоміжну інформацію та розуміє used to: questions and short answers у дещо зміненому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відповіді, наводить текстовий доказ, створює 5–7 власних прикладів із used to: questions and short answers й стисло передає ключову інформацію іншій групі.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land, look after, make sure, plant (verb); bin, collect, keep, light, plastic, recycle, reuse, throw away, turn off, turn on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used to: questions and short answers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Chant / Song + Value — Допомагати довкіллю</w:t>
              <w:br/>
              <w:t>SB p. 62; Workbook Value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ключову мову Unit у ритмічному тексті; обговорювати Value «Допомагати довкіллю», наводити реалістичні приклади й пов’язувати цінність із повсякденними рішеннями.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культурна й особистісна компетентності: оцінює щоденні екологічні звички, пропонує посильні зміни й пояснює, як невеликі дії можуть зменшувати негативний вплив на довкілля.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ключову лексику та граматичні моделі у chant / song, розуміє короткі твердження про Value та визначає доречний приклад поведінки.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Відтворює ключові рядки з природним ритмом, бере участь у короткому обговоренні, формулює 2–3 аргументовані репліки та коректно реагує на інший досвід.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bin, collect, keep, light, plastic, recycle, reuse, throw away, turn off, turn on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used to: affirmative and negative та used to: questions and short answers; ритм, наголос та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Writing workshop — ековікторина «Наскільки екологічно ти дієш?»</w:t>
              <w:br/>
              <w:t>SB p. 63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Аналізувати модельний текст і створювати «ековікторина «Наскільки екологічно ти дієш?»»: визначати адресата / мету, планувати зміст, писати, перечитувати й редагувати за одним-двома критеріями.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Мовна, інформаційна та навчальна компетентності: використовує модель як опору, дотримується поставленого завдання, редагує зміст і точність та приймає конкретний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 жанру «ековікторина «Наскільки екологічно ти дієш?»», визначає його мету, структуру та корисні мовні засоби.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Пише зв’язний текст у жанрі «ековікторина «Наскільки екологічно ти дієш?»», використовує факти й вивчену мову Unit, дає / отримує короткий відгук і робить другу спробу після редагування.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bin, collect, keep, light, plastic, recycle, reuse, throw away, turn off, turn on; лексика жанру й зв’язності.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used to: affirmative and negative та used to: questions and short answers; орфографія й пунктуація відповідно до жанру.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Writing + Video + Value: підсумок Unit</w:t>
              <w:br/>
              <w:t>SB pp. 62–64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Створювати короткий текст «ековікторина «Наскільки екологічно ти дієш?»» з опорою на модель; дивитися відео про як діти допомагають довкіллю; порівнювати побачене з власним досвідом і застосовувати Value «Допомагати довкіллю» у змістовному обговоренні.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Екологічна, громадянська, соціальна та мовна компетентності: інтегрує мовний і предметний зміст, поважає різні способи життя, працює з відео критично й визначає власний наступний навчальний крок.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 про як діти допомагають довкіллю, знаходить конкретні факти, співвідносить їх із темою Unit і читає модель письмового завдання.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короткий зв’язний текст, представляє 2–4 ключові думки, порівнює власний досвід із відео, передає партнерові один важливий факт і рефлексує, що вже може зробити мовою Unit.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bin, collect, keep, light, plastic, recycle, reuse, throw away, turn off, turn on; land, look after, make sure, plant (verb)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used to: affirmative and negative та used to: questions and short answers; інтонація усного представлення.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Function 2. Ordering food in a restaurant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Function 2. Ordering food in a restaurant — Замовляємо їжу в ресторані</w:t>
              <w:br/>
              <w:t>SB p. 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Слухати модельний діалог і ввічливо замовляти їжу й напої, реагувати на запитання офіціанта та просити рахунок; добирати ввічливі формули відповідно до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міжкультурна й мовна компетентності: використовує функціональну мову ввічливо, слухає реакцію співрозмовника й підтримує взаєморозуміння.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короткий функціональний діалог, визначає намір мовців, ключові деталі та доречну відповідь.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Розігрує коротку модельну ситуацію, змінює ключові деталі, уточнює інформацію й реагує на непередбачену відповідь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Could I / we have ...?; I’d like a / some ...; I’ll just have a / some ...; What would you like to drink?; Would you like any ...?; Can we have the bill, please?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Функціональні мовні моделі; прагматика, наголос та інтонація ввічливої взаємодії.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Function 2. Замовляємо їжу в ресторані: розгорнута рольова взаємодія</w:t>
              <w:br/>
              <w:t>SB p. 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Самостійно ввічливо замовляти їжу й напої, реагувати на запитання офіціанта та просити рахунок; комбінувати функціональні формули, перефразовувати й уточнювати, якщо партнер не зрозумів або змінив умови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імпровізує в межах безпечного сценарію, зберігає ввічливий регістр, активно слухає й допомагає партнерові завершити комунікативне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природніший темп коротких функціональних діалогів і розпізнає перефразовані знайомі формули.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Імпровізує 8–10 реплік, змінює ролі, ставить follow-up question, медіює ключову домовленість / повідомлення для третьої особи.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Could I / we have ...?; I’d like a / some ...; I’ll just have a / some ...; What would you like to drink?; Would you like any ...?; Can we have the bill, please?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Функціональна мова; інтонація, паузи й регістр.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School trip 2. The Galápagos Islands: Deep sea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School trip 2. The Galápagos Islands: Deep sea — Галапагоські острови: глибоке море</w:t>
              <w:br/>
              <w:t>SB pp. 66–67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вступний матеріал і дивитися відео про галапагоські острови: глибоке море; знаходити факти про морське життя Галапагосів; Jess Cramp і робота в підводному човні; marine iguana, silky shark, swordfish, pelagic sea cucumber, Galápagos sea lion, Mola mola; обговорювати побачене й пов’язувати його з темами курсу.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Природничо-наукова, екологічна, інформаційна та дослідницька компетентності: працює з відео й фактажем, розрізняє спостереження та припущення, ставить запитання й поважає культурний / природний контекст.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School trip video, знаходить конкретні факти, співвідносить їх із фото, картою або запитаннями Student’s Book.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запитання, формулює 3–5 зв’язних реплік, порівнює інформацію з власним досвідом і стисло передає партнерові один ключовий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Тематична лексика School trip: морське життя Галапагосів; Jess Cramp і робота в підводному човні; marine iguana, silky shark, swordfish, pelagic sea cucumber, Galápagos sea lion, Mola mola.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граматики попередніх Units.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School trip 2. Проєкт — Галапагоські острови: глибоке море</w:t>
              <w:br/>
              <w:t>SB pp. 66–67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Створити вікторину про трьох тварин галапагоських островів: знайти зображення й факти, сформулювати запитання та провести вікторину для класу; планувати зміст, добирати інформацію / матеріали та розподіляти посильні ролі.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співпраця й інформаційна грамотність: планує продукт, перевіряє факти, узгоджує критерії та відповідально використовує зображення й джерела.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покрокові інструкції проєкту, визначає потрібні матеріали, інформацію й очікуваний результат.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проєктний продукт, пояснює ключові рішення, відповідає на запитання й допомагає групі представити результат зрозуміло для аудиторії.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Тематична лексика School trip; слова для планування, дослідження й презентації.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граматики попередніх Units у проєктному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School trip 2. Дослідження, презентація й медіація</w:t>
              <w:br/>
              <w:t>SB pp. 66–67; додаткові джерела за вибором учителя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Розширювати тему галапагоські острови: глибоке море через коротке дослідження; зіставляти два джерела, відбирати надійні факти, представляти результат і стисло пояснювати його іншій групі.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Інформаційна, цифрова, мовна й соціальна компетентності: перевіряє джерело, відділяє факт від думки, дотримується авторства матеріалів і дає змістовний зворотний зв’язок.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короткий додатковий текст / відео за темою й знаходить 3–5 фактів, які підтверджують або розширюють матеріал Student’s Book.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Презентує 1–2 хвилини, відповідає на 3–4 запитання, стисло медіює висновок для іншої групи та формулює один корисний коментар до чужої презентації.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Тематична лексика School trip; академічні слова для джерел, фактів, порівняння й висновку.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граматики; мовні засоби аргументації й презентації.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Review 3: Units 5–6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3: Units 5–6</w:t>
              <w:br/>
              <w:t>SB p. 68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й систематизувати матеріал Units 5–6; відновлювати тематичну лексику, обирати доречні граматичні форми, читати / слухати короткі завдання й переносити мову в нові приклади.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визначає, що вже засвоєно, пояснює стратегію виконання, виправляє помилки після перевірки й формулює один наступний крок.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завдання Review за Units 5–6, знаходить ключові слова, конкретні деталі й граматичні сигнали.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усні й письмові завдання, пояснює один вибір, комбінує матеріал кількох уроків і коротко оцінює власний прогрес без порівняння з іншими.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Повторення: тварини й ознаки; екологічні дії та перероблення.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Повторення: Comparatives / superlatives; as ... as; too / enough; used to.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Unit 7. Life in space — Життя в космосі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Life in space — Життя в космосі: входимо в тему + Vocabulary</w:t>
              <w:br/>
              <w:t>SB pp. 69–70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Говорити про космос і майбутнє; робити прогнози з will / won’t; говорити про заплановані майбутні події за допомогою present continuous; ділитися знаннями та ресурсами; реагувати на запитання за фото, активувати попередні знання й використовувати ключову лексику в короткому обговоренні.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Природничо-наукова, технологічна, цифрова та мовна компетентності: пов’язує реальний контекст із власним досвідом, ставить змістовні запитання, слухає інших і формулює обґрунтовані короткі висновки.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ключові слова теми, підписи, запитання за фото та основний зміст аудіо «репортаж про Марс»; знаходить потрібні факти й співвідносить їх із візуальними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й пояснює ключові поняття теми, відповідає на запитання за фото, підтримує 3–5 реплік і починає використовувати мову, потрібну, щоб говорити про космос і майбутнє; робити прогнози з will / won’t; говорити про заплановані майбутні події за допомогою present continuous; ділитися знаннями та ресурсами.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astronaut, land, rocket, orbit, planet, solar system, space, spacecraft, take off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повторення раніше вивчених структур у новому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Життя в космосі: Vocabulary + listening у деталях</w:t>
              <w:br/>
              <w:t>SB p. 70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Точно використовувати тематичну лексику; слухати «репортаж про Марс», відрізняти головну інформацію від деталей і переносити почуте у власні приклади.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інформаційна та соціальна компетентності: використовує контекст і візуальні опори, робить нотатки ключовими словами та перевіряє розуміння разом із партнером.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і конкретні деталі аудіо «репортаж про Марс», упізнає нові слова в природному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 з партнером, уточнює деталь, стисло передає один-два факти іншій парі або групі та створює власні приклади з новою лексикою.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astronaut, land, rocket, orbit, planet, solar system, space, spacecraft, take off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граматичних моделей, потрібних для опису фактів, досвіду й власної реакції.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Grammar 1 — Future with will / won’t</w:t>
              <w:br/>
              <w:t>SB p. 71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й форму Future with will / won’t; робити прогнози про майбутнє та висловлювати очікування за допомогою will / won’t у керованих і персоналізованих ситуаціях.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й навчальна компетентності: співвідносить граматичну форму з комунікативним наміром, аналізує приклади, перевіряє відповідь за контекстом і переносить модель у власне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Future with will / won’t у коротких діалогах, прикладах і завданнях та визначає, яку інформацію передає форма.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Будує твердження / запитання з Future with will / won’t, персоналізує приклади, реагує на відповідь партнера й коротко пояснює свій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astronaut, land, rocket, orbit, planet, solar system, space, spacecraft, take off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Future with will / won’t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Grammar 1: застосовуємо у взаємодії</w:t>
              <w:br/>
              <w:t>SB p. 71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робити прогнози про майбутнє та висловлювати очікування за допомогою will / won’t; ставити follow-up questions, уточнювати інформацію та використовувати граматику для реальної комунікативної мети.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підтримує обмін інформацією, слухає відповідь партнера, коригує формулювання й допомагає зберегти взаєморозуміння.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короткі зв’язні висловлення з Future with will / won’t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5–7 реплік із Future with will / won’t, змінює елементи моделі, ставить уточнювальне запитання й стисло медіює почуте для іншого партнера або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astronaut, land, rocket, orbit, planet, solar system, space, spacecraft, take off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Future with will / won’t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A2 Flyers practice: сприймання й точність</w:t>
              <w:br/>
              <w:t>SB pp. 70–73; Workbook / Online Practice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Застосовувати знайому лексику й граматику у форматі завдань A2 Flyers; читати / слухати інструкцію до кінця, знаходити ключові слова, перевіряти відповідь і використовувати стратегії Collaborate, Reflect та Second Chance.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планує виконання, контролює час без поспіху, перевіряє відповідь за доказом у тексті / аудіо та використовує зворотний зв’язок для повторної спроби.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завдання екзаменаційного типу з лексикою Unit 7 та моделлю Future with will / won’t; знаходить конкретні деталі й помічає мовні підказки.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партнерові стратегію виконання, виправляє помилку після перевірки, формулює повну коротку відповідь і називає одну стратегію, яка допомогла.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astronaut, land, rocket, orbit, planet, solar system, space, spacecraft, take off; float, gravity, muscle, pull, sleeping bag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Future with will / won’t; підготовка до A2 Flyers.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Reading — Life on the International Space Station + Grammar 2</w:t>
              <w:br/>
              <w:t>SB pp. 72–73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«життя на Міжнародній космічній станції», визначати основну думку й конкретні деталі; використовувати Reading vocabulary; говорити про домовленості й заплановані дії у найближчому майбутньому за допомогою present continuous.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Мовно-літературна, інформаційна та природничо-наукова, технологічна, цифрова та мовна компетентності: співвідносить текст із фото / схемою, знаходить текстові докази, відрізняє факт від припущення й обговорює зміст коректно.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«життя на Міжнародній космічній станції», знаходить явні та частково імпліцитні деталі; розуміє Present continuous for future arrangements у контексті читання й прикладів.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 за текстом, стисло узагальнює один фрагмент, наводить доказ і застосовує Present continuous for future arrangements у керованій парній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float, gravity, muscle, pull, sleeping bag; повторення astronaut, land, rocket, orbit, planet, solar system, space, spacecraft, take off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continuous for future arrangements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Reading у деталях + Grammar 2 у мовленні</w:t>
              <w:br/>
              <w:t>SB pp. 72–73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опрацьовувати текст «життя на Міжнародній космічній станції», знаходити докази, встановлювати логічні зв’язки й самостійніше говорити про домовленості й заплановані дії у найближчому майбутньому за допомогою present continuous.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критичне мислення та соціальна компетентність: перевіряє інтерпретацію за текстом, порівнює відповіді, аргументує й коректно уточнює позицію.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деталі в тексті, розрізняє основну й допоміжну інформацію та розуміє Present continuous for future arrangements у дещо зміненому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відповіді, наводить текстовий доказ, створює 5–7 власних прикладів із Present continuous for future arrangements й стисло передає ключову інформацію іншій групі.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float, gravity, muscle, pull, sleeping bag; astronaut, land, rocket, orbit, planet, solar system, space, spacecraft, take off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continuous for future arrangements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Chant / Song + Value — Ділитися й допомагати</w:t>
              <w:br/>
              <w:t>SB p. 74; Workbook Value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ключову мову Unit у ритмічному тексті; обговорювати Value «Ділитися й допомагати», наводити реалістичні приклади й пов’язувати цінність із повсякденними рішеннями.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культурна й особистісна компетентності: ділиться інформацією, ідеями й ресурсами в групі, визнає внесок інших і пояснює, чому складні наукові завдання потребують співпраці.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ключову лексику та граматичні моделі у chant / song, розуміє короткі твердження про Value та визначає доречний приклад поведінки.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Відтворює ключові рядки з природним ритмом, бере участь у короткому обговоренні, формулює 2–3 аргументовані репліки та коректно реагує на інший досвід.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astronaut, land, rocket, orbit, planet, solar system, space, spacecraft, take off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Future with will / won’t та Present continuous for future arrangements; ритм, наголос та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Writing workshop — інформаційний текст про Венеру</w:t>
              <w:br/>
              <w:t>SB p. 75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Аналізувати модельний текст і створювати «інформаційний текст про Венеру»: визначати адресата / мету, планувати зміст, писати, перечитувати й редагувати за одним-двома критеріями.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Мовна, інформаційна та навчальна компетентності: використовує модель як опору, дотримується поставленого завдання, редагує зміст і точність та приймає конкретний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 жанру «інформаційний текст про Венеру», визначає його мету, структуру та корисні мовні засоби.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Пише зв’язний текст у жанрі «інформаційний текст про Венеру», використовує факти й вивчену мову Unit, дає / отримує короткий відгук і робить другу спробу після редагування.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astronaut, land, rocket, orbit, planet, solar system, space, spacecraft, take off; лексика жанру й зв’язності.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Future with will / won’t та Present continuous for future arrangements; орфографія й пунктуація відповідно до жанру.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Writing + Video + Value: підсумок Unit</w:t>
              <w:br/>
              <w:t>SB pp. 74–76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Створювати короткий текст «інформаційний текст про Венеру» з опорою на модель; дивитися відео про робота інженера NASA; порівнювати побачене з власним досвідом і застосовувати Value «Ділитися й допомагати» у змістовному обговоренні.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Природничо-наукова, технологічна, цифрова та мовна компетентності: інтегрує мовний і предметний зміст, поважає різні способи життя, працює з відео критично й визначає власний наступний навчальний крок.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 про робота інженера NASA, знаходить конкретні факти, співвідносить їх із темою Unit і читає модель письмового завдання.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короткий зв’язний текст, представляє 2–4 ключові думки, порівнює власний досвід із відео, передає партнерові один важливий факт і рефлексує, що вже може зробити мовою Unit.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astronaut, land, rocket, orbit, planet, solar system, space, spacecraft, take off; float, gravity, muscle, pull, sleeping bag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Future with will / won’t та Present continuous for future arrangements; інтонація усного представлення.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Unit 8. Come to the show! — Приходь на виставу!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Come to the show! — Приходь на виставу!: входимо в тему + Vocabulary</w:t>
              <w:br/>
              <w:t>SB pp. 77–78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Говорити про вистави, театр і плани; використовувати be going to для намірів та прогнозів на основі видимих ознак; спільно створювати й презентувати сценічний текст; реагувати на запитання за фото, активувати попередні знання й використовувати ключову лексику в короткому обговоренні.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творча, соціальна та мовна компетентності: пов’язує реальний контекст із власним досвідом, ставить змістовні запитання, слухає інших і формулює обґрунтовані короткі висновки.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ключові слова теми, підписи, запитання за фото та основний зміст аудіо «радіопрограма про водяний ляльковий театр у В’єтнамі»; знаходить потрібні факти й співвідносить їх із візуальними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й пояснює ключові поняття теми, відповідає на запитання за фото, підтримує 3–5 реплік і починає використовувати мову, потрібну, щоб говорити про вистави, театр і плани; використовувати be going to для намірів та прогнозів на основі видимих ознак; спільно створювати й презентувати сценічний текст.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act, audience, end, fairy tales, get married, king, queen, stage, theatre, traditional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повторення раніше вивчених структур у новому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Приходь на виставу!: Vocabulary + listening у деталях</w:t>
              <w:br/>
              <w:t>SB p. 78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Точно використовувати тематичну лексику; слухати «радіопрограма про водяний ляльковий театр у В’єтнамі», відрізняти головну інформацію від деталей і переносити почуте у власні приклади.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інформаційна та соціальна компетентності: використовує контекст і візуальні опори, робить нотатки ключовими словами та перевіряє розуміння разом із партнером.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і конкретні деталі аудіо «радіопрограма про водяний ляльковий театр у В’єтнамі», упізнає нові слова в природному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 з партнером, уточнює деталь, стисло передає один-два факти іншій парі або групі та створює власні приклади з новою лексикою.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act, audience, end, fairy tales, get married, king, queen, stage, theatre, traditional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граматичних моделей, потрібних для опису фактів, досвіду й власної реакції.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Grammar 1 — be going to for plans and intentions</w:t>
              <w:br/>
              <w:t>SB p. 79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й форму be going to for plans and intentions; говорити про плани й наміри за допомогою be going to у керованих і персоналізованих ситуаціях.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й навчальна компетентності: співвідносить граматичну форму з комунікативним наміром, аналізує приклади, перевіряє відповідь за контекстом і переносить модель у власне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be going to for plans and intentions у коротких діалогах, прикладах і завданнях та визначає, яку інформацію передає форма.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Будує твердження / запитання з be going to for plans and intentions, персоналізує приклади, реагує на відповідь партнера й коротко пояснює свій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act, audience, end, fairy tales, get married, king, queen, stage, theatre, traditional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be going to for plans and intentions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Grammar 1: застосовуємо у взаємодії</w:t>
              <w:br/>
              <w:t>SB p. 79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говорити про плани й наміри за допомогою be going to; ставити follow-up questions, уточнювати інформацію та використовувати граматику для реальної комунікативної мети.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підтримує обмін інформацією, слухає відповідь партнера, коригує формулювання й допомагає зберегти взаєморозуміння.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короткі зв’язні висловлення з be going to for plans and intentions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5–7 реплік із be going to for plans and intentions, змінює елементи моделі, ставить уточнювальне запитання й стисло медіює почуте для іншого партнера або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act, audience, end, fairy tales, get married, king, queen, stage, theatre, traditional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be going to for plans and intentions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A2 Flyers practice: сприймання й точність</w:t>
              <w:br/>
              <w:t>SB pp. 78–81; Workbook / Online Practice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Застосовувати знайому лексику й граматику у форматі завдань A2 Flyers; читати / слухати інструкцію до кінця, знаходити ключові слова, перевіряти відповідь і використовувати стратегії Collaborate, Reflect та Second Chance.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планує виконання, контролює час без поспіху, перевіряє відповідь за доказом у тексті / аудіо та використовує зворотний зв’язок для повторної спроби.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завдання екзаменаційного типу з лексикою Unit 8 та моделлю be going to for plans and intentions; знаходить конкретні деталі й помічає мовні підказки.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партнерові стратегію виконання, виправляє помилку після перевірки, формулює повну коротку відповідь і називає одну стратегію, яка допомогла.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act, audience, end, fairy tales, get married, king, queen, stage, theatre, traditional; acrobatics, hoop, lives (life), performing, problems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be going to for plans and intentions; підготовка до A2 Flyers.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Reading — Circus for all + Grammar 2</w:t>
              <w:br/>
              <w:t>SB pp. 80–81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««Цирк для всіх»», визначати основну думку й конкретні деталі; використовувати Reading vocabulary; робити прогнози на основі видимої ситуації за допомогою be going to.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Мовно-літературна, інформаційна та культурна, творча, соціальна та мовна компетентності: співвідносить текст із фото / схемою, знаходить текстові докази, відрізняє факт від припущення й обговорює зміст коректно.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««Цирк для всіх»», знаходить явні та частково імпліцитні деталі; розуміє be going to for predictions у контексті читання й прикладів.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 за текстом, стисло узагальнює один фрагмент, наводить доказ і застосовує be going to for predictions у керованій парній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acrobatics, hoop, lives (life), performing, problems; повторення act, audience, end, fairy tales, get married, king, queen, stage, theatre, traditional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be going to for predictions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Reading у деталях + Grammar 2 у мовленні</w:t>
              <w:br/>
              <w:t>SB pp. 80–81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опрацьовувати текст ««Цирк для всіх»», знаходити докази, встановлювати логічні зв’язки й самостійніше робити прогнози на основі видимої ситуації за допомогою be going to.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критичне мислення та соціальна компетентність: перевіряє інтерпретацію за текстом, порівнює відповіді, аргументує й коректно уточнює позицію.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деталі в тексті, розрізняє основну й допоміжну інформацію та розуміє be going to for predictions у дещо зміненому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відповіді, наводить текстовий доказ, створює 5–7 власних прикладів із be going to for predictions й стисло передає ключову інформацію іншій групі.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acrobatics, hoop, lives (life), performing, problems; act, audience, end, fairy tales, get married, king, queen, stage, theatre, traditional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be going to for predictions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Chant / Song + Value — Працювати разом</w:t>
              <w:br/>
              <w:t>SB p. 82; Workbook Value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ключову мову Unit у ритмічному тексті; обговорювати Value «Працювати разом», наводити реалістичні приклади й пов’язувати цінність із повсякденними рішеннями.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культурна й особистісна компетентності: домовляється про ролі, слухає пропозиції інших, виконує свою частину спільного завдання й підтримує партнерів під час творчої роботи.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ключову лексику та граматичні моделі у chant / song, розуміє короткі твердження про Value та визначає доречний приклад поведінки.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Відтворює ключові рядки з природним ритмом, бере участь у короткому обговоренні, формулює 2–3 аргументовані репліки та коректно реагує на інший досвід.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act, audience, end, fairy tales, get married, king, queen, stage, theatre, traditional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be going to for plans and intentions та be going to for predictions; ритм, наголос та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Writing workshop — сценарій короткої вистави</w:t>
              <w:br/>
              <w:t>SB p. 83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Аналізувати модельний текст і створювати «сценарій короткої вистави»: визначати адресата / мету, планувати зміст, писати, перечитувати й редагувати за одним-двома критеріями.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Мовна, інформаційна та навчальна компетентності: використовує модель як опору, дотримується поставленого завдання, редагує зміст і точність та приймає конкретний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 жанру «сценарій короткої вистави», визначає його мету, структуру та корисні мовні засоби.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Пише зв’язний текст у жанрі «сценарій короткої вистави», використовує факти й вивчену мову Unit, дає / отримує короткий відгук і робить другу спробу після редагування.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act, audience, end, fairy tales, get married, king, queen, stage, theatre, traditional; лексика жанру й зв’язності.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be going to for plans and intentions та be going to for predictions; орфографія й пунктуація відповідно до жанру.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Writing + Video + Value: підсумок Unit</w:t>
              <w:br/>
              <w:t>SB pp. 82–84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Створювати короткий текст «сценарій короткої вистави» з опорою на модель; дивитися відео про вистави й шоу в різних країнах; порівнювати побачене з власним досвідом і застосовувати Value «Працювати разом» у змістовному обговоренні.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творча, соціальна та мовна компетентності: інтегрує мовний і предметний зміст, поважає різні способи життя, працює з відео критично й визначає власний наступний навчальний крок.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 про вистави й шоу в різних країнах, знаходить конкретні факти, співвідносить їх із темою Unit і читає модель письмового завдання.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короткий зв’язний текст, представляє 2–4 ключові думки, порівнює власний досвід із відео, передає партнерові один важливий факт і рефлексує, що вже може зробити мовою Unit.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act, audience, end, fairy tales, get married, king, queen, stage, theatre, traditional; acrobatics, hoop, lives (life), performing, problems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be going to for plans and intentions та be going to for predictions; інтонація усного представлення.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Game 2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Game 2: інтегроване повторення Units 5–8</w:t>
              <w:br/>
              <w:t>SB p. 85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Грати за правилами й активно використовувати лексику та граматику Units 5–8; ставити запитання, відповідати повними короткими репліками й самостійно виправляти прості помилки.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навчальна компетентності: дотримується правил і черговості, використовує англійську для досягнення мети гри, підтримує партнера й сприймає помилку як частину навчання.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правила гри, інструкції й мовні підказки з попередніх Units.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ігрові завдання англійською, пояснює відповідь, ставить уточнювальне запитання та коректно реагує на перемогу / програш.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5–8.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Grammar Units 5–8.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Game 2: створюємо нові завдання до гри</w:t>
              <w:br/>
              <w:t>SB p. 85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Аналізувати, яку мову перевіряють завдання Game 2; створювати власні картки / запитання / клітинки гри для Units 5–8 і тестувати їх на однокласниках.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 і метанавчання: розуміє навчальну мету гри, формулює однозначне завдання, перевіряє ключ і коригує складність після проби.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 та приклади однокласників, визначає, яку лексику або граматику потрібно використати.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4–6 коректних ігрових завдань, пояснює правила, проводить мініраунд і дає конкретний доброзичливий зворотний зв’язок.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5–8.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Grammar Units 5–8; формулювання інструкцій і запитань.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Reading extra 2. The hunter and the tortoise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Reading extra 2. The hunter and the tortoise — Мисливець і черепаха</w:t>
              <w:br/>
              <w:t>SB pp. 86–87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й слухати народну історію про мисливця, співочу черепаху та невиконану обіцянку; відновлювати послідовність подій, мотиви персонажів і наслідки їхніх рішень; читати для змісту, а не лише для перевірки граматики, та реагувати на прочитане.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Мовно-літературна, етична, соціальна та творча компетентності: читає довший текст із цікавістю, використовує контекст і попередні знання, знаходить докази та поважає культурний контекст історії / теми.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Reading extra, відновлює ключову послідовність / факти, знаходить конкретні деталі й значення частини нової лексики з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запитання, стисло переказує епізод / факт, наводить доказ із тексту та висловлює обґрунтовану особисту реакцію.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Reading extra 2; повторення Vocabulary Units 5–8.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Grammar Units 5–8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Reading extra 2. Творча й аналітична реакція — Мисливець і черепаха</w:t>
              <w:br/>
              <w:t>SB pp. 86–87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Обговорити мораль історії — не брехати, дотримуватися обіцянок і не вважати себе кращим за інших — та інсценувати ключовий епізод; порівнювати інтерпретації, використовувати текстові докази й представляти результат класу.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Мовно-літературна, творча й соціальна компетентності: перетворює інформацію / сюжет на власний продукт, зберігає зміст джерела й дає змістовний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читає текст для конкретної мети, знаходить деталі, які потрібні для творчого / аналітичного завдання, та перевіряє їх за джерелом.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короткий творчий / інформаційний продукт, презентує його, відповідає на запитання й пояснює, які деталі тексту використав / використала.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Reading extra 2; повторення Units 5–8.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Grammar Units 5–8; мовні засоби оповіді, пояснення й реакції.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Review 4: Units 7–8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4: Units 7–8</w:t>
              <w:br/>
              <w:t>SB p. 88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й систематизувати матеріал Units 7–8; відновлювати тематичну лексику, обирати доречні граматичні форми, читати / слухати короткі завдання й переносити мову в нові приклади.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визначає, що вже засвоєно, пояснює стратегію виконання, виправляє помилки після перевірки й формулює один наступний крок.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завдання Review за Units 7–8, знаходить ключові слова, конкретні деталі й граматичні сигнали.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усні й письмові завдання, пояснює один вибір, комбінує матеріал кількох уроків і коротко оцінює власний прогрес без порівняння з іншими.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Повторення: космос; театр, вистави й шоу.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Повторення: will / won’t; Present continuous for arrangements; be going to.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Unit 9. The world outside — Світ довкола нас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The world outside — Світ довкола нас: входимо в тему + Vocabulary</w:t>
              <w:br/>
              <w:t>SB pp. 89–90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Говорити про природні місця й активності надворі; використовувати first conditional для можливих наслідків; описувати прості досліди й звітувати про місця, які відвідували; реагувати на запитання за фото, активувати попередні знання й використовувати ключову лексику в короткому обговоренні.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Природничо-наукова, екологічна, здоров’язбережувальна та мовна компетентності: пов’язує реальний контекст із власним досвідом, ставить змістовні запитання, слухає інших і формулює обґрунтовані короткі висновки.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ключові слова теми, підписи, запитання за фото та основний зміст аудіо «програма про національні парки світу»; знаходить потрібні факти й співвідносить їх із візуальними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й пояснює ключові поняття теми, відповідає на запитання за фото, підтримує 3–5 реплік і починає використовувати мову, потрібну, щоб говорити про природні місця й активності надворі; використовувати first conditional для можливих наслідків; описувати прості досліди й звітувати про місця, які відвідували.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hill, pond, skis, sledge, snowboard, stay, stone, stream, torch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повторення раніше вивчених структур у новому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Світ довкола нас: Vocabulary + listening у деталях</w:t>
              <w:br/>
              <w:t>SB p. 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Точно використовувати тематичну лексику; слухати «програма про національні парки світу», відрізняти головну інформацію від деталей і переносити почуте у власні приклади.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інформаційна та соціальна компетентності: використовує контекст і візуальні опори, робить нотатки ключовими словами та перевіряє розуміння разом із партнером.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і конкретні деталі аудіо «програма про національні парки світу», упізнає нові слова в природному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 з партнером, уточнює деталь, стисло передає один-два факти іншій парі або групі та створює власні приклади з новою лексикою.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hill, pond, skis, sledge, snowboard, stay, stone, stream, torch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граматичних моделей, потрібних для опису фактів, досвіду й власної реакції.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Grammar 1 — First conditional: affirmative and negative</w:t>
              <w:br/>
              <w:t>SB p. 91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й форму First conditional: affirmative and negative; говорити про можливі майбутні наслідки реальних умов за допомогою first conditional у керованих і персоналізованих ситуаціях.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й навчальна компетентності: співвідносить граматичну форму з комунікативним наміром, аналізує приклади, перевіряє відповідь за контекстом і переносить модель у власне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First conditional: affirmative and negative у коротких діалогах, прикладах і завданнях та визначає, яку інформацію передає форма.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Будує твердження / запитання з First conditional: affirmative and negative, персоналізує приклади, реагує на відповідь партнера й коротко пояснює свій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hill, pond, skis, sledge, snowboard, stay, stone, stream, torch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First conditional: affirmative and negative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Grammar 1: застосовуємо у взаємодії</w:t>
              <w:br/>
              <w:t>SB p. 91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говорити про можливі майбутні наслідки реальних умов за допомогою first conditional; ставити follow-up questions, уточнювати інформацію та використовувати граматику для реальної комунікативної мети.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підтримує обмін інформацією, слухає відповідь партнера, коригує формулювання й допомагає зберегти взаєморозуміння.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короткі зв’язні висловлення з First conditional: affirmative and negative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5–7 реплік із First conditional: affirmative and negative, змінює елементи моделі, ставить уточнювальне запитання й стисло медіює почуте для іншого партнера або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hill, pond, skis, sledge, snowboard, stay, stone, stream, torch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First conditional: affirmative and negative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A2 Flyers practice: сприймання й точність</w:t>
              <w:br/>
              <w:t>SB pp. 90–93; Workbook / Online Practice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Застосовувати знайому лексику й граматику у форматі завдань A2 Flyers; читати / слухати інструкцію до кінця, знаходити ключові слова, перевіряти відповідь і використовувати стратегії Collaborate, Reflect та Second Chance.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планує виконання, контролює час без поспіху, перевіряє відповідь за доказом у тексті / аудіо та використовує зворотний зв’язок для повторної спроби.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завдання екзаменаційного типу з лексикою Unit 9 та моделлю First conditional: affirmative and negative; знаходить конкретні деталі й помічає мовні підказки.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партнерові стратегію виконання, виправляє помилку після перевірки, формулює повну коротку відповідь і називає одну стратегію, яка допомогла.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hill, pond, skis, sledge, snowboard, stay, stone, stream, torch; become gas, experiment, happen, rise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First conditional: affirmative and negative; підготовка до A2 Flyers.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Reading — An outdoor science experiment + Grammar 2</w:t>
              <w:br/>
              <w:t>SB pp. 92–93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«науковий дослід просто неба», визначати основну думку й конкретні деталі; використовувати Reading vocabulary; ставити запитання про можливий результат умови та прогнозувати наслідок.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Мовно-літературна, інформаційна та природничо-наукова, екологічна, здоров’язбережувальна та мовна компетентності: співвідносить текст із фото / схемою, знаходить текстові докази, відрізняє факт від припущення й обговорює зміст коректно.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«науковий дослід просто неба», знаходить явні та частково імпліцитні деталі; розуміє First conditional: questions and answers у контексті читання й прикладів.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 за текстом, стисло узагальнює один фрагмент, наводить доказ і застосовує First conditional: questions and answers у керованій парній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become gas, experiment, happen, rise; повторення hill, pond, skis, sledge, snowboard, stay, stone, stream, torch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First conditional: questions and answers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Reading у деталях + Grammar 2 у мовленні</w:t>
              <w:br/>
              <w:t>SB pp. 92–93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опрацьовувати текст «науковий дослід просто неба», знаходити докази, встановлювати логічні зв’язки й самостійніше ставити запитання про можливий результат умови та прогнозувати наслідок.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критичне мислення та соціальна компетентність: перевіряє інтерпретацію за текстом, порівнює відповіді, аргументує й коректно уточнює позицію.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деталі в тексті, розрізняє основну й допоміжну інформацію та розуміє First conditional: questions and answers у дещо зміненому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відповіді, наводить текстовий доказ, створює 5–7 власних прикладів із First conditional: questions and answers й стисло передає ключову інформацію іншій групі.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become gas, experiment, happen, rise; hill, pond, skis, sledge, snowboard, stay, stone, stream, torch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First conditional: questions and answers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Chant / Song + Value — Бути активним / активною</w:t>
              <w:br/>
              <w:t>SB p. 94; Workbook Value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ключову мову Unit у ритмічному тексті; обговорювати Value «Бути активним / активною», наводити реалістичні приклади й пов’язувати цінність із повсякденними рішеннями.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культурна й особистісна компетентності: пояснює переваги безпечної рухової активності на свіжому повітрі, добирає посильні види активності й пов’язує рух із дослідженням довкілля.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ключову лексику та граматичні моделі у chant / song, розуміє короткі твердження про Value та визначає доречний приклад поведінки.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Відтворює ключові рядки з природним ритмом, бере участь у короткому обговоренні, формулює 2–3 аргументовані репліки та коректно реагує на інший досвід.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hill, pond, skis, sledge, snowboard, stay, stone, stream, torch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First conditional: affirmative and negative та First conditional: questions and answers; ритм, наголос та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Writing workshop — короткий звіт про відвідане місце</w:t>
              <w:br/>
              <w:t>SB p. 95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Аналізувати модельний текст і створювати «короткий звіт про відвідане місце»: визначати адресата / мету, планувати зміст, писати, перечитувати й редагувати за одним-двома критеріями.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Мовна, інформаційна та навчальна компетентності: використовує модель як опору, дотримується поставленого завдання, редагує зміст і точність та приймає конкретний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 жанру «короткий звіт про відвідане місце», визначає його мету, структуру та корисні мовні засоби.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Пише зв’язний текст у жанрі «короткий звіт про відвідане місце», використовує факти й вивчену мову Unit, дає / отримує короткий відгук і робить другу спробу після редагування.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hill, pond, skis, sledge, snowboard, stay, stone, stream, torch; лексика жанру й зв’язності.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First conditional: affirmative and negative та First conditional: questions and answers; орфографія й пунктуація відповідно до жанру.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Writing + Video + Value: підсумок Unit</w:t>
              <w:br/>
              <w:t>SB pp. 94–96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Створювати короткий текст «короткий звіт про відвідане місце» з опорою на модель; дивитися відео про робота National Geographic Explorer Bertie Gregory; порівнювати побачене з власним досвідом і застосовувати Value «Бути активним / активною» у змістовному обговоренні.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Природничо-наукова, екологічна, здоров’язбережувальна та мовна компетентності: інтегрує мовний і предметний зміст, поважає різні способи життя, працює з відео критично й визначає власний наступний навчальний крок.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 про робота National Geographic Explorer Bertie Gregory, знаходить конкретні факти, співвідносить їх із темою Unit і читає модель письмового завдання.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короткий зв’язний текст, представляє 2–4 ключові думки, порівнює власний досвід із відео, передає партнерові один важливий факт і рефлексує, що вже може зробити мовою Unit.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hill, pond, skis, sledge, snowboard, stay, stone, stream, torch; become gas, experiment, happen, rise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First conditional: affirmative and negative та First conditional: questions and answers; інтонація усного представлення.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Unit 10. Help! — Допоможіть!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10. Help! — Допоможіть!: входимо в тему + Vocabulary</w:t>
              <w:br/>
              <w:t>SB pp. 97–98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Говорити про небезпечні ситуації, першу допомогу й рятувальні служби; висловлювати можливість із may / might / could; говорити про необхідність у теперішньому й минулому з have to / had to; діяти безпечно; реагувати на запитання за фото, активувати попередні знання й використовувати ключову лексику в короткому обговоренні.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Здоров’язбережувальна, громадянська, соціальна та мовна компетентності: пов’язує реальний контекст із власним досвідом, ставить змістовні запитання, слухає інших і формулює обґрунтовані короткі висновки.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ключові слова теми, підписи, запитання за фото та основний зміст аудіо «опис роботи рятувальної команди Lochaber Mountain Rescue»; знаходить потрібні факти й співвідносить їх із візуальними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й пояснює ключові поняття теми, відповідає на запитання за фото, підтримує 3–5 реплік і починає використовувати мову, потрібну, щоб говорити про небезпечні ситуації, першу допомогу й рятувальні служби; висловлювати можливість із may / might / could; говорити про необхідність у теперішньому й минулому з have to / had to; діяти безпечно.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bandage, broken, compass, cut, fall over, first aid kit, fog, foggy, mountain rescue teams, plaster, storms, whistle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повторення раніше вивчених структур у новому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10. Допоможіть!: Vocabulary + listening у деталях</w:t>
              <w:br/>
              <w:t>SB p. 98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Точно використовувати тематичну лексику; слухати «опис роботи рятувальної команди Lochaber Mountain Rescue», відрізняти головну інформацію від деталей і переносити почуте у власні приклади.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інформаційна та соціальна компетентності: використовує контекст і візуальні опори, робить нотатки ключовими словами та перевіряє розуміння разом із партнером.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і конкретні деталі аудіо «опис роботи рятувальної команди Lochaber Mountain Rescue», упізнає нові слова в природному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 з партнером, уточнює деталь, стисло передає один-два факти іншій парі або групі та створює власні приклади з новою лексикою.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bandage, broken, compass, cut, fall over, first aid kit, fog, foggy, mountain rescue teams, plaster, storms, whistle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граматичних моделей, потрібних для опису фактів, досвіду й власної реакції.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10. Grammar 1 — may / might / could for possibility</w:t>
              <w:br/>
              <w:t>SB p. 99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й форму may / might / could for possibility; висловлювати ступінь можливості й невпевнені прогнози за допомогою may, might, could у керованих і персоналізованих ситуаціях.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й навчальна компетентності: співвідносить граматичну форму з комунікативним наміром, аналізує приклади, перевіряє відповідь за контекстом і переносить модель у власне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may / might / could for possibility у коротких діалогах, прикладах і завданнях та визначає, яку інформацію передає форма.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Будує твердження / запитання з may / might / could for possibility, персоналізує приклади, реагує на відповідь партнера й коротко пояснює свій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bandage, broken, compass, cut, fall over, first aid kit, fog, foggy, mountain rescue teams, plaster, storms, whistle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may / might / could for possibility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10. Grammar 1: застосовуємо у взаємодії</w:t>
              <w:br/>
              <w:t>SB p. 99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висловлювати ступінь можливості й невпевнені прогнози за допомогою may, might, could; ставити follow-up questions, уточнювати інформацію та використовувати граматику для реальної комунікативної мети.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підтримує обмін інформацією, слухає відповідь партнера, коригує формулювання й допомагає зберегти взаєморозуміння.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короткі зв’язні висловлення з may / might / could for possibility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5–7 реплік із may / might / could for possibility, змінює елементи моделі, ставить уточнювальне запитання й стисло медіює почуте для іншого партнера або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bandage, broken, compass, cut, fall over, first aid kit, fog, foggy, mountain rescue teams, plaster, storms, whistle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may / might / could for possibility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10. A2 Flyers practice: сприймання й точність</w:t>
              <w:br/>
              <w:t>SB pp. 98–101; Workbook / Online Practice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Застосовувати знайому лексику й граматику у форматі завдань A2 Flyers; читати / слухати інструкцію до кінця, знаходити ключові слова, перевіряти відповідь і використовувати стратегії Collaborate, Reflect та Second Chance.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планує виконання, контролює час без поспіху, перевіряє відповідь за доказом у тексті / аудіо та використовує зворотний зв’язок для повторної спроби.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завдання екзаменаційного типу з лексикою Unit 10 та моделлю may / might / could for possibility; знаходить конкретні деталі й помічає мовні підказки.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партнерові стратегію виконання, виправляє помилку після перевірки, формулює повну коротку відповідь і називає одну стратегію, яка допомогла.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bandage, broken, compass, cut, fall over, first aid kit, fog, foggy, mountain rescue teams, plaster, storms, whistle; ambulance, death, patient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may / might / could for possibility; підготовка до A2 Flyers.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10. Reading — Flying Doctors Nigeria + Grammar 2</w:t>
              <w:br/>
              <w:t>SB pp. 100–101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««Літаючі лікарі Нігерії»», визначати основну думку й конкретні деталі; використовувати Reading vocabulary; говорити про необхідність і відсутність необхідності в теперішньому та минулому.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Мовно-літературна, інформаційна та здоров’язбережувальна, громадянська, соціальна та мовна компетентності: співвідносить текст із фото / схемою, знаходить текстові докази, відрізняє факт від припущення й обговорює зміст коректно.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««Літаючі лікарі Нігерії»», знаходить явні та частково імпліцитні деталі; розуміє have to / don’t have to / had to / didn’t have to у контексті читання й прикладів.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 за текстом, стисло узагальнює один фрагмент, наводить доказ і застосовує have to / don’t have to / had to / didn’t have to у керованій парній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ambulance, death, patient; повторення bandage, broken, compass, cut, fall over, first aid kit, fog, foggy, mountain rescue teams, plaster, storms, whistle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have to / don’t have to / had to / didn’t have to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10. Reading у деталях + Grammar 2 у мовленні</w:t>
              <w:br/>
              <w:t>SB pp. 100–101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опрацьовувати текст ««Літаючі лікарі Нігерії»», знаходити докази, встановлювати логічні зв’язки й самостійніше говорити про необхідність і відсутність необхідності в теперішньому та минулому.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критичне мислення та соціальна компетентність: перевіряє інтерпретацію за текстом, порівнює відповіді, аргументує й коректно уточнює позицію.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деталі в тексті, розрізняє основну й допоміжну інформацію та розуміє have to / don’t have to / had to / didn’t have to у дещо зміненому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відповіді, наводить текстовий доказ, створює 5–7 власних прикладів із have to / don’t have to / had to / didn’t have to й стисло передає ключову інформацію іншій групі.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ambulance, death, patient; bandage, broken, compass, cut, fall over, first aid kit, fog, foggy, mountain rescue teams, plaster, storms, whistle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have to / don’t have to / had to / didn’t have to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10. Chant / Song + Value — Дбати про безпеку</w:t>
              <w:br/>
              <w:t>SB p. 102; Workbook Value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ключову мову Unit у ритмічному тексті; обговорювати Value «Дбати про безпеку», наводити реалістичні приклади й пов’язувати цінність із повсякденними рішеннями.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культурна й особистісна компетентності: розпізнає ризики, добирає базові безпечні дії, розуміє роль дорослих і спеціальних служб та не підміняє навчальну інформацію самостійним ризикованим втручанням.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ключову лексику та граматичні моделі у chant / song, розуміє короткі твердження про Value та визначає доречний приклад поведінки.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Відтворює ключові рядки з природним ритмом, бере участь у короткому обговоренні, формулює 2–3 аргументовані репліки та коректно реагує на інший досвід.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bandage, broken, compass, cut, fall over, first aid kit, fog, foggy, mountain rescue teams, plaster, storms, whistle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may / might / could for possibility та have to / don’t have to / had to / didn’t have to; ритм, наголос та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10. Writing workshop — газетна замітка про подію в школі або місті</w:t>
              <w:br/>
              <w:t>SB p. 103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Аналізувати модельний текст і створювати «газетна замітка про подію в школі або місті»: визначати адресата / мету, планувати зміст, писати, перечитувати й редагувати за одним-двома критеріями.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Мовна, інформаційна та навчальна компетентності: використовує модель як опору, дотримується поставленого завдання, редагує зміст і точність та приймає конкретний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 жанру «газетна замітка про подію в школі або місті», визначає його мету, структуру та корисні мовні засоби.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Пише зв’язний текст у жанрі «газетна замітка про подію в школі або місті», використовує факти й вивчену мову Unit, дає / отримує короткий відгук і робить другу спробу після редагування.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bandage, broken, compass, cut, fall over, first aid kit, fog, foggy, mountain rescue teams, plaster, storms, whistle; лексика жанру й зв’язності.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may / might / could for possibility та have to / don’t have to / had to / didn’t have to; орфографія й пунктуація відповідно до жанру.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10. Writing + Video + Value: підсумок Unit</w:t>
              <w:br/>
              <w:t>SB pp. 102–104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Створювати короткий текст «газетна замітка про подію в школі або місті» з опорою на модель; дивитися відео про служби екстреної допомоги; порівнювати побачене з власним досвідом і застосовувати Value «Дбати про безпеку» у змістовному обговоренні.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Здоров’язбережувальна, громадянська, соціальна та мовна компетентності: інтегрує мовний і предметний зміст, поважає різні способи життя, працює з відео критично й визначає власний наступний навчальний крок.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 про служби екстреної допомоги, знаходить конкретні факти, співвідносить їх із темою Unit і читає модель письмового завдання.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короткий зв’язний текст, представляє 2–4 ключові думки, порівнює власний досвід із відео, передає партнерові один важливий факт і рефлексує, що вже може зробити мовою Unit.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bandage, broken, compass, cut, fall over, first aid kit, fog, foggy, mountain rescue teams, plaster, storms, whistle; ambulance, death, patient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may / might / could for possibility та have to / don’t have to / had to / didn’t have to; інтонація усного представлення.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Function 3. Making arrangements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Function 3. Making arrangements — Домовляємося про зустріч</w:t>
              <w:br/>
              <w:t>SB p. 105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Слухати модельний діалог і пропонувати спільну дію, відмовляти ввічливо, пропонувати інший час і домовлятися про місце та час зустрічі; добирати ввічливі формули відповідно до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міжкультурна й мовна компетентності: використовує функціональну мову ввічливо, слухає реакцію співрозмовника й підтримує взаєморозуміння.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короткий функціональний діалог, визначає намір мовців, ключові деталі та доречну відповідь.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Розігрує коротку модельну ситуацію, змінює ключові деталі, уточнює інформацію й реагує на непередбачену відповідь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Are you free ...?; Do you want to ...?; Sorry, I’m busy.; How about ...?; Why don’t we ...?; I’d love to.; When shall we meet?; I’ll see you ... then.; quarter past / half past / quarter to ...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Функціональні мовні моделі; прагматика, наголос та інтонація ввічливої взаємодії.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Function 3. Домовляємося про зустріч: розгорнута рольова взаємодія</w:t>
              <w:br/>
              <w:t>SB p. 105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Самостійно пропонувати спільну дію, відмовляти ввічливо, пропонувати інший час і домовлятися про місце та час зустрічі; комбінувати функціональні формули, перефразовувати й уточнювати, якщо партнер не зрозумів або змінив умови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імпровізує в межах безпечного сценарію, зберігає ввічливий регістр, активно слухає й допомагає партнерові завершити комунікативне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природніший темп коротких функціональних діалогів і розпізнає перефразовані знайомі формули.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Імпровізує 8–10 реплік, змінює ролі, ставить follow-up question, медіює ключову домовленість / повідомлення для третьої особи.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Are you free ...?; Do you want to ...?; Sorry, I’m busy.; How about ...?; Why don’t we ...?; I’d love to.; When shall we meet?; I’ll see you ... then.; quarter past / half past / quarter to ...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Функціональна мова; інтонація, паузи й регістр.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School trip 3. Patagonia National Park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School trip 3. Patagonia National Park — Національний парк Патагонія</w:t>
              <w:br/>
              <w:t>SB pp. 106–107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вступний матеріал і дивитися відео про національний парк патагонія; знаходити факти про Marty Schnure і Ross Donihue, робота картографів та інтерактивна карта; дослідження парку, переходи через річки й пагорби, фотографування, правила поведінки в національному парку; обговорювати побачене й пов’язувати його з темами курсу.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Географічна, цифрова, екологічна, інформаційна та проєктна компетентності: працює з відео й фактажем, розрізняє спостереження та припущення, ставить запитання й поважає культурний / природний контекст.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School trip video, знаходить конкретні факти, співвідносить їх із фото, картою або запитаннями Student’s Book.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запитання, формулює 3–5 зв’язних реплік, порівнює інформацію з власним досвідом і стисло передає партнерові один ключовий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Тематична лексика School trip: Marty Schnure і Ross Donihue, робота картографів та інтерактивна карта; дослідження парку, переходи через річки й пагорби, фотографування, правила поведінки в національному парку.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граматики попередніх Units.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School trip 3. Проєкт — Національний парк Патагонія</w:t>
              <w:br/>
              <w:t>SB pp. 106–107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Спланувати власну інтерактивну карту місцевості: позначити цікаві точки, додати точну інформацію й пояснити, що відкриватиметься під час натискання на кожну точку; планувати зміст, добирати інформацію / матеріали та розподіляти посильні ролі.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співпраця й інформаційна грамотність: планує продукт, перевіряє факти, узгоджує критерії та відповідально використовує зображення й джерела.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покрокові інструкції проєкту, визначає потрібні матеріали, інформацію й очікуваний результат.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проєктний продукт, пояснює ключові рішення, відповідає на запитання й допомагає групі представити результат зрозуміло для аудиторії.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Тематична лексика School trip; слова для планування, дослідження й презентації.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граматики попередніх Units у проєктному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School trip 3. Дослідження, презентація й медіація</w:t>
              <w:br/>
              <w:t>SB pp. 106–107; додаткові джерела за вибором учителя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Розширювати тему національний парк патагонія через коротке дослідження; зіставляти два джерела, відбирати надійні факти, представляти результат і стисло пояснювати його іншій групі.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Інформаційна, цифрова, мовна й соціальна компетентності: перевіряє джерело, відділяє факт від думки, дотримується авторства матеріалів і дає змістовний зворотний зв’язок.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короткий додатковий текст / відео за темою й знаходить 3–5 фактів, які підтверджують або розширюють матеріал Student’s Book.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Презентує 1–2 хвилини, відповідає на 3–4 запитання, стисло медіює висновок для іншої групи та формулює один корисний коментар до чужої презентації.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Тематична лексика School trip; академічні слова для джерел, фактів, порівняння й висновку.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граматики; мовні засоби аргументації й презентації.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Review 5: Units 9–10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5: Units 9–10</w:t>
              <w:br/>
              <w:t>SB p. 108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й систематизувати матеріал Units 9–10; відновлювати тематичну лексику, обирати доречні граматичні форми, читати / слухати короткі завдання й переносити мову в нові приклади.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визначає, що вже засвоєно, пояснює стратегію виконання, виправляє помилки після перевірки й формулює один наступний крок.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завдання Review за Units 9–10, знаходить ключові слова, конкретні деталі й граматичні сигнали.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усні й письмові завдання, пояснює один вибір, комбінує матеріал кількох уроків і коротко оцінює власний прогрес без порівняння з іншими.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Повторення: природні місця й активності; безпека, перша допомога, рятувальні служби.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Повторення: First conditional; may / might / could; have to / had to.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Unit 11. How is it made? — Як це виготовляють?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11. How is it made? — Як це виготовляють?: входимо в тему + Vocabulary</w:t>
              <w:br/>
              <w:t>SB pp. 109–110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Описувати матеріали, ємності та етапи виробництва; використовувати present simple passive для процесів; ставити запитання про процеси; розмірковувати про походження речей; реагувати на запитання за фото, активувати попередні знання й використовувати ключову лексику в короткому обговоренні.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Природничо-наукова, технологічна, культурна та мовна компетентності: пов’язує реальний контекст із власним досвідом, ставить змістовні запитання, слухає інших і формулює обґрунтовані короткі висновки.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ключові слова теми, підписи, запитання за фото та основний зміст аудіо «опис виготовлення традиційних бахрейнських солодощів»; знаходить потрібні факти й співвідносить їх із візуальними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й пояснює ключові поняття теми, відповідає на запитання за фото, підтримує 3–5 реплік і починає використовувати мову, потрібну, щоб описувати матеріали, ємності та етапи виробництва; використовувати present simple passive для процесів; ставити запитання про процеси; розмірковувати про походження речей.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burn, cardboard box, cool, glass jar, heat, look like, metal tin, mix, pour, wooden spoon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повторення раніше вивчених структур у новому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11. Як це виготовляють?: Vocabulary + listening у деталях</w:t>
              <w:br/>
              <w:t>SB p. 110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Точно використовувати тематичну лексику; слухати «опис виготовлення традиційних бахрейнських солодощів», відрізняти головну інформацію від деталей і переносити почуте у власні приклади.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інформаційна та соціальна компетентності: використовує контекст і візуальні опори, робить нотатки ключовими словами та перевіряє розуміння разом із партнером.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і конкретні деталі аудіо «опис виготовлення традиційних бахрейнських солодощів», упізнає нові слова в природному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 з партнером, уточнює деталь, стисло передає один-два факти іншій парі або групі та створює власні приклади з новою лексикою.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burn, cardboard box, cool, glass jar, heat, look like, metal tin, mix, pour, wooden spoon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граматичних моделей, потрібних для опису фактів, досвіду й власної реакції.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11. Grammar 1 — Present simple passive: affirmative</w:t>
              <w:br/>
              <w:t>SB p. 111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й форму Present simple passive: affirmative; описувати процес, коли важливішою є дія або результат, використовуючи is / are + past participle у керованих і персоналізованих ситуаціях.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й навчальна компетентності: співвідносить граматичну форму з комунікативним наміром, аналізує приклади, перевіряє відповідь за контекстом і переносить модель у власне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Present simple passive: affirmative у коротких діалогах, прикладах і завданнях та визначає, яку інформацію передає форма.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Будує твердження / запитання з Present simple passive: affirmative, персоналізує приклади, реагує на відповідь партнера й коротко пояснює свій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burn, cardboard box, cool, glass jar, heat, look like, metal tin, mix, pour, wooden spoon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simple passive: affirmative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11. Grammar 1: застосовуємо у взаємодії</w:t>
              <w:br/>
              <w:t>SB p. 111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описувати процес, коли важливішою є дія або результат, використовуючи is / are + past participle; ставити follow-up questions, уточнювати інформацію та використовувати граматику для реальної комунікативної мети.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підтримує обмін інформацією, слухає відповідь партнера, коригує формулювання й допомагає зберегти взаєморозуміння.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короткі зв’язні висловлення з Present simple passive: affirmative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5–7 реплік із Present simple passive: affirmative, змінює елементи моделі, ставить уточнювальне запитання й стисло медіює почуте для іншого партнера або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burn, cardboard box, cool, glass jar, heat, look like, metal tin, mix, pour, wooden spoon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simple passive: affirmative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11. A2 Flyers practice: сприймання й точність</w:t>
              <w:br/>
              <w:t>SB pp. 110–113; Workbook / Online Practice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Застосовувати знайому лексику й граматику у форматі завдань A2 Flyers; читати / слухати інструкцію до кінця, знаходити ключові слова, перевіряти відповідь і використовувати стратегії Collaborate, Reflect та Second Chance.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планує виконання, контролює час без поспіху, перевіряє відповідь за доказом у тексті / аудіо та використовує зворотний зв’язок для повторної спроби.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завдання екзаменаційного типу з лексикою Unit 11 та моделлю Present simple passive: affirmative; знаходить конкретні деталі й помічає мовні підказки.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партнерові стратегію виконання, виправляє помилку після перевірки, формулює повну коротку відповідь і називає одну стратегію, яка допомогла.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burn, cardboard box, cool, glass jar, heat, look like, metal tin, mix, pour, wooden spoon; jewel, natural, pearl, rare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simple passive: affirmative; підготовка до A2 Flyers.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11. Reading — How pearls are made + Grammar 2</w:t>
              <w:br/>
              <w:t>SB pp. 112–113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«як вирощують перли», визначати основну думку й конкретні деталі; використовувати Reading vocabulary; ставити запитання, заперечувати й за потреби називати виконавця дії в present simple passive.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Мовно-літературна, інформаційна та природничо-наукова, технологічна, культурна та мовна компетентності: співвідносить текст із фото / схемою, знаходить текстові докази, відрізняє факт від припущення й обговорює зміст коректно.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«як вирощують перли», знаходить явні та частково імпліцитні деталі; розуміє Present simple passive: questions, negatives and by + agent у контексті читання й прикладів.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 за текстом, стисло узагальнює один фрагмент, наводить доказ і застосовує Present simple passive: questions, negatives and by + agent у керованій парній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jewel, natural, pearl, rare; повторення burn, cardboard box, cool, glass jar, heat, look like, metal tin, mix, pour, wooden spoon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simple passive: questions, negatives and by + agent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11. Reading у деталях + Grammar 2 у мовленні</w:t>
              <w:br/>
              <w:t>SB pp. 112–113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опрацьовувати текст «як вирощують перли», знаходити докази, встановлювати логічні зв’язки й самостійніше ставити запитання, заперечувати й за потреби називати виконавця дії в present simple passive.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критичне мислення та соціальна компетентність: перевіряє інтерпретацію за текстом, порівнює відповіді, аргументує й коректно уточнює позицію.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деталі в тексті, розрізняє основну й допоміжну інформацію та розуміє Present simple passive: questions, negatives and by + agent у дещо зміненому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відповіді, наводить текстовий доказ, створює 5–7 власних прикладів із Present simple passive: questions, negatives and by + agent й стисло передає ключову інформацію іншій групі.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jewel, natural, pearl, rare; burn, cardboard box, cool, glass jar, heat, look like, metal tin, mix, pour, wooden spoon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simple passive: questions, negatives and by + agent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11. Chant / Song + Value — Замислюватися, звідки походять речі</w:t>
              <w:br/>
              <w:t>SB p. 114; Workbook Value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ключову мову Unit у ритмічному тексті; обговорювати Value «Замислюватися, звідки походять речі», наводити реалістичні приклади й пов’язувати цінність із повсякденними рішеннями.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культурна й особистісна компетентності: цікавиться походженням матеріалів і продуктів, ставить запитання про процес виготовлення та помічає зв’язок між ресурсами, працею й готовою річчю.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ключову лексику та граматичні моделі у chant / song, розуміє короткі твердження про Value та визначає доречний приклад поведінки.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Відтворює ключові рядки з природним ритмом, бере участь у короткому обговоренні, формулює 2–3 аргументовані репліки та коректно реагує на інший досвід.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burn, cardboard box, cool, glass jar, heat, look like, metal tin, mix, pour, wooden spoon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Present simple passive: affirmative та Present simple passive: questions, negatives and by + agent; ритм, наголос та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11. Writing workshop — опис улюбленої особистої речі</w:t>
              <w:br/>
              <w:t>SB p. 115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Аналізувати модельний текст і створювати «опис улюбленої особистої речі»: визначати адресата / мету, планувати зміст, писати, перечитувати й редагувати за одним-двома критеріями.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Мовна, інформаційна та навчальна компетентності: використовує модель як опору, дотримується поставленого завдання, редагує зміст і точність та приймає конкретний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 жанру «опис улюбленої особистої речі», визначає його мету, структуру та корисні мовні засоби.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Пише зв’язний текст у жанрі «опис улюбленої особистої речі», використовує факти й вивчену мову Unit, дає / отримує короткий відгук і робить другу спробу після редагування.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burn, cardboard box, cool, glass jar, heat, look like, metal tin, mix, pour, wooden spoon; лексика жанру й зв’язності.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Present simple passive: affirmative та Present simple passive: questions, negatives and by + agent; орфографія й пунктуація відповідно до жанру.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11. Writing + Video + Value: підсумок Unit</w:t>
              <w:br/>
              <w:t>SB pp. 114–116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Створювати короткий текст «опис улюбленої особистої речі» з опорою на модель; дивитися відео про як готують традиційну японську страву mochi; порівнювати побачене з власним досвідом і застосовувати Value «Замислюватися, звідки походять речі» у змістовному обговоренні.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Природничо-наукова, технологічна, культурна та мовна компетентності: інтегрує мовний і предметний зміст, поважає різні способи життя, працює з відео критично й визначає власний наступний навчальний крок.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 про як готують традиційну японську страву mochi, знаходить конкретні факти, співвідносить їх із темою Unit і читає модель письмового завдання.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короткий зв’язний текст, представляє 2–4 ключові думки, порівнює власний досвід із відео, передає партнерові один важливий факт і рефлексує, що вже може зробити мовою Unit.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burn, cardboard box, cool, glass jar, heat, look like, metal tin, mix, pour, wooden spoon; jewel, natural, pearl, rare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Present simple passive: affirmative та Present simple passive: questions, negatives and by + agent; інтонація усного представлення.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Unit 12. Discoveries — Відкриття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12. Discoveries — Відкриття: входимо в тему + Vocabulary</w:t>
              <w:br/>
              <w:t>SB pp. 117–118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Говорити про навігацію, винаходи та відкриття; описувати минулі процеси в past simple passive; ставити запитання про те, ким і коли щось було створено або відкрито; виявляти допитливість; реагувати на запитання за фото, активувати попередні знання й використовувати ключову лексику в короткому обговоренні.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Природничо-наукова, історична, технологічна, інформаційна та мовна компетентності: пов’язує реальний контекст із власним досвідом, ставить змістовні запитання, слухає інших і формулює обґрунтовані короткі висновки.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ключові слова теми, підписи, запитання за фото та основний зміст аудіо «репортаж про навігацію та давніх полінезійців»; знаходить потрібні факти й співвідносить їх із візуальними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й пояснює ключові поняття теми, відповідає на запитання за фото, підтримує 3–5 реплік і починає використовувати мову, потрібну, щоб говорити про навігацію, винаходи та відкриття; описувати минулі процеси в past simple passive; ставити запитання про те, ким і коли щось було створено або відкрито; виявляти допитливість.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east, invented (invent), invention, magnet, navigation, needle, north, sailors, south, west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повторення раніше вивчених структур у новому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12. Відкриття: Vocabulary + listening у деталях</w:t>
              <w:br/>
              <w:t>SB p. 118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Точно використовувати тематичну лексику; слухати «репортаж про навігацію та давніх полінезійців», відрізняти головну інформацію від деталей і переносити почуте у власні приклади.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інформаційна та соціальна компетентності: використовує контекст і візуальні опори, робить нотатки ключовими словами та перевіряє розуміння разом із партнером.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і конкретні деталі аудіо «репортаж про навігацію та давніх полінезійців», упізнає нові слова в природному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 з партнером, уточнює деталь, стисло передає один-два факти іншій парі або групі та створює власні приклади з новою лексикою.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east, invented (invent), invention, magnet, navigation, needle, north, sailors, south, west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граматичних моделей, потрібних для опису фактів, досвіду й власної реакції.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12. Grammar 1 — Past simple passive: affirmative</w:t>
              <w:br/>
              <w:t>SB p. 119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й форму Past simple passive: affirmative; описувати винаходи, відкриття й історичні процеси в past simple passive у керованих і персоналізованих ситуаціях.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й навчальна компетентності: співвідносить граматичну форму з комунікативним наміром, аналізує приклади, перевіряє відповідь за контекстом і переносить модель у власне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Past simple passive: affirmative у коротких діалогах, прикладах і завданнях та визначає, яку інформацію передає форма.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Будує твердження / запитання з Past simple passive: affirmative, персоналізує приклади, реагує на відповідь партнера й коротко пояснює свій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east, invented (invent), invention, magnet, navigation, needle, north, sailors, south, west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Past simple passive: affirmative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12. Grammar 1: застосовуємо у взаємодії</w:t>
              <w:br/>
              <w:t>SB p. 119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описувати винаходи, відкриття й історичні процеси в past simple passive; ставити follow-up questions, уточнювати інформацію та використовувати граматику для реальної комунікативної мети.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підтримує обмін інформацією, слухає відповідь партнера, коригує формулювання й допомагає зберегти взаєморозуміння.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короткі зв’язні висловлення з Past simple passive: affirmative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5–7 реплік із Past simple passive: affirmative, змінює елементи моделі, ставить уточнювальне запитання й стисло медіює почуте для іншого партнера або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east, invented (invent), invention, magnet, navigation, needle, north, sailors, south, west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Past simple passive: affirmative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12. A2 Flyers practice: сприймання й точність</w:t>
              <w:br/>
              <w:t>SB pp. 118–121; Workbook / Online Practice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Застосовувати знайому лексику й граматику у форматі завдань A2 Flyers; читати / слухати інструкцію до кінця, знаходити ключові слова, перевіряти відповідь і використовувати стратегії Collaborate, Reflect та Second Chance.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планує виконання, контролює час без поспіху, перевіряє відповідь за доказом у тексті / аудіо та використовує зворотний зв’язок для повторної спроби.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завдання екзаменаційного типу з лексикою Unit 12 та моделлю Past simple passive: affirmative; знаходить конкретні деталі й помічає мовні підказки.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партнерові стратегію виконання, виправляє помилку після перевірки, формулює повну коротку відповідь і називає одну стратегію, яка допомогла.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east, invented (invent), invention, magnet, navigation, needle, north, sailors, south, west; breathe, design (verb), sank (sink)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Past simple passive: affirmative; підготовка до A2 Flyers.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12. Reading — A history and geography quiz + Grammar 2</w:t>
              <w:br/>
              <w:t>SB pp. 120–121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«історико-географічна вікторина», визначати основну думку й конкретні деталі; використовувати Reading vocabulary; ставити запитання про час, місце, спосіб і автора минулої дії в passive voice.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Мовно-літературна, інформаційна та природничо-наукова, історична, технологічна, інформаційна та мовна компетентності: співвідносить текст із фото / схемою, знаходить текстові докази, відрізняє факт від припущення й обговорює зміст коректно.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«історико-географічна вікторина», знаходить явні та частково імпліцитні деталі; розуміє Past simple passive: questions у контексті читання й прикладів.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 за текстом, стисло узагальнює один фрагмент, наводить доказ і застосовує Past simple passive: questions у керованій парній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breathe, design (verb), sank (sink); повторення east, invented (invent), invention, magnet, navigation, needle, north, sailors, south, west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Past simple passive: questions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12. Reading у деталях + Grammar 2 у мовленні</w:t>
              <w:br/>
              <w:t>SB pp. 120–121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опрацьовувати текст «історико-географічна вікторина», знаходити докази, встановлювати логічні зв’язки й самостійніше ставити запитання про час, місце, спосіб і автора минулої дії в passive voice.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критичне мислення та соціальна компетентність: перевіряє інтерпретацію за текстом, порівнює відповіді, аргументує й коректно уточнює позицію.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деталі в тексті, розрізняє основну й допоміжну інформацію та розуміє Past simple passive: questions у дещо зміненому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відповіді, наводить текстовий доказ, створює 5–7 власних прикладів із Past simple passive: questions й стисло передає ключову інформацію іншій групі.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breathe, design (verb), sank (sink); east, invented (invent), invention, magnet, navigation, needle, north, sailors, south, west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Past simple passive: questions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12. Chant / Song + Value — Бути допитливим / допитливою</w:t>
              <w:br/>
              <w:t>SB p. 122; Workbook Value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ключову мову Unit у ритмічному тексті; обговорювати Value «Бути допитливим / допитливою», наводити реалістичні приклади й пов’язувати цінність із повсякденними рішеннями.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культурна й особистісна компетентності: ставить змістовні запитання, шукає докази, перевіряє інформацію й розглядає помилку або незнання як привід для подальшого дослідження.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ключову лексику та граматичні моделі у chant / song, розуміє короткі твердження про Value та визначає доречний приклад поведінки.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Відтворює ключові рядки з природним ритмом, бере участь у короткому обговоренні, формулює 2–3 аргументовані репліки та коректно реагує на інший досвід.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east, invented (invent), invention, magnet, navigation, needle, north, sailors, south, west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Past simple passive: affirmative та Past simple passive: questions; ритм, наголос та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12. Writing workshop — стаття про винахід</w:t>
              <w:br/>
              <w:t>SB p. 123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Аналізувати модельний текст і створювати «стаття про винахід»: визначати адресата / мету, планувати зміст, писати, перечитувати й редагувати за одним-двома критеріями.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Мовна, інформаційна та навчальна компетентності: використовує модель як опору, дотримується поставленого завдання, редагує зміст і точність та приймає конкретний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 жанру «стаття про винахід», визначає його мету, структуру та корисні мовні засоби.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Пише зв’язний текст у жанрі «стаття про винахід», використовує факти й вивчену мову Unit, дає / отримує короткий відгук і робить другу спробу після редагування.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east, invented (invent), invention, magnet, navigation, needle, north, sailors, south, west; лексика жанру й зв’язності.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Past simple passive: affirmative та Past simple passive: questions; орфографія й пунктуація відповідно до жанру.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12. Writing + Video + Value: підсумок Unit</w:t>
              <w:br/>
              <w:t>SB pp. 122–124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Створювати короткий текст «стаття про винахід» з опорою на модель; дивитися відео про винаходи та відкриття; порівнювати побачене з власним досвідом і застосовувати Value «Бути допитливим / допитливою» у змістовному обговоренні.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Природничо-наукова, історична, технологічна, інформаційна та мовна компетентності: інтегрує мовний і предметний зміст, поважає різні способи життя, працює з відео критично й визначає власний наступний навчальний крок.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 про винаходи та відкриття, знаходить конкретні факти, співвідносить їх із темою Unit і читає модель письмового завдання.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короткий зв’язний текст, представляє 2–4 ключові думки, порівнює власний досвід із відео, передає партнерові один важливий факт і рефлексує, що вже може зробити мовою Unit.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east, invented (invent), invention, magnet, navigation, needle, north, sailors, south, west; breathe, design (verb), sank (sink)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Past simple passive: affirmative та Past simple passive: questions; інтонація усного представлення.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Game 3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Game 3: інтегроване повторення Units 9–12</w:t>
              <w:br/>
              <w:t>SB p. 125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Грати за правилами й активно використовувати лексику та граматику Units 9–12; ставити запитання, відповідати повними короткими репліками й самостійно виправляти прості помилки.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навчальна компетентності: дотримується правил і черговості, використовує англійську для досягнення мети гри, підтримує партнера й сприймає помилку як частину навчання.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правила гри, інструкції й мовні підказки з попередніх Units.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ігрові завдання англійською, пояснює відповідь, ставить уточнювальне запитання та коректно реагує на перемогу / програш.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9–12.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Grammar Units 9–12.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Game 3: створюємо нові завдання до гри</w:t>
              <w:br/>
              <w:t>SB p. 125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Аналізувати, яку мову перевіряють завдання Game 3; створювати власні картки / запитання / клітинки гри для Units 9–12 і тестувати їх на однокласниках.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 і метанавчання: розуміє навчальну мету гри, формулює однозначне завдання, перевіряє ключ і коригує складність після проби.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 та приклади однокласників, визначає, яку лексику або граматику потрібно використати.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4–6 коректних ігрових завдань, пояснює правила, проводить мініраунд і дає конкретний доброзичливий зворотний зв’язок.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9–12.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Grammar Units 9–12; формулювання інструкцій і запитань.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Reading extra 3. Aboriginal art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Reading extra 3. Aboriginal art — Мистецтво аборигенів Австралії</w:t>
              <w:br/>
              <w:t>SB pp. 126–127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й слухати про історію aboriginal art, матеріали, символи, точки, кола й спіралі та про те, як традиційне мистецтво стало відомим за межами австралії; читати для змісту, а не лише для перевірки граматики, та реагувати на прочитане.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мистецька, інформаційна та міжкультурна компетентності: читає довший текст із цікавістю, використовує контекст і попередні знання, знаходить докази та поважає культурний контекст історії / теми.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Reading extra, відновлює ключову послідовність / факти, знаходить конкретні деталі й значення частини нової лексики з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запитання, стисло переказує епізод / факт, наводить доказ із тексту та висловлює обґрунтовану особисту реакцію.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Reading extra 3; повторення Vocabulary Units 9–12.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Grammar Units 9–12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Reading extra 3. Творча й аналітична реакція — Мистецтво аборигенів Австралії</w:t>
              <w:br/>
              <w:t>SB pp. 126–127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Спланувати власне зображення про життя у своїй країні в стилі western desert: добрати символи й кольори та пояснити їхнє значення, не копіюючи священні сюжети; порівнювати інтерпретації, використовувати текстові докази й представляти результат класу.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Мовно-літературна, творча й соціальна компетентності: перетворює інформацію / сюжет на власний продукт, зберігає зміст джерела й дає змістовний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читає текст для конкретної мети, знаходить деталі, які потрібні для творчого / аналітичного завдання, та перевіряє їх за джерелом.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короткий творчий / інформаційний продукт, презентує його, відповідає на запитання й пояснює, які деталі тексту використав / використала.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Reading extra 3; повторення Units 9–12.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Grammar Units 9–12; мовні засоби оповіді, пояснення й реакції.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Review 6: Units 11–12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6: Units 11–12</w:t>
              <w:br/>
              <w:t>SB p. 128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й систематизувати матеріал Units 11–12; відновлювати тематичну лексику, обирати доречні граматичні форми, читати / слухати короткі завдання й переносити мову в нові приклади.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визначає, що вже засвоєно, пояснює стратегію виконання, виправляє помилки після перевірки й формулює один наступний крок.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завдання Review за Units 11–12, знаходить ключові слова, конкретні деталі й граматичні сигнали.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усні й письмові завдання, пояснює один вибір, комбінує матеріал кількох уроків і коротко оцінює власний прогрес без порівняння з іншими.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Повторення: матеріали, ємності й процеси; навігація, винаходи й відкриття.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Повторення: Present simple passive; Past simple passive.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One more look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One more look: улюблені фотографії курсу</w:t>
              <w:br/>
              <w:t>SB p. 129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Переглянути фотографії курсу, обрати улюблену, пояснити, що на ній зображено й чому вона запам’яталася; пов’язати фото з мовою та фактами відповідного Unit.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візуальна й мовна компетентності: уважно читає зображення, пояснює вибір без оцінювання чужих уподобань і використовує фото як опору для змістовного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описи фотографій однокласників і впізнає теми / факти з різних Units.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Описує фото 5–7 реченнями, аргументує вибір і ставить партнерові одне уточнювальне запитання.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1–12.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граматики Units 1–12.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One more look: факти, люди й місця + Show and tell</w:t>
              <w:br/>
              <w:t>SB p. 129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Назвати три цікаві факти, трьох людей і три місця з курсу; порівняти списки; спланувати короткий show-and-tell про місце, власноруч створену річ або улюблену особисту річ.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культурна й особистісна компетентності: відбирає зміст, який справді запам’ятався, пояснює причину вибору й пов’язує мовне навчання з реальним світом.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підсумкові висловлення однокласників і знаходить знайомі факти, людей та місця.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списки, пояснює 2–3 вибори й створює план show-and-tell із чітким початком, основною інформацією та завершенням.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1–12.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граматики; мова презентації.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One more look: підготовка show-and-tell</w:t>
              <w:br/>
              <w:t>SB p. 129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Підготувати 1–2-хвилинне show-and-tell: добрати фото / предмет, ключові слова й факти, пояснити особистий зв’язок із темою та передбачити запитання аудиторії.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мовна й соціальна компетентності: планує коротку презентацію, добирає лише релевантну інформацію, репетирує й використовує візуальну опору без читання всього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приклади / інструкції show-and-tell і короткі репетиції однокласників.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Репетирує презентацію, отримує конкретний відгук, уточнює формулювання й готує відповіді на 2–3 можливі запитання.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обраної теми; слова для опису, причин і особистої реакції.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повторення; інтонація презентації.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One more look: мовне портфоліо й рефлексія</w:t>
              <w:br/>
              <w:t>SB p. 129; Student Log / власні роботи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Переглянути власні усні й письмові роботи, визначити помітний прогрес, одну стратегію, що допомагає, і одну реалістичну ціль на наступний етап.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спирається на конкретні докази власного прогресу, відділяє результат від самооцінки й формулює досяжний наступний крок.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критерії / descriptors і приклади сильних сторін у Vocabulary &amp; Grammar, Pronunciation, Interaction, Reading і Writing.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Коментує 2–3 власні роботи, пояснює, що покращилося, дає партнерові конкретний відгук і записує одну навчальну ціль.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індивідуального словника курсу.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граматики; мова рефлексії та зворотного зв’язку.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One more look: фінальна презентація й Second Chance</w:t>
              <w:br/>
              <w:t>SB p. 129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Провести show-and-tell, відповісти на запитання, використати зворотний зв’язок і за можливості повторити фрагмент презентації краще з другої спроби.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Мовна, соціальна й особистісна компетентності: презентує впевнено, слухає аудиторію, не перебиває, використовує Second Chance як нормальний етап вдосконалення.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Слухає презентації однокласників, визначає тему, ключові факти й особисту причину вибору.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Презентує 1–2 хвилини, відповідає на 3–4 запитання, дає змістовний відгук і після короткої рефлексії покращує один фрагмент виступу.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1–12.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граматики; вимова, зв’язність та Interaction.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BONUS School trip. Greenland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BONUS School trip. Greenland — Гренландія</w:t>
              <w:br/>
              <w:t>SB pp. 130–131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факти про Гренландію, використовувати scanning для чисел і фактів, дивитися відео про Eddie й Amanda Kisfaludy та пояснювати, як дослідники збирають інформацію про зміни довкілля.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Природничо-наукова, екологічна, географічна та інформаційна компетентності: працює з числами й фактами, розрізняє спостереження та висновок і розуміє цінність польових досліджень.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факти про midnight sun, льодовий щит, відстань до Північного полюса й температури; розуміє основний зміст відео про польові дослідження.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запитання, обговорює, яка інформація корисна науковцям, і стисло передає партнерові один факт про зміни довкілля Гренландії.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Greenland, Arctic Circle, midnight sun, ice sheet, glacier, iceberg, explorer, videographer, environment.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first conditional, passive voice та мовних моделей для фактів і чисел.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BONUS School trip. Explorer factfile — плануємо й досліджуємо</w:t>
              <w:br/>
              <w:t>SB pp. 130–131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Обрати одного дослідника з курсу, зібрати інформацію: куди він / вона подорожував(-ла), навіщо, що з’ясував(-ла); створити factfile з датами, підзаголовками й ключовими фактами.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 грамотність та ініціативність: добирає надійні факти, фіксує джерела, структурує матеріал і не копіює великі фрагменти без осмислення.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біографічні джерела й знаходить факти за конкретними запитаннями.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factfile, пояснює, чому обрав / обрала дослідника, і порівнює один факт із матеріалом Student’s Book.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Explorer, travel, research, discover, find out; імена й місця з курсу.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Past simple, Present perfect, passive voice; дати й часові вирази.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BONUS School trip. Greenland: scanning, числа й зміни довкілля</w:t>
              <w:br/>
              <w:t>SB pp. 130–131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Поглиблено працювати з числовою інформацією та причинами змін льоду; зіставляти текст і відео, формулювати запитання до даних і обережно робити висновки лише з наданої інформації.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Математична, природничо-наукова й критичне мислення: читає відсотки, температури та відстані, перевіряє одиниці вимірювання й не перебільшує те, чого джерело не стверджує.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і правильно інтерпретує 80%, 1,500 metres, 800 kilometres, температурні діапазони та факти про рух льоду й утворення айсбергів.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3–4 факти своїми словами, ставить одне дослідницьке запитання й порівнює текстову та відеоінформацію.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per cent, degrees Celsius, glacier, iceberg, melt, collect information.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засоби для опису фактів, змін і причинно-наслідкових зв’язків.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BONUS School trip. Презентація explorer factfile + медіація</w:t>
              <w:br/>
              <w:t>SB pp. 130–131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Презентувати factfile про дослідника, посилатися на візуальні матеріали, відповідати на запитання й стисло передавати для іншої групи головну ідею чужої презентації.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Мовна, соціальна й інформаційна компетентності: чітко представляє перевірені факти, називає джерело, слухає запитання й дає конкретний відгук без знецінення.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Слухає презентації й визначає, куди подорожував дослідник, навіщо та що з’ясував.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Презентує 1–2 хвилини, відповідає на 3–4 запитання, медіює ключовий факт іншої презентації й пояснює, який дослідницький підхід вважає найцікавішим.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explorer factfile.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граматики; мова презентації й посилання на джерело.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BONUS Reading extra. Sand and stone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BONUS Reading extra. Sand and stone — Пісок і камінь</w:t>
              <w:br/>
              <w:t>SB pp. 132–133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Слухати й читати історію про Ahmad та Ismail; відновлювати основні події, знаходити причини вчинків і визначати головну мораль: погане варто відпускати, а добро — пам’ятати.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Мовно-літературна, етична й соціальна компетентності: читає художню історію для змісту, обговорює конфлікт без виправдання насильства та формулює конструктивний висновок про дружбу й прощення.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послідовність: суперечка, повідомлення на піску, небезпека біля оази, допомога, повідомлення на камені; знаходить ключові деталі.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Переказує 5–7 подій, відповідає на запитання про мотиви героїв і пояснює мораль історії власними словами.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sand, stone, desert, oasis, argue, hit, help, pull free, carve, forget, remember.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Past simple; Past simple passive у знайомому контексті; мова послідовності подій.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BONUS Reading extra. Sand and stone: послідовність і точність</w:t>
              <w:br/>
              <w:t>SB pp. 132–133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читати текст, зіставляти твердження з подіями, відрізняти деталі від інтерпретацій і відновлювати причини та наслідки вчинків Ahmad та Ismail.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критичне мислення: перевіряє відповідь за текстом, виправляє неточність і пояснює, який фрагмент є доказом.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слова й фрази, що підтверджують порядок подій, емоції та результат допомоги.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відповіді, цитує / перефразовує короткий доказ і стисло медіює послідовність для партнера, який не читав текст вдруге.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Sand and stone.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Past simple; passive form у реченнях тексту; часові зв’язки.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170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BONUS Reading extra. Sand and stone: мораль, драматизація й альтернативи</w:t>
              <w:br/>
              <w:t>SB pp. 132–133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Обговорити мораль історії, інсценувати ключову сцену або створити альтернативний діалог примирення; пояснити, як герої могли висловити незгоду без насильства й зберегти межі та повагу.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етична й творча компетентності: розрізняє прощення та замовчування шкоди, пропонує безпечні способи вирішення конфлікту й поважає різні реакції людей.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репліки й перекази однокласників та співвідносить їх із подіями оригінальної історії.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Драматизує або переписує короткий діалог, використовує ввічливі формули для незгоди / вибачення / подяки та аргументує обрану мораль.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емоцій, конфлікту, допомоги, вибачення й подяки.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Past simple; reported / direct speech за потреби; інтонація діалогу.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171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BONUS Reading extra. Творчий переказ і медіація</w:t>
              <w:br/>
              <w:t>SB pp. 132–133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Створити комікс, storyboard, короткий аудіопереказ або лист від імені персонажа; зберегти послідовність і мораль джерела та адаптувати зміст для іншої аудиторії.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Мовно-літературна, медіаційна й творча компетентності: передає чужий сюжет своїми словами без спотворення ключової ідеї, добирає форму під аудиторію й пояснює авторські рішення.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творчі продукти однокласників і визначає, чи збережено головні події та мораль.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зв’язний переказ / продукт, презентує його, відповідає на запитання й стисло пояснює іншій групі мораль історії.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Sand and stone; слова для оповіді й емоцій.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narrative tenses і зв’язності.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3"/>
              </w:rPr>
              <w:t>BONUS Game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172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BONUS Game: велика вікторина курсу</w:t>
              <w:br/>
              <w:t>SB pp. 134–135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Відповідати на фактологічні запитання за Units 1–12 у командній вікторині; пригадувати реальні історії, місця, людей, тварин, технології та процеси з курсу.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соціальна й інформаційна компетентності: пригадує зміст за підказками, домовляється про командну відповідь і відрізняє впевнене знання від припущення.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варіанти відповіді, співвідносить їх із матеріалом курсу та впізнає ключові факти.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Обговорює відповідь у команді, формулює повне речення й за можливості пояснює, де в курсі траплявся відповідний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фактичної та тематичної лексики Units 1–12.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граматики Units 1–12.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173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BONUS Game: командні стратегії й пояснення відповіді</w:t>
              <w:br/>
              <w:t>SB pp. 134–135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Використовувати elimination, ключові слова та пам’ять про фото / відео; не лише називати варіант, а й пояснювати коротку причину вибору.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Критичне мислення й співпраця: слухає аргументи команди, змінює відповідь за новим доказом і не перетворює гру на оцінювання здібностей однокласників.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складніші запитання з перефразованими формулюваннями й визначає, який факт потрібно пригадати.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Аргументує відповідь 1–2 реченнями, ставить уточнювальне запитання й стисло медіює командний висновок класу.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1–12.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граматики; мовні засоби аргументації.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174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BONUS Game: факт чи думка? перевіряємо пам’ять</w:t>
              <w:br/>
              <w:t>SB pp. 134–135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Класифікувати запитання за темами, відрізняти факт із курсу від особистої думки, перевіряти спірні відповіді за Student’s Book і формулювати точну виправлену версію.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 грамотність: повертається до джерела, перевіряє факт, визнає помилку й формулює коректне виправлення без суперечки «на пам’ять».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потрібну сторінку / візуальну підказку й зіставляє її з формулюванням запитання.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Пояснює, чому відповідь правильна або неправильна, формулює виправлене твердження й допомагає іншій команді знайти джерело.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1–12.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граматики й формулювання фактологічних тверджень.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175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BONUS Game: створюємо власну вікторину Look 5</w:t>
              <w:br/>
              <w:t>SB pp. 134–135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Створити 8–12 власних запитань за курсом із чіткими правильними відповідями, збалансувати теми й складність, провести міні-вікторину для іншої групи та проаналізувати якість завдань.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метанавчання й інформаційна грамотність: перевіряє кожне запитання за джерелом, формулює однозначний ключ і коригує завдання після апробації.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інших груп, визначає тему й знаходить релевантний факт у пам’яті або Student’s Book.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й проводить вікторину, пояснює ключ, приймає апеляцію лише з доказом у джерелі та формулює один висновок про власний прогрес за курс.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1–12.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Grammar Units 1–12; формулювання запитань.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</w:tbl>
    <w:p>
      <w:pPr>
        <w:spacing w:before="80" w:after="0"/>
      </w:pPr>
      <w:r>
        <w:rPr>
          <w:rFonts w:ascii="Arial" w:hAnsi="Arial" w:eastAsia="Arial"/>
        </w:rPr>
        <w:t>Примітка для адаптації: під час вибору маршруту вчитель використовує всі рядки «2–5» та додає рядки відповідного рівня інтенсивності. Розширювальні уроки, зокрема A2 Flyers practice, Function, Game, School trip, Reading extra, письмо, відео й проєктну роботу, можна переставляти в межах тематичного блоку без зміни базової логіки курсу.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879" w:right="369" w:bottom="482" w:left="369" w:header="142" w:footer="19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sz w:val="16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 w:line="240" w:lineRule="auto"/>
    </w:pPr>
    <w:r>
      <w:rPr>
        <w:rFonts w:ascii="Arial" w:hAnsi="Arial" w:eastAsia="Arial"/>
        <w:b w:val="0"/>
        <w:i w:val="0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 w:cs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Календарно-тематичне планування Our World, Second Edition Level 6</dc:title>
  <dc:subject>Модельне КТП 70 / 105 / 140 / 175 академічних годин</dc:subject>
  <dc:creator/>
  <cp:keywords>Our World, Second Edition, Level 6, KTP, КТП, National Geographic Learning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